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EC5363" w:rsidR="00322885" w:rsidP="1AED82F7" w:rsidRDefault="00EC5363" w14:paraId="298B6A5D" w14:textId="71747D65">
      <w:pPr>
        <w:spacing w:after="0"/>
        <w:jc w:val="center"/>
        <w:rPr>
          <w:rFonts w:ascii="Calibri Light" w:hAnsi="Calibri Light" w:eastAsia="Calibri Light" w:cs="Calibri Light"/>
          <w:b w:val="1"/>
          <w:bCs w:val="1"/>
          <w:sz w:val="36"/>
          <w:szCs w:val="36"/>
        </w:rPr>
      </w:pPr>
      <w:r w:rsidRPr="00EC5363">
        <w:rPr>
          <w:rFonts w:ascii="Calibri Light" w:hAnsi="Calibri Light" w:cs="Calibri Light"/>
          <w:b/>
          <w:bCs/>
          <w:noProof/>
          <w:sz w:val="36"/>
          <w:szCs w:val="36"/>
        </w:rPr>
        <w:drawing>
          <wp:anchor distT="0" distB="0" distL="114300" distR="114300" simplePos="0" relativeHeight="251662336" behindDoc="0" locked="0" layoutInCell="1" allowOverlap="1" wp14:anchorId="5A207DD9" wp14:editId="425E49A8">
            <wp:simplePos x="0" y="0"/>
            <wp:positionH relativeFrom="column">
              <wp:posOffset>5791200</wp:posOffset>
            </wp:positionH>
            <wp:positionV relativeFrom="paragraph">
              <wp:posOffset>-219075</wp:posOffset>
            </wp:positionV>
            <wp:extent cx="820783" cy="625984"/>
            <wp:effectExtent l="0" t="0" r="0" b="0"/>
            <wp:wrapNone/>
            <wp:docPr id="954218628" name="Picture 1"/>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954218628" name="Picture 954218628"/>
                    <pic:cNvPicPr/>
                  </pic:nvPicPr>
                  <pic:blipFill>
                    <a:blip xmlns:r="http://schemas.openxmlformats.org/officeDocument/2006/relationships" r:embed="rId11"/>
                    <a:stretch>
                      <a:fillRect/>
                    </a:stretch>
                  </pic:blipFill>
                  <pic:spPr>
                    <a:xfrm rot="0">
                      <a:off x="0" y="0"/>
                      <a:ext cx="820783" cy="625984"/>
                    </a:xfrm>
                    <a:prstGeom prst="rect">
                      <a:avLst/>
                    </a:prstGeom>
                  </pic:spPr>
                </pic:pic>
              </a:graphicData>
            </a:graphic>
            <wp14:sizeRelH relativeFrom="margin">
              <wp14:pctWidth>0</wp14:pctWidth>
            </wp14:sizeRelH>
            <wp14:sizeRelV relativeFrom="margin">
              <wp14:pctHeight>0</wp14:pctHeight>
            </wp14:sizeRelV>
          </wp:anchor>
        </w:drawing>
      </w:r>
      <w:r w:rsidRPr="1AED82F7" w:rsidR="00EC5363">
        <w:rPr>
          <w:rFonts w:ascii="Calibri Light" w:hAnsi="Calibri Light" w:eastAsia="Calibri Light" w:cs="Calibri Light"/>
          <w:b w:val="1"/>
          <w:bCs w:val="1"/>
          <w:sz w:val="36"/>
          <w:szCs w:val="36"/>
        </w:rPr>
        <w:t>Breakfast and After School Club Registration Form</w:t>
      </w:r>
    </w:p>
    <w:p w:rsidRPr="00EC5363" w:rsidR="00322885" w:rsidP="003C6461" w:rsidRDefault="00000000" w14:paraId="647C46FA" w14:textId="66554608">
      <w:pPr>
        <w:spacing w:after="0"/>
        <w:jc w:val="center"/>
        <w:rPr>
          <w:rFonts w:ascii="Calibri Light" w:hAnsi="Calibri Light" w:cs="Calibri Light"/>
          <w:i/>
          <w:iCs/>
          <w:sz w:val="24"/>
          <w:szCs w:val="24"/>
        </w:rPr>
      </w:pPr>
      <w:r w:rsidRPr="00EC5363">
        <w:rPr>
          <w:rFonts w:ascii="Calibri Light" w:hAnsi="Calibri Light" w:cs="Calibri Light"/>
          <w:i/>
          <w:iCs/>
          <w:sz w:val="24"/>
          <w:szCs w:val="24"/>
        </w:rPr>
        <w:t>Candys Field, School Hill, Lympstone, Devon, EX8 5JY</w:t>
      </w:r>
    </w:p>
    <w:p w:rsidR="00322885" w:rsidP="003C6461" w:rsidRDefault="00000000" w14:paraId="0EBBD2D2" w14:textId="77777777">
      <w:pPr>
        <w:spacing w:after="0"/>
        <w:jc w:val="center"/>
        <w:rPr>
          <w:rFonts w:ascii="Calibri Light" w:hAnsi="Calibri Light" w:cs="Calibri Light"/>
          <w:i/>
          <w:iCs/>
          <w:sz w:val="24"/>
          <w:szCs w:val="24"/>
        </w:rPr>
      </w:pPr>
      <w:r w:rsidRPr="00EC5363">
        <w:rPr>
          <w:rFonts w:ascii="Calibri Light" w:hAnsi="Calibri Light" w:cs="Calibri Light"/>
          <w:i/>
          <w:iCs/>
          <w:sz w:val="24"/>
          <w:szCs w:val="24"/>
        </w:rPr>
        <w:t>Email: admin@lympstonepreschool.co.uk   Office: (01395) 266511</w:t>
      </w:r>
    </w:p>
    <w:p w:rsidRPr="003C6461" w:rsidR="00EC5363" w:rsidP="003C6461" w:rsidRDefault="00EC5363" w14:paraId="26DE64AD" w14:textId="014B49B2">
      <w:pPr>
        <w:rPr>
          <w:rFonts w:ascii="Calibri Light" w:hAnsi="Calibri Light" w:cs="Calibri Light"/>
          <w:b/>
          <w:bCs/>
          <w:i/>
          <w:iCs/>
          <w:sz w:val="22"/>
        </w:rPr>
      </w:pPr>
    </w:p>
    <w:p w:rsidRPr="00EC5363" w:rsidR="00322885" w:rsidP="00EC5363" w:rsidRDefault="00000000" w14:paraId="70144927" w14:textId="77777777">
      <w:pPr>
        <w:rPr>
          <w:rFonts w:ascii="Calibri" w:hAnsi="Calibri" w:cs="Calibri"/>
          <w:b/>
          <w:bCs/>
          <w:sz w:val="24"/>
          <w:szCs w:val="24"/>
        </w:rPr>
      </w:pPr>
      <w:r w:rsidRPr="00EC5363">
        <w:rPr>
          <w:rFonts w:ascii="Calibri" w:hAnsi="Calibri" w:cs="Calibri"/>
          <w:b/>
          <w:bCs/>
          <w:sz w:val="24"/>
          <w:szCs w:val="24"/>
        </w:rPr>
        <w:t>Child Information</w:t>
      </w:r>
    </w:p>
    <w:p w:rsidRPr="00EC5363" w:rsidR="00322885" w:rsidP="00EC5363" w:rsidRDefault="00000000" w14:paraId="55474372" w14:textId="77777777">
      <w:pPr>
        <w:rPr>
          <w:rFonts w:ascii="Calibri Light" w:hAnsi="Calibri Light" w:cs="Calibri Light"/>
          <w:sz w:val="24"/>
          <w:szCs w:val="24"/>
        </w:rPr>
      </w:pPr>
      <w:r w:rsidRPr="00EC5363">
        <w:rPr>
          <w:rFonts w:ascii="Calibri Light" w:hAnsi="Calibri Light" w:cs="Calibri Light"/>
          <w:sz w:val="24"/>
          <w:szCs w:val="24"/>
        </w:rPr>
        <w:t>Full legal name .......................................................</w:t>
      </w:r>
    </w:p>
    <w:p w:rsidRPr="00EC5363" w:rsidR="00322885" w:rsidP="00EC5363" w:rsidRDefault="00000000" w14:paraId="29F34402" w14:textId="77777777">
      <w:pPr>
        <w:rPr>
          <w:rFonts w:ascii="Calibri Light" w:hAnsi="Calibri Light" w:cs="Calibri Light"/>
          <w:sz w:val="24"/>
          <w:szCs w:val="24"/>
        </w:rPr>
      </w:pPr>
      <w:r w:rsidRPr="00EC5363">
        <w:rPr>
          <w:rFonts w:ascii="Calibri Light" w:hAnsi="Calibri Light" w:cs="Calibri Light"/>
          <w:sz w:val="24"/>
          <w:szCs w:val="24"/>
        </w:rPr>
        <w:t>Preferred name .......................................................</w:t>
      </w:r>
    </w:p>
    <w:p w:rsidRPr="00EC5363" w:rsidR="00322885" w:rsidP="00EC5363" w:rsidRDefault="00000000" w14:paraId="7484C129" w14:textId="77777777">
      <w:pPr>
        <w:rPr>
          <w:rFonts w:ascii="Calibri Light" w:hAnsi="Calibri Light" w:cs="Calibri Light"/>
          <w:sz w:val="24"/>
          <w:szCs w:val="24"/>
        </w:rPr>
      </w:pPr>
      <w:r w:rsidRPr="00EC5363">
        <w:rPr>
          <w:rFonts w:ascii="Calibri Light" w:hAnsi="Calibri Light" w:cs="Calibri Light"/>
          <w:sz w:val="24"/>
          <w:szCs w:val="24"/>
        </w:rPr>
        <w:t>Date of birth ........................................   Gender ........................................</w:t>
      </w:r>
    </w:p>
    <w:p w:rsidRPr="00EC5363" w:rsidR="00322885" w:rsidP="00EC5363" w:rsidRDefault="00000000" w14:paraId="23F34A31" w14:textId="77777777">
      <w:pPr>
        <w:rPr>
          <w:rFonts w:ascii="Calibri Light" w:hAnsi="Calibri Light" w:cs="Calibri Light"/>
          <w:sz w:val="24"/>
          <w:szCs w:val="24"/>
        </w:rPr>
      </w:pPr>
      <w:r w:rsidRPr="00EC5363">
        <w:rPr>
          <w:rFonts w:ascii="Calibri Light" w:hAnsi="Calibri Light" w:cs="Calibri Light"/>
          <w:sz w:val="24"/>
          <w:szCs w:val="24"/>
        </w:rPr>
        <w:t>Child’s home address .......................................................</w:t>
      </w:r>
    </w:p>
    <w:p w:rsidRPr="00EC5363" w:rsidR="00322885" w:rsidP="00EC5363" w:rsidRDefault="00000000" w14:paraId="4771FCDD" w14:textId="77777777">
      <w:pPr>
        <w:rPr>
          <w:rFonts w:ascii="Calibri Light" w:hAnsi="Calibri Light" w:cs="Calibri Light"/>
          <w:sz w:val="24"/>
          <w:szCs w:val="24"/>
        </w:rPr>
      </w:pPr>
      <w:r w:rsidRPr="00EC5363">
        <w:rPr>
          <w:rFonts w:ascii="Calibri Light" w:hAnsi="Calibri Light" w:cs="Calibri Light"/>
          <w:sz w:val="24"/>
          <w:szCs w:val="24"/>
        </w:rPr>
        <w:t>....................................................................................................</w:t>
      </w:r>
    </w:p>
    <w:p w:rsidRPr="00EC5363" w:rsidR="00322885" w:rsidP="00EC5363" w:rsidRDefault="00000000" w14:paraId="7AFE7390" w14:textId="77777777">
      <w:pPr>
        <w:rPr>
          <w:rFonts w:ascii="Calibri Light" w:hAnsi="Calibri Light" w:cs="Calibri Light"/>
          <w:sz w:val="24"/>
          <w:szCs w:val="24"/>
        </w:rPr>
      </w:pPr>
      <w:r w:rsidRPr="00EC5363">
        <w:rPr>
          <w:rFonts w:ascii="Calibri Light" w:hAnsi="Calibri Light" w:cs="Calibri Light"/>
          <w:sz w:val="24"/>
          <w:szCs w:val="24"/>
        </w:rPr>
        <w:t>Postcode .......................................................</w:t>
      </w:r>
    </w:p>
    <w:p w:rsidRPr="00EC5363" w:rsidR="00322885" w:rsidP="00EC5363" w:rsidRDefault="00000000" w14:paraId="0EA44DE2" w14:textId="77777777">
      <w:pPr>
        <w:rPr>
          <w:rFonts w:ascii="Calibri Light" w:hAnsi="Calibri Light" w:cs="Calibri Light"/>
          <w:sz w:val="24"/>
          <w:szCs w:val="24"/>
        </w:rPr>
      </w:pPr>
      <w:r w:rsidRPr="00EC5363">
        <w:rPr>
          <w:rFonts w:ascii="Calibri Light" w:hAnsi="Calibri Light" w:cs="Calibri Light"/>
          <w:sz w:val="24"/>
          <w:szCs w:val="24"/>
        </w:rPr>
        <w:t>Home language .......................................................</w:t>
      </w:r>
    </w:p>
    <w:p w:rsidRPr="00EC5363" w:rsidR="00322885" w:rsidP="00EC5363" w:rsidRDefault="00000000" w14:paraId="504C803D" w14:textId="77777777">
      <w:pPr>
        <w:rPr>
          <w:rFonts w:ascii="Calibri Light" w:hAnsi="Calibri Light" w:cs="Calibri Light"/>
          <w:sz w:val="24"/>
          <w:szCs w:val="24"/>
        </w:rPr>
      </w:pPr>
      <w:r w:rsidRPr="00EC5363">
        <w:rPr>
          <w:rFonts w:ascii="Calibri Light" w:hAnsi="Calibri Light" w:cs="Calibri Light"/>
          <w:sz w:val="24"/>
          <w:szCs w:val="24"/>
        </w:rPr>
        <w:t>Other languages spoken or understood .......................................................</w:t>
      </w:r>
    </w:p>
    <w:p w:rsidRPr="00EC5363" w:rsidR="00322885" w:rsidP="00EC5363" w:rsidRDefault="00000000" w14:paraId="21E07349" w14:textId="77777777">
      <w:pPr>
        <w:rPr>
          <w:rFonts w:ascii="Calibri Light" w:hAnsi="Calibri Light" w:cs="Calibri Light"/>
          <w:sz w:val="24"/>
          <w:szCs w:val="24"/>
        </w:rPr>
      </w:pPr>
      <w:r w:rsidRPr="00EC5363">
        <w:rPr>
          <w:rFonts w:ascii="Calibri Light" w:hAnsi="Calibri Light" w:cs="Calibri Light"/>
          <w:sz w:val="24"/>
          <w:szCs w:val="24"/>
        </w:rPr>
        <w:t>School: Lympstone Church of England Primary School</w:t>
      </w:r>
    </w:p>
    <w:p w:rsidR="00322885" w:rsidP="00EC5363" w:rsidRDefault="00000000" w14:paraId="3AB38A2B" w14:textId="77777777">
      <w:pPr>
        <w:rPr>
          <w:rFonts w:ascii="Calibri Light" w:hAnsi="Calibri Light" w:cs="Calibri Light"/>
          <w:sz w:val="24"/>
          <w:szCs w:val="24"/>
        </w:rPr>
      </w:pPr>
      <w:r w:rsidRPr="00EC5363">
        <w:rPr>
          <w:rFonts w:ascii="Calibri Light" w:hAnsi="Calibri Light" w:cs="Calibri Light"/>
          <w:sz w:val="24"/>
          <w:szCs w:val="24"/>
        </w:rPr>
        <w:t>Year group ........................................   Class or teacher ........................................</w:t>
      </w:r>
    </w:p>
    <w:p w:rsidRPr="00EC5363" w:rsidR="00EC5363" w:rsidP="00EC5363" w:rsidRDefault="00EC5363" w14:paraId="06F56770" w14:textId="77777777">
      <w:pPr>
        <w:spacing w:after="0"/>
        <w:rPr>
          <w:rFonts w:ascii="Calibri Light" w:hAnsi="Calibri Light" w:cs="Calibri Light"/>
          <w:sz w:val="24"/>
          <w:szCs w:val="24"/>
        </w:rPr>
      </w:pPr>
    </w:p>
    <w:p w:rsidRPr="00EC5363" w:rsidR="00322885" w:rsidP="00EC5363" w:rsidRDefault="00000000" w14:paraId="14C85483" w14:textId="77777777">
      <w:pPr>
        <w:rPr>
          <w:rFonts w:ascii="Calibri" w:hAnsi="Calibri" w:cs="Calibri"/>
          <w:b/>
          <w:bCs/>
          <w:sz w:val="24"/>
          <w:szCs w:val="24"/>
        </w:rPr>
      </w:pPr>
      <w:r w:rsidRPr="00EC5363">
        <w:rPr>
          <w:rFonts w:ascii="Calibri" w:hAnsi="Calibri" w:cs="Calibri"/>
          <w:b/>
          <w:bCs/>
          <w:sz w:val="24"/>
          <w:szCs w:val="24"/>
        </w:rPr>
        <w:t>Parent or Carer 1</w:t>
      </w:r>
    </w:p>
    <w:p w:rsidRPr="00EC5363" w:rsidR="00322885" w:rsidP="00EC5363" w:rsidRDefault="00000000" w14:paraId="645EE49A" w14:textId="77777777">
      <w:pPr>
        <w:rPr>
          <w:rFonts w:ascii="Calibri Light" w:hAnsi="Calibri Light" w:cs="Calibri Light"/>
          <w:sz w:val="24"/>
          <w:szCs w:val="24"/>
        </w:rPr>
      </w:pPr>
      <w:r w:rsidRPr="00EC5363">
        <w:rPr>
          <w:rFonts w:ascii="Calibri Light" w:hAnsi="Calibri Light" w:cs="Calibri Light"/>
          <w:sz w:val="24"/>
          <w:szCs w:val="24"/>
        </w:rPr>
        <w:t xml:space="preserve">Name ........................................   </w:t>
      </w:r>
      <w:proofErr w:type="gramStart"/>
      <w:r w:rsidRPr="00EC5363">
        <w:rPr>
          <w:rFonts w:ascii="Calibri Light" w:hAnsi="Calibri Light" w:cs="Calibri Light"/>
          <w:sz w:val="24"/>
          <w:szCs w:val="24"/>
        </w:rPr>
        <w:t>Relationship</w:t>
      </w:r>
      <w:proofErr w:type="gramEnd"/>
      <w:r w:rsidRPr="00EC5363">
        <w:rPr>
          <w:rFonts w:ascii="Calibri Light" w:hAnsi="Calibri Light" w:cs="Calibri Light"/>
          <w:sz w:val="24"/>
          <w:szCs w:val="24"/>
        </w:rPr>
        <w:t xml:space="preserve"> </w:t>
      </w:r>
      <w:proofErr w:type="gramStart"/>
      <w:r w:rsidRPr="00EC5363">
        <w:rPr>
          <w:rFonts w:ascii="Calibri Light" w:hAnsi="Calibri Light" w:cs="Calibri Light"/>
          <w:sz w:val="24"/>
          <w:szCs w:val="24"/>
        </w:rPr>
        <w:t>to</w:t>
      </w:r>
      <w:proofErr w:type="gramEnd"/>
      <w:r w:rsidRPr="00EC5363">
        <w:rPr>
          <w:rFonts w:ascii="Calibri Light" w:hAnsi="Calibri Light" w:cs="Calibri Light"/>
          <w:sz w:val="24"/>
          <w:szCs w:val="24"/>
        </w:rPr>
        <w:t xml:space="preserve"> </w:t>
      </w:r>
      <w:proofErr w:type="gramStart"/>
      <w:r w:rsidRPr="00EC5363">
        <w:rPr>
          <w:rFonts w:ascii="Calibri Light" w:hAnsi="Calibri Light" w:cs="Calibri Light"/>
          <w:sz w:val="24"/>
          <w:szCs w:val="24"/>
        </w:rPr>
        <w:t xml:space="preserve">child </w:t>
      </w:r>
      <w:proofErr w:type="gramEnd"/>
      <w:r w:rsidRPr="00EC5363">
        <w:rPr>
          <w:rFonts w:ascii="Calibri Light" w:hAnsi="Calibri Light" w:cs="Calibri Light"/>
          <w:sz w:val="24"/>
          <w:szCs w:val="24"/>
        </w:rPr>
        <w:t>........................................</w:t>
      </w:r>
    </w:p>
    <w:p w:rsidRPr="00EC5363" w:rsidR="00322885" w:rsidP="00EC5363" w:rsidRDefault="00000000" w14:paraId="2774DEEF" w14:textId="77777777">
      <w:pPr>
        <w:rPr>
          <w:rFonts w:ascii="Calibri Light" w:hAnsi="Calibri Light" w:cs="Calibri Light"/>
          <w:sz w:val="24"/>
          <w:szCs w:val="24"/>
        </w:rPr>
      </w:pPr>
      <w:r w:rsidRPr="00EC5363">
        <w:rPr>
          <w:rFonts w:ascii="Calibri Light" w:hAnsi="Calibri Light" w:cs="Calibri Light"/>
          <w:sz w:val="24"/>
          <w:szCs w:val="24"/>
        </w:rPr>
        <w:t xml:space="preserve">Has parental responsibility?    </w:t>
      </w:r>
      <w:r w:rsidRPr="00EC5363">
        <w:rPr>
          <w:rFonts w:ascii="Segoe UI Symbol" w:hAnsi="Segoe UI Symbol" w:cs="Segoe UI Symbol"/>
          <w:sz w:val="24"/>
          <w:szCs w:val="24"/>
        </w:rPr>
        <w:t>☐</w:t>
      </w:r>
      <w:r w:rsidRPr="00EC5363">
        <w:rPr>
          <w:rFonts w:ascii="Calibri Light" w:hAnsi="Calibri Light" w:cs="Calibri Light"/>
          <w:sz w:val="24"/>
          <w:szCs w:val="24"/>
        </w:rPr>
        <w:t xml:space="preserve"> Yes    </w:t>
      </w:r>
      <w:r w:rsidRPr="00EC5363">
        <w:rPr>
          <w:rFonts w:ascii="Segoe UI Symbol" w:hAnsi="Segoe UI Symbol" w:cs="Segoe UI Symbol"/>
          <w:sz w:val="24"/>
          <w:szCs w:val="24"/>
        </w:rPr>
        <w:t>☐</w:t>
      </w:r>
      <w:r w:rsidRPr="00EC5363">
        <w:rPr>
          <w:rFonts w:ascii="Calibri Light" w:hAnsi="Calibri Light" w:cs="Calibri Light"/>
          <w:sz w:val="24"/>
          <w:szCs w:val="24"/>
        </w:rPr>
        <w:t xml:space="preserve"> No</w:t>
      </w:r>
    </w:p>
    <w:p w:rsidRPr="00EC5363" w:rsidR="00322885" w:rsidP="00EC5363" w:rsidRDefault="00000000" w14:paraId="49993B62" w14:textId="77777777">
      <w:pPr>
        <w:rPr>
          <w:rFonts w:ascii="Calibri Light" w:hAnsi="Calibri Light" w:cs="Calibri Light"/>
          <w:sz w:val="24"/>
          <w:szCs w:val="24"/>
        </w:rPr>
      </w:pPr>
      <w:r w:rsidRPr="00EC5363">
        <w:rPr>
          <w:rFonts w:ascii="Calibri Light" w:hAnsi="Calibri Light" w:cs="Calibri Light"/>
          <w:sz w:val="24"/>
          <w:szCs w:val="24"/>
        </w:rPr>
        <w:t xml:space="preserve">Home address    </w:t>
      </w:r>
      <w:r w:rsidRPr="00EC5363">
        <w:rPr>
          <w:rFonts w:ascii="Segoe UI Symbol" w:hAnsi="Segoe UI Symbol" w:cs="Segoe UI Symbol"/>
          <w:sz w:val="24"/>
          <w:szCs w:val="24"/>
        </w:rPr>
        <w:t>☐</w:t>
      </w:r>
      <w:r w:rsidRPr="00EC5363">
        <w:rPr>
          <w:rFonts w:ascii="Calibri Light" w:hAnsi="Calibri Light" w:cs="Calibri Light"/>
          <w:sz w:val="24"/>
          <w:szCs w:val="24"/>
        </w:rPr>
        <w:t xml:space="preserve"> Same as child’s home address</w:t>
      </w:r>
    </w:p>
    <w:p w:rsidRPr="00EC5363" w:rsidR="00322885" w:rsidP="00EC5363" w:rsidRDefault="00000000" w14:paraId="16880029" w14:textId="77777777">
      <w:pPr>
        <w:rPr>
          <w:rFonts w:ascii="Calibri Light" w:hAnsi="Calibri Light" w:cs="Calibri Light"/>
          <w:sz w:val="24"/>
          <w:szCs w:val="24"/>
        </w:rPr>
      </w:pPr>
      <w:r w:rsidRPr="00EC5363">
        <w:rPr>
          <w:rFonts w:ascii="Calibri Light" w:hAnsi="Calibri Light" w:cs="Calibri Light"/>
          <w:sz w:val="24"/>
          <w:szCs w:val="24"/>
        </w:rPr>
        <w:t>If different .......................................................</w:t>
      </w:r>
    </w:p>
    <w:p w:rsidRPr="00EC5363" w:rsidR="00322885" w:rsidP="00EC5363" w:rsidRDefault="00000000" w14:paraId="7A7AEB66" w14:textId="77777777">
      <w:pPr>
        <w:rPr>
          <w:rFonts w:ascii="Calibri Light" w:hAnsi="Calibri Light" w:cs="Calibri Light"/>
          <w:sz w:val="24"/>
          <w:szCs w:val="24"/>
        </w:rPr>
      </w:pPr>
      <w:r w:rsidRPr="00EC5363">
        <w:rPr>
          <w:rFonts w:ascii="Calibri Light" w:hAnsi="Calibri Light" w:cs="Calibri Light"/>
          <w:sz w:val="24"/>
          <w:szCs w:val="24"/>
        </w:rPr>
        <w:t>....................................................................................................</w:t>
      </w:r>
    </w:p>
    <w:p w:rsidRPr="00EC5363" w:rsidR="00322885" w:rsidP="00EC5363" w:rsidRDefault="00000000" w14:paraId="58A5A555" w14:textId="77777777">
      <w:pPr>
        <w:rPr>
          <w:rFonts w:ascii="Calibri Light" w:hAnsi="Calibri Light" w:cs="Calibri Light"/>
          <w:sz w:val="24"/>
          <w:szCs w:val="24"/>
        </w:rPr>
      </w:pPr>
      <w:r w:rsidRPr="00EC5363">
        <w:rPr>
          <w:rFonts w:ascii="Calibri Light" w:hAnsi="Calibri Light" w:cs="Calibri Light"/>
          <w:sz w:val="24"/>
          <w:szCs w:val="24"/>
        </w:rPr>
        <w:t>Telephone number ................................   Alternative number ................................</w:t>
      </w:r>
    </w:p>
    <w:p w:rsidRPr="00EC5363" w:rsidR="00EC5363" w:rsidP="003C6461" w:rsidRDefault="00000000" w14:paraId="39D9FB24" w14:textId="2B7EAEE9">
      <w:pPr>
        <w:spacing w:line="360" w:lineRule="auto"/>
        <w:rPr>
          <w:rFonts w:ascii="Calibri Light" w:hAnsi="Calibri Light" w:cs="Calibri Light"/>
          <w:sz w:val="24"/>
          <w:szCs w:val="24"/>
        </w:rPr>
      </w:pPr>
      <w:r w:rsidRPr="00EC5363">
        <w:rPr>
          <w:rFonts w:ascii="Calibri Light" w:hAnsi="Calibri Light" w:cs="Calibri Light"/>
          <w:sz w:val="24"/>
          <w:szCs w:val="24"/>
        </w:rPr>
        <w:t>Email address .......................................................</w:t>
      </w:r>
    </w:p>
    <w:p w:rsidRPr="00EC5363" w:rsidR="00322885" w:rsidP="00EC5363" w:rsidRDefault="00000000" w14:paraId="43A240F5" w14:textId="77777777">
      <w:pPr>
        <w:rPr>
          <w:rFonts w:ascii="Calibri" w:hAnsi="Calibri" w:cs="Calibri"/>
          <w:b/>
          <w:bCs/>
          <w:sz w:val="24"/>
          <w:szCs w:val="24"/>
        </w:rPr>
      </w:pPr>
      <w:r w:rsidRPr="00EC5363">
        <w:rPr>
          <w:rFonts w:ascii="Calibri" w:hAnsi="Calibri" w:cs="Calibri"/>
          <w:b/>
          <w:bCs/>
          <w:sz w:val="24"/>
          <w:szCs w:val="24"/>
        </w:rPr>
        <w:t>Parent or Carer 2</w:t>
      </w:r>
    </w:p>
    <w:p w:rsidRPr="00EC5363" w:rsidR="00322885" w:rsidP="00EC5363" w:rsidRDefault="00000000" w14:paraId="42A2DCFB" w14:textId="77777777">
      <w:pPr>
        <w:rPr>
          <w:rFonts w:ascii="Calibri Light" w:hAnsi="Calibri Light" w:cs="Calibri Light"/>
          <w:sz w:val="24"/>
          <w:szCs w:val="24"/>
        </w:rPr>
      </w:pPr>
      <w:r w:rsidRPr="00EC5363">
        <w:rPr>
          <w:rFonts w:ascii="Calibri Light" w:hAnsi="Calibri Light" w:cs="Calibri Light"/>
          <w:sz w:val="24"/>
          <w:szCs w:val="24"/>
        </w:rPr>
        <w:t xml:space="preserve">Name ........................................   </w:t>
      </w:r>
      <w:proofErr w:type="gramStart"/>
      <w:r w:rsidRPr="00EC5363">
        <w:rPr>
          <w:rFonts w:ascii="Calibri Light" w:hAnsi="Calibri Light" w:cs="Calibri Light"/>
          <w:sz w:val="24"/>
          <w:szCs w:val="24"/>
        </w:rPr>
        <w:t>Relationship</w:t>
      </w:r>
      <w:proofErr w:type="gramEnd"/>
      <w:r w:rsidRPr="00EC5363">
        <w:rPr>
          <w:rFonts w:ascii="Calibri Light" w:hAnsi="Calibri Light" w:cs="Calibri Light"/>
          <w:sz w:val="24"/>
          <w:szCs w:val="24"/>
        </w:rPr>
        <w:t xml:space="preserve"> </w:t>
      </w:r>
      <w:proofErr w:type="gramStart"/>
      <w:r w:rsidRPr="00EC5363">
        <w:rPr>
          <w:rFonts w:ascii="Calibri Light" w:hAnsi="Calibri Light" w:cs="Calibri Light"/>
          <w:sz w:val="24"/>
          <w:szCs w:val="24"/>
        </w:rPr>
        <w:t>to</w:t>
      </w:r>
      <w:proofErr w:type="gramEnd"/>
      <w:r w:rsidRPr="00EC5363">
        <w:rPr>
          <w:rFonts w:ascii="Calibri Light" w:hAnsi="Calibri Light" w:cs="Calibri Light"/>
          <w:sz w:val="24"/>
          <w:szCs w:val="24"/>
        </w:rPr>
        <w:t xml:space="preserve"> </w:t>
      </w:r>
      <w:proofErr w:type="gramStart"/>
      <w:r w:rsidRPr="00EC5363">
        <w:rPr>
          <w:rFonts w:ascii="Calibri Light" w:hAnsi="Calibri Light" w:cs="Calibri Light"/>
          <w:sz w:val="24"/>
          <w:szCs w:val="24"/>
        </w:rPr>
        <w:t xml:space="preserve">child </w:t>
      </w:r>
      <w:proofErr w:type="gramEnd"/>
      <w:r w:rsidRPr="00EC5363">
        <w:rPr>
          <w:rFonts w:ascii="Calibri Light" w:hAnsi="Calibri Light" w:cs="Calibri Light"/>
          <w:sz w:val="24"/>
          <w:szCs w:val="24"/>
        </w:rPr>
        <w:t>........................................</w:t>
      </w:r>
    </w:p>
    <w:p w:rsidRPr="00EC5363" w:rsidR="00322885" w:rsidP="00EC5363" w:rsidRDefault="00000000" w14:paraId="7D046B30" w14:textId="77777777">
      <w:pPr>
        <w:rPr>
          <w:rFonts w:ascii="Calibri Light" w:hAnsi="Calibri Light" w:cs="Calibri Light"/>
          <w:sz w:val="24"/>
          <w:szCs w:val="24"/>
        </w:rPr>
      </w:pPr>
      <w:r w:rsidRPr="00EC5363">
        <w:rPr>
          <w:rFonts w:ascii="Calibri Light" w:hAnsi="Calibri Light" w:cs="Calibri Light"/>
          <w:sz w:val="24"/>
          <w:szCs w:val="24"/>
        </w:rPr>
        <w:t xml:space="preserve">Has parental responsibility?    </w:t>
      </w:r>
      <w:r w:rsidRPr="00EC5363">
        <w:rPr>
          <w:rFonts w:ascii="Segoe UI Symbol" w:hAnsi="Segoe UI Symbol" w:cs="Segoe UI Symbol"/>
          <w:sz w:val="24"/>
          <w:szCs w:val="24"/>
        </w:rPr>
        <w:t>☐</w:t>
      </w:r>
      <w:r w:rsidRPr="00EC5363">
        <w:rPr>
          <w:rFonts w:ascii="Calibri Light" w:hAnsi="Calibri Light" w:cs="Calibri Light"/>
          <w:sz w:val="24"/>
          <w:szCs w:val="24"/>
        </w:rPr>
        <w:t xml:space="preserve"> Yes    </w:t>
      </w:r>
      <w:r w:rsidRPr="00EC5363">
        <w:rPr>
          <w:rFonts w:ascii="Segoe UI Symbol" w:hAnsi="Segoe UI Symbol" w:cs="Segoe UI Symbol"/>
          <w:sz w:val="24"/>
          <w:szCs w:val="24"/>
        </w:rPr>
        <w:t>☐</w:t>
      </w:r>
      <w:r w:rsidRPr="00EC5363">
        <w:rPr>
          <w:rFonts w:ascii="Calibri Light" w:hAnsi="Calibri Light" w:cs="Calibri Light"/>
          <w:sz w:val="24"/>
          <w:szCs w:val="24"/>
        </w:rPr>
        <w:t xml:space="preserve"> No</w:t>
      </w:r>
    </w:p>
    <w:p w:rsidRPr="00EC5363" w:rsidR="00322885" w:rsidP="00EC5363" w:rsidRDefault="00000000" w14:paraId="2D9100C2" w14:textId="77777777">
      <w:pPr>
        <w:rPr>
          <w:rFonts w:ascii="Calibri Light" w:hAnsi="Calibri Light" w:cs="Calibri Light"/>
          <w:sz w:val="24"/>
          <w:szCs w:val="24"/>
        </w:rPr>
      </w:pPr>
      <w:r w:rsidRPr="00EC5363">
        <w:rPr>
          <w:rFonts w:ascii="Calibri Light" w:hAnsi="Calibri Light" w:cs="Calibri Light"/>
          <w:sz w:val="24"/>
          <w:szCs w:val="24"/>
        </w:rPr>
        <w:t xml:space="preserve">Home address    </w:t>
      </w:r>
      <w:r w:rsidRPr="00EC5363">
        <w:rPr>
          <w:rFonts w:ascii="Segoe UI Symbol" w:hAnsi="Segoe UI Symbol" w:cs="Segoe UI Symbol"/>
          <w:sz w:val="24"/>
          <w:szCs w:val="24"/>
        </w:rPr>
        <w:t>☐</w:t>
      </w:r>
      <w:r w:rsidRPr="00EC5363">
        <w:rPr>
          <w:rFonts w:ascii="Calibri Light" w:hAnsi="Calibri Light" w:cs="Calibri Light"/>
          <w:sz w:val="24"/>
          <w:szCs w:val="24"/>
        </w:rPr>
        <w:t xml:space="preserve"> Same as child’s home address</w:t>
      </w:r>
    </w:p>
    <w:p w:rsidRPr="00EC5363" w:rsidR="00322885" w:rsidP="00EC5363" w:rsidRDefault="00000000" w14:paraId="2ED6D0BE" w14:textId="77777777">
      <w:pPr>
        <w:rPr>
          <w:rFonts w:ascii="Calibri Light" w:hAnsi="Calibri Light" w:cs="Calibri Light"/>
          <w:sz w:val="24"/>
          <w:szCs w:val="24"/>
        </w:rPr>
      </w:pPr>
      <w:r w:rsidRPr="00EC5363">
        <w:rPr>
          <w:rFonts w:ascii="Calibri Light" w:hAnsi="Calibri Light" w:cs="Calibri Light"/>
          <w:sz w:val="24"/>
          <w:szCs w:val="24"/>
        </w:rPr>
        <w:t>If different .......................................................</w:t>
      </w:r>
    </w:p>
    <w:p w:rsidRPr="00EC5363" w:rsidR="00322885" w:rsidP="00EC5363" w:rsidRDefault="00000000" w14:paraId="0212E0B2" w14:textId="77777777">
      <w:pPr>
        <w:rPr>
          <w:rFonts w:ascii="Calibri Light" w:hAnsi="Calibri Light" w:cs="Calibri Light"/>
          <w:sz w:val="24"/>
          <w:szCs w:val="24"/>
        </w:rPr>
      </w:pPr>
      <w:r w:rsidRPr="00EC5363">
        <w:rPr>
          <w:rFonts w:ascii="Calibri Light" w:hAnsi="Calibri Light" w:cs="Calibri Light"/>
          <w:sz w:val="24"/>
          <w:szCs w:val="24"/>
        </w:rPr>
        <w:t>....................................................................................................</w:t>
      </w:r>
    </w:p>
    <w:p w:rsidRPr="00EC5363" w:rsidR="00322885" w:rsidP="00EC5363" w:rsidRDefault="00000000" w14:paraId="2942ADB6" w14:textId="77777777">
      <w:pPr>
        <w:rPr>
          <w:rFonts w:ascii="Calibri Light" w:hAnsi="Calibri Light" w:cs="Calibri Light"/>
          <w:sz w:val="24"/>
          <w:szCs w:val="24"/>
        </w:rPr>
      </w:pPr>
      <w:r w:rsidRPr="00EC5363">
        <w:rPr>
          <w:rFonts w:ascii="Calibri Light" w:hAnsi="Calibri Light" w:cs="Calibri Light"/>
          <w:sz w:val="24"/>
          <w:szCs w:val="24"/>
        </w:rPr>
        <w:t>Telephone number ................................   Alternative number ................................</w:t>
      </w:r>
    </w:p>
    <w:p w:rsidRPr="00EC5363" w:rsidR="00322885" w:rsidP="00EC5363" w:rsidRDefault="00000000" w14:paraId="7E0ED690" w14:textId="77777777">
      <w:pPr>
        <w:rPr>
          <w:rFonts w:ascii="Calibri Light" w:hAnsi="Calibri Light" w:cs="Calibri Light"/>
          <w:sz w:val="24"/>
          <w:szCs w:val="24"/>
        </w:rPr>
      </w:pPr>
      <w:r w:rsidRPr="00EC5363">
        <w:rPr>
          <w:rFonts w:ascii="Calibri Light" w:hAnsi="Calibri Light" w:cs="Calibri Light"/>
          <w:sz w:val="24"/>
          <w:szCs w:val="24"/>
        </w:rPr>
        <w:t>Email address .......................................................</w:t>
      </w:r>
    </w:p>
    <w:p w:rsidRPr="00EC5363" w:rsidR="00322885" w:rsidP="00EC5363" w:rsidRDefault="00000000" w14:paraId="306082DF" w14:textId="39AF9D6B">
      <w:pPr>
        <w:rPr>
          <w:rFonts w:ascii="Calibri" w:hAnsi="Calibri" w:cs="Calibri"/>
          <w:b/>
          <w:bCs/>
          <w:sz w:val="24"/>
          <w:szCs w:val="24"/>
        </w:rPr>
      </w:pPr>
      <w:r w:rsidRPr="00EC5363">
        <w:rPr>
          <w:rFonts w:ascii="Calibri Light" w:hAnsi="Calibri Light" w:cs="Calibri Light"/>
          <w:sz w:val="24"/>
          <w:szCs w:val="24"/>
        </w:rPr>
        <w:br w:type="page"/>
      </w:r>
      <w:r w:rsidRPr="00EC5363">
        <w:rPr>
          <w:rFonts w:ascii="Calibri" w:hAnsi="Calibri" w:cs="Calibri"/>
          <w:b/>
          <w:bCs/>
          <w:sz w:val="24"/>
          <w:szCs w:val="24"/>
        </w:rPr>
        <w:t>Living Arrangements and Parental Responsibility</w:t>
      </w:r>
    </w:p>
    <w:p w:rsidRPr="00EC5363" w:rsidR="00322885" w:rsidP="00EC5363" w:rsidRDefault="00000000" w14:paraId="01896F7F" w14:textId="77777777">
      <w:pPr>
        <w:rPr>
          <w:rFonts w:ascii="Calibri Light" w:hAnsi="Calibri Light" w:cs="Calibri Light"/>
          <w:sz w:val="24"/>
          <w:szCs w:val="24"/>
        </w:rPr>
      </w:pPr>
      <w:r w:rsidRPr="00EC5363">
        <w:rPr>
          <w:rFonts w:ascii="Calibri Light" w:hAnsi="Calibri Light" w:cs="Calibri Light"/>
          <w:sz w:val="24"/>
          <w:szCs w:val="24"/>
        </w:rPr>
        <w:t>Which parent or carer does your child normally live with? .......................................................</w:t>
      </w:r>
    </w:p>
    <w:p w:rsidRPr="00EC5363" w:rsidR="00322885" w:rsidP="00EC5363" w:rsidRDefault="00000000" w14:paraId="1086FD62" w14:textId="77777777">
      <w:pPr>
        <w:rPr>
          <w:rFonts w:ascii="Calibri Light" w:hAnsi="Calibri Light" w:cs="Calibri Light"/>
          <w:sz w:val="24"/>
          <w:szCs w:val="24"/>
        </w:rPr>
      </w:pPr>
      <w:r w:rsidRPr="00EC5363">
        <w:rPr>
          <w:rFonts w:ascii="Calibri Light" w:hAnsi="Calibri Light" w:cs="Calibri Light"/>
          <w:sz w:val="24"/>
          <w:szCs w:val="24"/>
        </w:rPr>
        <w:t>Please include both parents/carers if your child normally lives between two homes.</w:t>
      </w:r>
    </w:p>
    <w:p w:rsidRPr="00EC5363" w:rsidR="00322885" w:rsidP="00EC5363" w:rsidRDefault="00000000" w14:paraId="25B34C74" w14:textId="77777777">
      <w:pPr>
        <w:rPr>
          <w:rFonts w:ascii="Calibri Light" w:hAnsi="Calibri Light" w:cs="Calibri Light"/>
          <w:sz w:val="24"/>
          <w:szCs w:val="24"/>
        </w:rPr>
      </w:pPr>
      <w:r w:rsidRPr="00EC5363">
        <w:rPr>
          <w:rFonts w:ascii="Calibri Light" w:hAnsi="Calibri Light" w:cs="Calibri Light"/>
          <w:sz w:val="24"/>
          <w:szCs w:val="24"/>
        </w:rPr>
        <w:t xml:space="preserve">Are there any other people who have parental responsibility for this child?    </w:t>
      </w:r>
      <w:r w:rsidRPr="00EC5363">
        <w:rPr>
          <w:rFonts w:ascii="Segoe UI Symbol" w:hAnsi="Segoe UI Symbol" w:cs="Segoe UI Symbol"/>
          <w:sz w:val="24"/>
          <w:szCs w:val="24"/>
        </w:rPr>
        <w:t>☐</w:t>
      </w:r>
      <w:r w:rsidRPr="00EC5363">
        <w:rPr>
          <w:rFonts w:ascii="Calibri Light" w:hAnsi="Calibri Light" w:cs="Calibri Light"/>
          <w:sz w:val="24"/>
          <w:szCs w:val="24"/>
        </w:rPr>
        <w:t xml:space="preserve"> Yes    </w:t>
      </w:r>
      <w:r w:rsidRPr="00EC5363">
        <w:rPr>
          <w:rFonts w:ascii="Segoe UI Symbol" w:hAnsi="Segoe UI Symbol" w:cs="Segoe UI Symbol"/>
          <w:sz w:val="24"/>
          <w:szCs w:val="24"/>
        </w:rPr>
        <w:t>☐</w:t>
      </w:r>
      <w:r w:rsidRPr="00EC5363">
        <w:rPr>
          <w:rFonts w:ascii="Calibri Light" w:hAnsi="Calibri Light" w:cs="Calibri Light"/>
          <w:sz w:val="24"/>
          <w:szCs w:val="24"/>
        </w:rPr>
        <w:t xml:space="preserve"> No</w:t>
      </w:r>
    </w:p>
    <w:p w:rsidRPr="00EC5363" w:rsidR="00322885" w:rsidP="00EC5363" w:rsidRDefault="00000000" w14:paraId="6A88D7CA" w14:textId="77777777">
      <w:pPr>
        <w:rPr>
          <w:rFonts w:ascii="Calibri Light" w:hAnsi="Calibri Light" w:cs="Calibri Light"/>
          <w:sz w:val="24"/>
          <w:szCs w:val="24"/>
        </w:rPr>
      </w:pPr>
      <w:r w:rsidRPr="00EC5363">
        <w:rPr>
          <w:rFonts w:ascii="Calibri Light" w:hAnsi="Calibri Light" w:cs="Calibri Light"/>
          <w:sz w:val="24"/>
          <w:szCs w:val="24"/>
        </w:rPr>
        <w:t>If yes, please provide their name, relationship to the child and address:</w:t>
      </w:r>
    </w:p>
    <w:p w:rsidRPr="00EC5363" w:rsidR="00322885" w:rsidP="00EC5363" w:rsidRDefault="00000000" w14:paraId="1ECB5A2E" w14:textId="77777777">
      <w:pPr>
        <w:rPr>
          <w:rFonts w:ascii="Calibri Light" w:hAnsi="Calibri Light" w:cs="Calibri Light"/>
          <w:sz w:val="24"/>
          <w:szCs w:val="24"/>
        </w:rPr>
      </w:pPr>
      <w:r w:rsidRPr="00EC5363">
        <w:rPr>
          <w:rFonts w:ascii="Calibri Light" w:hAnsi="Calibri Light" w:cs="Calibri Light"/>
          <w:sz w:val="24"/>
          <w:szCs w:val="24"/>
        </w:rPr>
        <w:t>....................................................................................................</w:t>
      </w:r>
    </w:p>
    <w:p w:rsidRPr="00EC5363" w:rsidR="00322885" w:rsidP="00EC5363" w:rsidRDefault="00000000" w14:paraId="7A4F672E" w14:textId="77777777">
      <w:pPr>
        <w:rPr>
          <w:rFonts w:ascii="Calibri Light" w:hAnsi="Calibri Light" w:cs="Calibri Light"/>
          <w:sz w:val="24"/>
          <w:szCs w:val="24"/>
        </w:rPr>
      </w:pPr>
      <w:r w:rsidRPr="00EC5363">
        <w:rPr>
          <w:rFonts w:ascii="Calibri Light" w:hAnsi="Calibri Light" w:cs="Calibri Light"/>
          <w:sz w:val="24"/>
          <w:szCs w:val="24"/>
        </w:rPr>
        <w:t>....................................................................................................</w:t>
      </w:r>
    </w:p>
    <w:p w:rsidRPr="00EC5363" w:rsidR="00322885" w:rsidP="00EC5363" w:rsidRDefault="00000000" w14:paraId="5336530F" w14:textId="77777777">
      <w:pPr>
        <w:rPr>
          <w:rFonts w:ascii="Calibri" w:hAnsi="Calibri" w:cs="Calibri"/>
          <w:b/>
          <w:bCs/>
          <w:sz w:val="24"/>
          <w:szCs w:val="24"/>
        </w:rPr>
      </w:pPr>
      <w:r w:rsidRPr="00EC5363">
        <w:rPr>
          <w:rFonts w:ascii="Calibri" w:hAnsi="Calibri" w:cs="Calibri"/>
          <w:b/>
          <w:bCs/>
          <w:sz w:val="24"/>
          <w:szCs w:val="24"/>
        </w:rPr>
        <w:t>Legal Arrangements</w:t>
      </w:r>
    </w:p>
    <w:p w:rsidRPr="00EC5363" w:rsidR="00322885" w:rsidP="00EC5363" w:rsidRDefault="00000000" w14:paraId="661D5052" w14:textId="77777777">
      <w:pPr>
        <w:rPr>
          <w:rFonts w:ascii="Calibri Light" w:hAnsi="Calibri Light" w:cs="Calibri Light"/>
          <w:sz w:val="24"/>
          <w:szCs w:val="24"/>
        </w:rPr>
      </w:pPr>
      <w:r w:rsidRPr="00EC5363">
        <w:rPr>
          <w:rFonts w:ascii="Calibri Light" w:hAnsi="Calibri Light" w:cs="Calibri Light"/>
          <w:sz w:val="24"/>
          <w:szCs w:val="24"/>
        </w:rPr>
        <w:t xml:space="preserve">Are there any court orders, contact arrangements, restrictions or other legal arrangements we need to know about to keep your child safe?    </w:t>
      </w:r>
      <w:r w:rsidRPr="00EC5363">
        <w:rPr>
          <w:rFonts w:ascii="Segoe UI Symbol" w:hAnsi="Segoe UI Symbol" w:cs="Segoe UI Symbol"/>
          <w:sz w:val="24"/>
          <w:szCs w:val="24"/>
        </w:rPr>
        <w:t>☐</w:t>
      </w:r>
      <w:r w:rsidRPr="00EC5363">
        <w:rPr>
          <w:rFonts w:ascii="Calibri Light" w:hAnsi="Calibri Light" w:cs="Calibri Light"/>
          <w:sz w:val="24"/>
          <w:szCs w:val="24"/>
        </w:rPr>
        <w:t xml:space="preserve"> Yes    </w:t>
      </w:r>
      <w:r w:rsidRPr="00EC5363">
        <w:rPr>
          <w:rFonts w:ascii="Segoe UI Symbol" w:hAnsi="Segoe UI Symbol" w:cs="Segoe UI Symbol"/>
          <w:sz w:val="24"/>
          <w:szCs w:val="24"/>
        </w:rPr>
        <w:t>☐</w:t>
      </w:r>
      <w:r w:rsidRPr="00EC5363">
        <w:rPr>
          <w:rFonts w:ascii="Calibri Light" w:hAnsi="Calibri Light" w:cs="Calibri Light"/>
          <w:sz w:val="24"/>
          <w:szCs w:val="24"/>
        </w:rPr>
        <w:t xml:space="preserve"> No</w:t>
      </w:r>
    </w:p>
    <w:p w:rsidRPr="00EC5363" w:rsidR="00322885" w:rsidP="00EC5363" w:rsidRDefault="00000000" w14:paraId="0D9F4CE2" w14:textId="77777777">
      <w:pPr>
        <w:rPr>
          <w:rFonts w:ascii="Calibri Light" w:hAnsi="Calibri Light" w:cs="Calibri Light"/>
          <w:sz w:val="24"/>
          <w:szCs w:val="24"/>
        </w:rPr>
      </w:pPr>
      <w:r w:rsidRPr="00EC5363">
        <w:rPr>
          <w:rFonts w:ascii="Calibri Light" w:hAnsi="Calibri Light" w:cs="Calibri Light"/>
          <w:sz w:val="24"/>
          <w:szCs w:val="24"/>
        </w:rPr>
        <w:t>If yes, please provide relevant details. We may ask for a copy of relevant documentation.</w:t>
      </w:r>
    </w:p>
    <w:p w:rsidRPr="00EC5363" w:rsidR="00322885" w:rsidP="00EC5363" w:rsidRDefault="00000000" w14:paraId="33552D94" w14:textId="77777777">
      <w:pPr>
        <w:rPr>
          <w:rFonts w:ascii="Calibri Light" w:hAnsi="Calibri Light" w:cs="Calibri Light"/>
          <w:sz w:val="24"/>
          <w:szCs w:val="24"/>
        </w:rPr>
      </w:pPr>
      <w:r w:rsidRPr="00EC5363">
        <w:rPr>
          <w:rFonts w:ascii="Calibri Light" w:hAnsi="Calibri Light" w:cs="Calibri Light"/>
          <w:sz w:val="24"/>
          <w:szCs w:val="24"/>
        </w:rPr>
        <w:t>....................................................................................................</w:t>
      </w:r>
    </w:p>
    <w:p w:rsidRPr="00EC5363" w:rsidR="00322885" w:rsidP="00EC5363" w:rsidRDefault="00000000" w14:paraId="65C2586F" w14:textId="77777777">
      <w:pPr>
        <w:rPr>
          <w:rFonts w:ascii="Calibri" w:hAnsi="Calibri" w:cs="Calibri"/>
          <w:b/>
          <w:bCs/>
          <w:sz w:val="24"/>
          <w:szCs w:val="24"/>
        </w:rPr>
      </w:pPr>
      <w:r w:rsidRPr="00EC5363">
        <w:rPr>
          <w:rFonts w:ascii="Calibri" w:hAnsi="Calibri" w:cs="Calibri"/>
          <w:b/>
          <w:bCs/>
          <w:sz w:val="24"/>
          <w:szCs w:val="24"/>
        </w:rPr>
        <w:t>Emergency Contacts and Collection Arrangements</w:t>
      </w:r>
    </w:p>
    <w:p w:rsidRPr="00EC5363" w:rsidR="00322885" w:rsidP="00EC5363" w:rsidRDefault="00000000" w14:paraId="6BC79A13" w14:textId="77777777">
      <w:pPr>
        <w:rPr>
          <w:rFonts w:ascii="Calibri Light" w:hAnsi="Calibri Light" w:cs="Calibri Light"/>
          <w:sz w:val="24"/>
          <w:szCs w:val="24"/>
        </w:rPr>
      </w:pPr>
      <w:r w:rsidRPr="00EC5363">
        <w:rPr>
          <w:rFonts w:ascii="Calibri Light" w:hAnsi="Calibri Light" w:cs="Calibri Light"/>
          <w:sz w:val="24"/>
          <w:szCs w:val="24"/>
        </w:rPr>
        <w:t>Please provide two emergency contacts, other than the parents/carers listed above, where possible. Tell the office if you cannot provide these.</w:t>
      </w:r>
    </w:p>
    <w:p w:rsidRPr="00EC5363" w:rsidR="00322885" w:rsidP="00EC5363" w:rsidRDefault="00000000" w14:paraId="636EBF7D" w14:textId="77777777">
      <w:pPr>
        <w:rPr>
          <w:rFonts w:ascii="Calibri Light" w:hAnsi="Calibri Light" w:cs="Calibri Light"/>
          <w:sz w:val="24"/>
          <w:szCs w:val="24"/>
        </w:rPr>
      </w:pPr>
      <w:r w:rsidRPr="00EC5363">
        <w:rPr>
          <w:rFonts w:ascii="Calibri Light" w:hAnsi="Calibri Light" w:cs="Calibri Light"/>
          <w:b/>
          <w:sz w:val="24"/>
          <w:szCs w:val="24"/>
        </w:rPr>
        <w:t>Contact 1</w:t>
      </w:r>
    </w:p>
    <w:p w:rsidRPr="00EC5363" w:rsidR="00322885" w:rsidP="00EC5363" w:rsidRDefault="00000000" w14:paraId="2AB51087" w14:textId="77777777">
      <w:pPr>
        <w:rPr>
          <w:rFonts w:ascii="Calibri Light" w:hAnsi="Calibri Light" w:cs="Calibri Light"/>
          <w:sz w:val="24"/>
          <w:szCs w:val="24"/>
        </w:rPr>
      </w:pPr>
      <w:r w:rsidRPr="00EC5363">
        <w:rPr>
          <w:rFonts w:ascii="Calibri Light" w:hAnsi="Calibri Light" w:cs="Calibri Light"/>
          <w:sz w:val="24"/>
          <w:szCs w:val="24"/>
        </w:rPr>
        <w:t xml:space="preserve">Full name ........................................   </w:t>
      </w:r>
      <w:proofErr w:type="gramStart"/>
      <w:r w:rsidRPr="00EC5363">
        <w:rPr>
          <w:rFonts w:ascii="Calibri Light" w:hAnsi="Calibri Light" w:cs="Calibri Light"/>
          <w:sz w:val="24"/>
          <w:szCs w:val="24"/>
        </w:rPr>
        <w:t>Relationship</w:t>
      </w:r>
      <w:proofErr w:type="gramEnd"/>
      <w:r w:rsidRPr="00EC5363">
        <w:rPr>
          <w:rFonts w:ascii="Calibri Light" w:hAnsi="Calibri Light" w:cs="Calibri Light"/>
          <w:sz w:val="24"/>
          <w:szCs w:val="24"/>
        </w:rPr>
        <w:t xml:space="preserve"> </w:t>
      </w:r>
      <w:proofErr w:type="gramStart"/>
      <w:r w:rsidRPr="00EC5363">
        <w:rPr>
          <w:rFonts w:ascii="Calibri Light" w:hAnsi="Calibri Light" w:cs="Calibri Light"/>
          <w:sz w:val="24"/>
          <w:szCs w:val="24"/>
        </w:rPr>
        <w:t>to</w:t>
      </w:r>
      <w:proofErr w:type="gramEnd"/>
      <w:r w:rsidRPr="00EC5363">
        <w:rPr>
          <w:rFonts w:ascii="Calibri Light" w:hAnsi="Calibri Light" w:cs="Calibri Light"/>
          <w:sz w:val="24"/>
          <w:szCs w:val="24"/>
        </w:rPr>
        <w:t xml:space="preserve"> </w:t>
      </w:r>
      <w:proofErr w:type="gramStart"/>
      <w:r w:rsidRPr="00EC5363">
        <w:rPr>
          <w:rFonts w:ascii="Calibri Light" w:hAnsi="Calibri Light" w:cs="Calibri Light"/>
          <w:sz w:val="24"/>
          <w:szCs w:val="24"/>
        </w:rPr>
        <w:t xml:space="preserve">child </w:t>
      </w:r>
      <w:proofErr w:type="gramEnd"/>
      <w:r w:rsidRPr="00EC5363">
        <w:rPr>
          <w:rFonts w:ascii="Calibri Light" w:hAnsi="Calibri Light" w:cs="Calibri Light"/>
          <w:sz w:val="24"/>
          <w:szCs w:val="24"/>
        </w:rPr>
        <w:t>........................................</w:t>
      </w:r>
    </w:p>
    <w:p w:rsidRPr="00EC5363" w:rsidR="00322885" w:rsidP="00EC5363" w:rsidRDefault="00000000" w14:paraId="7F47D704" w14:textId="77777777">
      <w:pPr>
        <w:rPr>
          <w:rFonts w:ascii="Calibri Light" w:hAnsi="Calibri Light" w:cs="Calibri Light"/>
          <w:sz w:val="24"/>
          <w:szCs w:val="24"/>
        </w:rPr>
      </w:pPr>
      <w:r w:rsidRPr="00EC5363">
        <w:rPr>
          <w:rFonts w:ascii="Calibri Light" w:hAnsi="Calibri Light" w:cs="Calibri Light"/>
          <w:sz w:val="24"/>
          <w:szCs w:val="24"/>
        </w:rPr>
        <w:t>Telephone number ................................   Alternative number ................................</w:t>
      </w:r>
    </w:p>
    <w:p w:rsidRPr="00EC5363" w:rsidR="00322885" w:rsidP="00EC5363" w:rsidRDefault="00000000" w14:paraId="0210BBB4" w14:textId="77777777">
      <w:pPr>
        <w:rPr>
          <w:rFonts w:ascii="Calibri Light" w:hAnsi="Calibri Light" w:cs="Calibri Light"/>
          <w:sz w:val="24"/>
          <w:szCs w:val="24"/>
        </w:rPr>
      </w:pPr>
      <w:r w:rsidRPr="00EC5363">
        <w:rPr>
          <w:rFonts w:ascii="Calibri Light" w:hAnsi="Calibri Light" w:cs="Calibri Light"/>
          <w:sz w:val="24"/>
          <w:szCs w:val="24"/>
        </w:rPr>
        <w:t xml:space="preserve">Authorised to collect your child?    </w:t>
      </w:r>
      <w:r w:rsidRPr="00EC5363">
        <w:rPr>
          <w:rFonts w:ascii="Segoe UI Symbol" w:hAnsi="Segoe UI Symbol" w:cs="Segoe UI Symbol"/>
          <w:sz w:val="24"/>
          <w:szCs w:val="24"/>
        </w:rPr>
        <w:t>☐</w:t>
      </w:r>
      <w:r w:rsidRPr="00EC5363">
        <w:rPr>
          <w:rFonts w:ascii="Calibri Light" w:hAnsi="Calibri Light" w:cs="Calibri Light"/>
          <w:sz w:val="24"/>
          <w:szCs w:val="24"/>
        </w:rPr>
        <w:t xml:space="preserve"> Yes    </w:t>
      </w:r>
      <w:r w:rsidRPr="00EC5363">
        <w:rPr>
          <w:rFonts w:ascii="Segoe UI Symbol" w:hAnsi="Segoe UI Symbol" w:cs="Segoe UI Symbol"/>
          <w:sz w:val="24"/>
          <w:szCs w:val="24"/>
        </w:rPr>
        <w:t>☐</w:t>
      </w:r>
      <w:r w:rsidRPr="00EC5363">
        <w:rPr>
          <w:rFonts w:ascii="Calibri Light" w:hAnsi="Calibri Light" w:cs="Calibri Light"/>
          <w:sz w:val="24"/>
          <w:szCs w:val="24"/>
        </w:rPr>
        <w:t xml:space="preserve"> No</w:t>
      </w:r>
    </w:p>
    <w:p w:rsidRPr="00EC5363" w:rsidR="00322885" w:rsidP="00EC5363" w:rsidRDefault="00000000" w14:paraId="56FD969F" w14:textId="77777777">
      <w:pPr>
        <w:rPr>
          <w:rFonts w:ascii="Calibri Light" w:hAnsi="Calibri Light" w:cs="Calibri Light"/>
          <w:sz w:val="24"/>
          <w:szCs w:val="24"/>
        </w:rPr>
      </w:pPr>
      <w:r w:rsidRPr="00EC5363">
        <w:rPr>
          <w:rFonts w:ascii="Calibri Light" w:hAnsi="Calibri Light" w:cs="Calibri Light"/>
          <w:b/>
          <w:sz w:val="24"/>
          <w:szCs w:val="24"/>
        </w:rPr>
        <w:t>Contact 2</w:t>
      </w:r>
    </w:p>
    <w:p w:rsidRPr="00EC5363" w:rsidR="00322885" w:rsidP="00EC5363" w:rsidRDefault="00000000" w14:paraId="59882E60" w14:textId="77777777">
      <w:pPr>
        <w:rPr>
          <w:rFonts w:ascii="Calibri Light" w:hAnsi="Calibri Light" w:cs="Calibri Light"/>
          <w:sz w:val="24"/>
          <w:szCs w:val="24"/>
        </w:rPr>
      </w:pPr>
      <w:r w:rsidRPr="00EC5363">
        <w:rPr>
          <w:rFonts w:ascii="Calibri Light" w:hAnsi="Calibri Light" w:cs="Calibri Light"/>
          <w:sz w:val="24"/>
          <w:szCs w:val="24"/>
        </w:rPr>
        <w:t xml:space="preserve">Full name ........................................   </w:t>
      </w:r>
      <w:proofErr w:type="gramStart"/>
      <w:r w:rsidRPr="00EC5363">
        <w:rPr>
          <w:rFonts w:ascii="Calibri Light" w:hAnsi="Calibri Light" w:cs="Calibri Light"/>
          <w:sz w:val="24"/>
          <w:szCs w:val="24"/>
        </w:rPr>
        <w:t>Relationship</w:t>
      </w:r>
      <w:proofErr w:type="gramEnd"/>
      <w:r w:rsidRPr="00EC5363">
        <w:rPr>
          <w:rFonts w:ascii="Calibri Light" w:hAnsi="Calibri Light" w:cs="Calibri Light"/>
          <w:sz w:val="24"/>
          <w:szCs w:val="24"/>
        </w:rPr>
        <w:t xml:space="preserve"> </w:t>
      </w:r>
      <w:proofErr w:type="gramStart"/>
      <w:r w:rsidRPr="00EC5363">
        <w:rPr>
          <w:rFonts w:ascii="Calibri Light" w:hAnsi="Calibri Light" w:cs="Calibri Light"/>
          <w:sz w:val="24"/>
          <w:szCs w:val="24"/>
        </w:rPr>
        <w:t>to</w:t>
      </w:r>
      <w:proofErr w:type="gramEnd"/>
      <w:r w:rsidRPr="00EC5363">
        <w:rPr>
          <w:rFonts w:ascii="Calibri Light" w:hAnsi="Calibri Light" w:cs="Calibri Light"/>
          <w:sz w:val="24"/>
          <w:szCs w:val="24"/>
        </w:rPr>
        <w:t xml:space="preserve"> </w:t>
      </w:r>
      <w:proofErr w:type="gramStart"/>
      <w:r w:rsidRPr="00EC5363">
        <w:rPr>
          <w:rFonts w:ascii="Calibri Light" w:hAnsi="Calibri Light" w:cs="Calibri Light"/>
          <w:sz w:val="24"/>
          <w:szCs w:val="24"/>
        </w:rPr>
        <w:t xml:space="preserve">child </w:t>
      </w:r>
      <w:proofErr w:type="gramEnd"/>
      <w:r w:rsidRPr="00EC5363">
        <w:rPr>
          <w:rFonts w:ascii="Calibri Light" w:hAnsi="Calibri Light" w:cs="Calibri Light"/>
          <w:sz w:val="24"/>
          <w:szCs w:val="24"/>
        </w:rPr>
        <w:t>........................................</w:t>
      </w:r>
    </w:p>
    <w:p w:rsidRPr="00EC5363" w:rsidR="00322885" w:rsidP="00EC5363" w:rsidRDefault="00000000" w14:paraId="5867F6D5" w14:textId="77777777">
      <w:pPr>
        <w:rPr>
          <w:rFonts w:ascii="Calibri Light" w:hAnsi="Calibri Light" w:cs="Calibri Light"/>
          <w:sz w:val="24"/>
          <w:szCs w:val="24"/>
        </w:rPr>
      </w:pPr>
      <w:r w:rsidRPr="00EC5363">
        <w:rPr>
          <w:rFonts w:ascii="Calibri Light" w:hAnsi="Calibri Light" w:cs="Calibri Light"/>
          <w:sz w:val="24"/>
          <w:szCs w:val="24"/>
        </w:rPr>
        <w:t>Telephone number ................................   Alternative number ................................</w:t>
      </w:r>
    </w:p>
    <w:p w:rsidRPr="00EC5363" w:rsidR="00322885" w:rsidP="003C6461" w:rsidRDefault="00000000" w14:paraId="2775410B" w14:textId="77777777">
      <w:pPr>
        <w:spacing w:line="360" w:lineRule="auto"/>
        <w:rPr>
          <w:rFonts w:ascii="Calibri Light" w:hAnsi="Calibri Light" w:cs="Calibri Light"/>
          <w:sz w:val="24"/>
          <w:szCs w:val="24"/>
        </w:rPr>
      </w:pPr>
      <w:r w:rsidRPr="00EC5363">
        <w:rPr>
          <w:rFonts w:ascii="Calibri Light" w:hAnsi="Calibri Light" w:cs="Calibri Light"/>
          <w:sz w:val="24"/>
          <w:szCs w:val="24"/>
        </w:rPr>
        <w:t xml:space="preserve">Authorised to collect your child?    </w:t>
      </w:r>
      <w:r w:rsidRPr="00EC5363">
        <w:rPr>
          <w:rFonts w:ascii="Segoe UI Symbol" w:hAnsi="Segoe UI Symbol" w:cs="Segoe UI Symbol"/>
          <w:sz w:val="24"/>
          <w:szCs w:val="24"/>
        </w:rPr>
        <w:t>☐</w:t>
      </w:r>
      <w:r w:rsidRPr="00EC5363">
        <w:rPr>
          <w:rFonts w:ascii="Calibri Light" w:hAnsi="Calibri Light" w:cs="Calibri Light"/>
          <w:sz w:val="24"/>
          <w:szCs w:val="24"/>
        </w:rPr>
        <w:t xml:space="preserve"> Yes    </w:t>
      </w:r>
      <w:r w:rsidRPr="00EC5363">
        <w:rPr>
          <w:rFonts w:ascii="Segoe UI Symbol" w:hAnsi="Segoe UI Symbol" w:cs="Segoe UI Symbol"/>
          <w:sz w:val="24"/>
          <w:szCs w:val="24"/>
        </w:rPr>
        <w:t>☐</w:t>
      </w:r>
      <w:r w:rsidRPr="00EC5363">
        <w:rPr>
          <w:rFonts w:ascii="Calibri Light" w:hAnsi="Calibri Light" w:cs="Calibri Light"/>
          <w:sz w:val="24"/>
          <w:szCs w:val="24"/>
        </w:rPr>
        <w:t xml:space="preserve"> No</w:t>
      </w:r>
    </w:p>
    <w:p w:rsidRPr="00EC5363" w:rsidR="00322885" w:rsidP="00EC5363" w:rsidRDefault="00000000" w14:paraId="584CF98B" w14:textId="77777777">
      <w:pPr>
        <w:rPr>
          <w:rFonts w:ascii="Calibri Light" w:hAnsi="Calibri Light" w:cs="Calibri Light"/>
          <w:sz w:val="24"/>
          <w:szCs w:val="24"/>
        </w:rPr>
      </w:pPr>
      <w:r w:rsidRPr="00EC5363">
        <w:rPr>
          <w:rFonts w:ascii="Calibri Light" w:hAnsi="Calibri Light" w:cs="Calibri Light"/>
          <w:b/>
          <w:sz w:val="24"/>
          <w:szCs w:val="24"/>
        </w:rPr>
        <w:t>Other authorised collectors</w:t>
      </w:r>
    </w:p>
    <w:tbl>
      <w:tblPr>
        <w:tblW w:w="0" w:type="auto"/>
        <w:tblLayout w:type="fixed"/>
        <w:tblLook w:val="04A0" w:firstRow="1" w:lastRow="0" w:firstColumn="1" w:lastColumn="0" w:noHBand="0" w:noVBand="1"/>
      </w:tblPr>
      <w:tblGrid>
        <w:gridCol w:w="3685"/>
        <w:gridCol w:w="3118"/>
        <w:gridCol w:w="3118"/>
      </w:tblGrid>
      <w:tr w:rsidRPr="00EC5363" w:rsidR="00322885" w14:paraId="21B6B49D" w14:textId="77777777">
        <w:trPr>
          <w:cantSplit/>
          <w:tblHeader/>
        </w:trPr>
        <w:tc>
          <w:tcPr>
            <w:tcW w:w="3685" w:type="dxa"/>
            <w:tcBorders>
              <w:top w:val="single" w:color="D9D9D9" w:sz="4" w:space="0"/>
              <w:left w:val="single" w:color="D9D9D9" w:sz="4" w:space="0"/>
              <w:bottom w:val="single" w:color="D9D9D9" w:sz="4" w:space="0"/>
              <w:right w:val="single" w:color="D9D9D9" w:sz="4" w:space="0"/>
            </w:tcBorders>
            <w:shd w:val="clear" w:color="auto" w:fill="EDEDED"/>
            <w:tcMar>
              <w:top w:w="65" w:type="dxa"/>
              <w:left w:w="65" w:type="dxa"/>
              <w:bottom w:w="65" w:type="dxa"/>
              <w:right w:w="65" w:type="dxa"/>
            </w:tcMar>
            <w:vAlign w:val="center"/>
          </w:tcPr>
          <w:p w:rsidRPr="00EC5363" w:rsidR="00322885" w:rsidP="00EC5363" w:rsidRDefault="00000000" w14:paraId="1C0E2C54" w14:textId="77777777">
            <w:pPr>
              <w:rPr>
                <w:rFonts w:ascii="Calibri Light" w:hAnsi="Calibri Light" w:cs="Calibri Light"/>
                <w:sz w:val="24"/>
                <w:szCs w:val="24"/>
              </w:rPr>
            </w:pPr>
            <w:r w:rsidRPr="00EC5363">
              <w:rPr>
                <w:rFonts w:ascii="Calibri Light" w:hAnsi="Calibri Light" w:cs="Calibri Light"/>
                <w:b/>
                <w:sz w:val="24"/>
                <w:szCs w:val="24"/>
              </w:rPr>
              <w:t>Full name</w:t>
            </w:r>
          </w:p>
        </w:tc>
        <w:tc>
          <w:tcPr>
            <w:tcW w:w="3118" w:type="dxa"/>
            <w:tcBorders>
              <w:top w:val="single" w:color="D9D9D9" w:sz="4" w:space="0"/>
              <w:left w:val="single" w:color="D9D9D9" w:sz="4" w:space="0"/>
              <w:bottom w:val="single" w:color="D9D9D9" w:sz="4" w:space="0"/>
              <w:right w:val="single" w:color="D9D9D9" w:sz="4" w:space="0"/>
            </w:tcBorders>
            <w:shd w:val="clear" w:color="auto" w:fill="EDEDED"/>
            <w:tcMar>
              <w:top w:w="65" w:type="dxa"/>
              <w:left w:w="65" w:type="dxa"/>
              <w:bottom w:w="65" w:type="dxa"/>
              <w:right w:w="65" w:type="dxa"/>
            </w:tcMar>
            <w:vAlign w:val="center"/>
          </w:tcPr>
          <w:p w:rsidRPr="00EC5363" w:rsidR="00322885" w:rsidP="00EC5363" w:rsidRDefault="00000000" w14:paraId="66C75C65" w14:textId="77777777">
            <w:pPr>
              <w:rPr>
                <w:rFonts w:ascii="Calibri Light" w:hAnsi="Calibri Light" w:cs="Calibri Light"/>
                <w:sz w:val="24"/>
                <w:szCs w:val="24"/>
              </w:rPr>
            </w:pPr>
            <w:r w:rsidRPr="00EC5363">
              <w:rPr>
                <w:rFonts w:ascii="Calibri Light" w:hAnsi="Calibri Light" w:cs="Calibri Light"/>
                <w:b/>
                <w:sz w:val="24"/>
                <w:szCs w:val="24"/>
              </w:rPr>
              <w:t xml:space="preserve">Relationship </w:t>
            </w:r>
            <w:proofErr w:type="gramStart"/>
            <w:r w:rsidRPr="00EC5363">
              <w:rPr>
                <w:rFonts w:ascii="Calibri Light" w:hAnsi="Calibri Light" w:cs="Calibri Light"/>
                <w:b/>
                <w:sz w:val="24"/>
                <w:szCs w:val="24"/>
              </w:rPr>
              <w:t>to</w:t>
            </w:r>
            <w:proofErr w:type="gramEnd"/>
            <w:r w:rsidRPr="00EC5363">
              <w:rPr>
                <w:rFonts w:ascii="Calibri Light" w:hAnsi="Calibri Light" w:cs="Calibri Light"/>
                <w:b/>
                <w:sz w:val="24"/>
                <w:szCs w:val="24"/>
              </w:rPr>
              <w:t xml:space="preserve"> child</w:t>
            </w:r>
          </w:p>
        </w:tc>
        <w:tc>
          <w:tcPr>
            <w:tcW w:w="3118" w:type="dxa"/>
            <w:tcBorders>
              <w:top w:val="single" w:color="D9D9D9" w:sz="4" w:space="0"/>
              <w:left w:val="single" w:color="D9D9D9" w:sz="4" w:space="0"/>
              <w:bottom w:val="single" w:color="D9D9D9" w:sz="4" w:space="0"/>
              <w:right w:val="single" w:color="D9D9D9" w:sz="4" w:space="0"/>
            </w:tcBorders>
            <w:shd w:val="clear" w:color="auto" w:fill="EDEDED"/>
            <w:tcMar>
              <w:top w:w="65" w:type="dxa"/>
              <w:left w:w="65" w:type="dxa"/>
              <w:bottom w:w="65" w:type="dxa"/>
              <w:right w:w="65" w:type="dxa"/>
            </w:tcMar>
            <w:vAlign w:val="center"/>
          </w:tcPr>
          <w:p w:rsidRPr="00EC5363" w:rsidR="00322885" w:rsidP="00EC5363" w:rsidRDefault="00000000" w14:paraId="09306C48" w14:textId="77777777">
            <w:pPr>
              <w:rPr>
                <w:rFonts w:ascii="Calibri Light" w:hAnsi="Calibri Light" w:cs="Calibri Light"/>
                <w:sz w:val="24"/>
                <w:szCs w:val="24"/>
              </w:rPr>
            </w:pPr>
            <w:r w:rsidRPr="00EC5363">
              <w:rPr>
                <w:rFonts w:ascii="Calibri Light" w:hAnsi="Calibri Light" w:cs="Calibri Light"/>
                <w:b/>
                <w:sz w:val="24"/>
                <w:szCs w:val="24"/>
              </w:rPr>
              <w:t>Contact number</w:t>
            </w:r>
          </w:p>
        </w:tc>
      </w:tr>
      <w:tr w:rsidRPr="00EC5363" w:rsidR="00322885" w14:paraId="245F6BFB" w14:textId="77777777">
        <w:trPr>
          <w:cantSplit/>
        </w:trPr>
        <w:tc>
          <w:tcPr>
            <w:tcW w:w="3685"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EC5363" w:rsidR="00322885" w:rsidP="00EC5363" w:rsidRDefault="00322885" w14:paraId="793BB62F" w14:textId="77777777">
            <w:pPr>
              <w:rPr>
                <w:rFonts w:ascii="Calibri Light" w:hAnsi="Calibri Light" w:cs="Calibri Light"/>
                <w:sz w:val="24"/>
                <w:szCs w:val="24"/>
              </w:rPr>
            </w:pPr>
          </w:p>
        </w:tc>
        <w:tc>
          <w:tcPr>
            <w:tcW w:w="311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EC5363" w:rsidR="00322885" w:rsidP="00EC5363" w:rsidRDefault="00322885" w14:paraId="02C93066" w14:textId="77777777">
            <w:pPr>
              <w:rPr>
                <w:rFonts w:ascii="Calibri Light" w:hAnsi="Calibri Light" w:cs="Calibri Light"/>
                <w:sz w:val="24"/>
                <w:szCs w:val="24"/>
              </w:rPr>
            </w:pPr>
          </w:p>
        </w:tc>
        <w:tc>
          <w:tcPr>
            <w:tcW w:w="311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EC5363" w:rsidR="00322885" w:rsidP="00EC5363" w:rsidRDefault="00322885" w14:paraId="7B526E53" w14:textId="77777777">
            <w:pPr>
              <w:rPr>
                <w:rFonts w:ascii="Calibri Light" w:hAnsi="Calibri Light" w:cs="Calibri Light"/>
                <w:sz w:val="24"/>
                <w:szCs w:val="24"/>
              </w:rPr>
            </w:pPr>
          </w:p>
        </w:tc>
      </w:tr>
      <w:tr w:rsidRPr="00EC5363" w:rsidR="00322885" w14:paraId="1E35131F" w14:textId="77777777">
        <w:trPr>
          <w:cantSplit/>
        </w:trPr>
        <w:tc>
          <w:tcPr>
            <w:tcW w:w="3685"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EC5363" w:rsidR="00322885" w:rsidP="00EC5363" w:rsidRDefault="00322885" w14:paraId="7BBE301B" w14:textId="77777777">
            <w:pPr>
              <w:rPr>
                <w:rFonts w:ascii="Calibri Light" w:hAnsi="Calibri Light" w:cs="Calibri Light"/>
                <w:sz w:val="24"/>
                <w:szCs w:val="24"/>
              </w:rPr>
            </w:pPr>
          </w:p>
        </w:tc>
        <w:tc>
          <w:tcPr>
            <w:tcW w:w="311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EC5363" w:rsidR="00322885" w:rsidP="00EC5363" w:rsidRDefault="00322885" w14:paraId="4A48774A" w14:textId="77777777">
            <w:pPr>
              <w:rPr>
                <w:rFonts w:ascii="Calibri Light" w:hAnsi="Calibri Light" w:cs="Calibri Light"/>
                <w:sz w:val="24"/>
                <w:szCs w:val="24"/>
              </w:rPr>
            </w:pPr>
          </w:p>
        </w:tc>
        <w:tc>
          <w:tcPr>
            <w:tcW w:w="3118"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EC5363" w:rsidR="00322885" w:rsidP="00EC5363" w:rsidRDefault="00322885" w14:paraId="591538E8" w14:textId="77777777">
            <w:pPr>
              <w:rPr>
                <w:rFonts w:ascii="Calibri Light" w:hAnsi="Calibri Light" w:cs="Calibri Light"/>
                <w:sz w:val="24"/>
                <w:szCs w:val="24"/>
              </w:rPr>
            </w:pPr>
          </w:p>
        </w:tc>
      </w:tr>
    </w:tbl>
    <w:p w:rsidRPr="00EC5363" w:rsidR="00322885" w:rsidP="00EC5363" w:rsidRDefault="00322885" w14:paraId="752B42E2" w14:textId="77777777">
      <w:pPr>
        <w:rPr>
          <w:rFonts w:ascii="Calibri Light" w:hAnsi="Calibri Light" w:cs="Calibri Light"/>
          <w:sz w:val="24"/>
          <w:szCs w:val="24"/>
        </w:rPr>
      </w:pPr>
    </w:p>
    <w:p w:rsidRPr="00EC5363" w:rsidR="00322885" w:rsidP="003C6461" w:rsidRDefault="00000000" w14:paraId="17B1C1E7" w14:textId="77777777">
      <w:pPr>
        <w:spacing w:line="480" w:lineRule="auto"/>
        <w:rPr>
          <w:rFonts w:ascii="Calibri Light" w:hAnsi="Calibri Light" w:cs="Calibri Light"/>
          <w:sz w:val="24"/>
          <w:szCs w:val="24"/>
        </w:rPr>
      </w:pPr>
      <w:r w:rsidRPr="003C6461">
        <w:rPr>
          <w:rFonts w:ascii="Calibri Light" w:hAnsi="Calibri Light" w:cs="Calibri Light"/>
          <w:b/>
          <w:bCs/>
          <w:sz w:val="24"/>
          <w:szCs w:val="24"/>
        </w:rPr>
        <w:t>Family password</w:t>
      </w:r>
      <w:r w:rsidRPr="00EC5363">
        <w:rPr>
          <w:rFonts w:ascii="Calibri Light" w:hAnsi="Calibri Light" w:cs="Calibri Light"/>
          <w:sz w:val="24"/>
          <w:szCs w:val="24"/>
        </w:rPr>
        <w:t xml:space="preserve"> for emergency collection .......................................................</w:t>
      </w:r>
    </w:p>
    <w:p w:rsidRPr="003C6461" w:rsidR="00322885" w:rsidP="00EC5363" w:rsidRDefault="00000000" w14:paraId="196880AE" w14:textId="77777777">
      <w:pPr>
        <w:rPr>
          <w:rFonts w:ascii="Calibri" w:hAnsi="Calibri" w:cs="Calibri"/>
          <w:sz w:val="24"/>
          <w:szCs w:val="24"/>
        </w:rPr>
      </w:pPr>
      <w:r w:rsidRPr="003C6461">
        <w:rPr>
          <w:rFonts w:ascii="Calibri" w:hAnsi="Calibri" w:cs="Calibri"/>
          <w:sz w:val="24"/>
          <w:szCs w:val="24"/>
        </w:rPr>
        <w:t>Arrival and Collection</w:t>
      </w:r>
    </w:p>
    <w:p w:rsidRPr="00EC5363" w:rsidR="00322885" w:rsidP="00EC5363" w:rsidRDefault="00000000" w14:paraId="591D4ACE" w14:textId="77777777">
      <w:pPr>
        <w:rPr>
          <w:rFonts w:ascii="Calibri Light" w:hAnsi="Calibri Light" w:cs="Calibri Light"/>
          <w:sz w:val="24"/>
          <w:szCs w:val="24"/>
        </w:rPr>
      </w:pPr>
      <w:r w:rsidRPr="00EC5363">
        <w:rPr>
          <w:rFonts w:ascii="Calibri Light" w:hAnsi="Calibri Light" w:cs="Calibri Light"/>
          <w:sz w:val="24"/>
          <w:szCs w:val="24"/>
        </w:rPr>
        <w:t>Children must be brought to Breakfast Club by a responsible adult and handed over to staff. Children attending After School Club must be collected by a parent/carer or authorised adult. Children must not arrive at Breakfast Club or leave After School Club independently.</w:t>
      </w:r>
    </w:p>
    <w:p w:rsidRPr="00EC5363" w:rsidR="00322885" w:rsidP="00EC5363" w:rsidRDefault="00000000" w14:paraId="53CBB87F" w14:textId="77777777">
      <w:pPr>
        <w:rPr>
          <w:rFonts w:ascii="Calibri Light" w:hAnsi="Calibri Light" w:cs="Calibri Light"/>
          <w:sz w:val="24"/>
          <w:szCs w:val="24"/>
        </w:rPr>
      </w:pPr>
      <w:r w:rsidRPr="00EC5363">
        <w:rPr>
          <w:rFonts w:ascii="Calibri Light" w:hAnsi="Calibri Light" w:cs="Calibri Light"/>
          <w:sz w:val="24"/>
          <w:szCs w:val="24"/>
        </w:rPr>
        <w:t>Parents/carers must inform Lympstone Preschool of changes to collection arrangements and notify us directly if their child will not attend a booked session.</w:t>
      </w:r>
    </w:p>
    <w:p w:rsidR="00EC5363" w:rsidP="00EC5363" w:rsidRDefault="00EC5363" w14:paraId="08E238CC" w14:textId="77777777">
      <w:pPr>
        <w:rPr>
          <w:rFonts w:ascii="Calibri Light" w:hAnsi="Calibri Light" w:cs="Calibri Light"/>
          <w:sz w:val="24"/>
          <w:szCs w:val="24"/>
        </w:rPr>
      </w:pPr>
    </w:p>
    <w:p w:rsidRPr="00EC5363" w:rsidR="00322885" w:rsidP="00EC5363" w:rsidRDefault="00000000" w14:paraId="2B6E5831" w14:textId="1E8C5694">
      <w:pPr>
        <w:rPr>
          <w:rFonts w:ascii="Calibri" w:hAnsi="Calibri" w:cs="Calibri"/>
          <w:b/>
          <w:bCs/>
          <w:sz w:val="24"/>
          <w:szCs w:val="24"/>
        </w:rPr>
      </w:pPr>
      <w:r w:rsidRPr="00EC5363">
        <w:rPr>
          <w:rFonts w:ascii="Calibri" w:hAnsi="Calibri" w:cs="Calibri"/>
          <w:b/>
          <w:bCs/>
          <w:sz w:val="24"/>
          <w:szCs w:val="24"/>
        </w:rPr>
        <w:t>Medical Information</w:t>
      </w:r>
    </w:p>
    <w:p w:rsidRPr="00EC5363" w:rsidR="00322885" w:rsidP="00EC5363" w:rsidRDefault="00000000" w14:paraId="433A19AE" w14:textId="77777777">
      <w:pPr>
        <w:rPr>
          <w:rFonts w:ascii="Calibri Light" w:hAnsi="Calibri Light" w:cs="Calibri Light"/>
          <w:sz w:val="24"/>
          <w:szCs w:val="24"/>
        </w:rPr>
      </w:pPr>
      <w:r w:rsidRPr="00EC5363">
        <w:rPr>
          <w:rFonts w:ascii="Calibri Light" w:hAnsi="Calibri Light" w:cs="Calibri Light"/>
          <w:sz w:val="24"/>
          <w:szCs w:val="24"/>
        </w:rPr>
        <w:t>Name of child’s doctor or GP practice .......................................................</w:t>
      </w:r>
    </w:p>
    <w:p w:rsidRPr="00EC5363" w:rsidR="00322885" w:rsidP="00EC5363" w:rsidRDefault="00000000" w14:paraId="26F805CC" w14:textId="77777777">
      <w:pPr>
        <w:rPr>
          <w:rFonts w:ascii="Calibri Light" w:hAnsi="Calibri Light" w:cs="Calibri Light"/>
          <w:sz w:val="24"/>
          <w:szCs w:val="24"/>
        </w:rPr>
      </w:pPr>
      <w:r w:rsidRPr="00EC5363">
        <w:rPr>
          <w:rFonts w:ascii="Calibri Light" w:hAnsi="Calibri Light" w:cs="Calibri Light"/>
          <w:sz w:val="24"/>
          <w:szCs w:val="24"/>
        </w:rPr>
        <w:t>Surgery telephone number .......................................................</w:t>
      </w:r>
    </w:p>
    <w:p w:rsidRPr="00EC5363" w:rsidR="00322885" w:rsidP="00EC5363" w:rsidRDefault="00000000" w14:paraId="140337EE" w14:textId="77777777">
      <w:pPr>
        <w:rPr>
          <w:rFonts w:ascii="Calibri Light" w:hAnsi="Calibri Light" w:cs="Calibri Light"/>
          <w:sz w:val="24"/>
          <w:szCs w:val="24"/>
        </w:rPr>
      </w:pPr>
      <w:r w:rsidRPr="00EC5363">
        <w:rPr>
          <w:rFonts w:ascii="Calibri Light" w:hAnsi="Calibri Light" w:cs="Calibri Light"/>
          <w:sz w:val="24"/>
          <w:szCs w:val="24"/>
        </w:rPr>
        <w:t xml:space="preserve">Does your child have any medical conditions or past illnesses or operations that affect their current care?    </w:t>
      </w:r>
      <w:r w:rsidRPr="00EC5363">
        <w:rPr>
          <w:rFonts w:ascii="Segoe UI Symbol" w:hAnsi="Segoe UI Symbol" w:cs="Segoe UI Symbol"/>
          <w:sz w:val="24"/>
          <w:szCs w:val="24"/>
        </w:rPr>
        <w:t>☐</w:t>
      </w:r>
      <w:r w:rsidRPr="00EC5363">
        <w:rPr>
          <w:rFonts w:ascii="Calibri Light" w:hAnsi="Calibri Light" w:cs="Calibri Light"/>
          <w:sz w:val="24"/>
          <w:szCs w:val="24"/>
        </w:rPr>
        <w:t xml:space="preserve"> Yes    </w:t>
      </w:r>
      <w:r w:rsidRPr="00EC5363">
        <w:rPr>
          <w:rFonts w:ascii="Segoe UI Symbol" w:hAnsi="Segoe UI Symbol" w:cs="Segoe UI Symbol"/>
          <w:sz w:val="24"/>
          <w:szCs w:val="24"/>
        </w:rPr>
        <w:t>☐</w:t>
      </w:r>
      <w:r w:rsidRPr="00EC5363">
        <w:rPr>
          <w:rFonts w:ascii="Calibri Light" w:hAnsi="Calibri Light" w:cs="Calibri Light"/>
          <w:sz w:val="24"/>
          <w:szCs w:val="24"/>
        </w:rPr>
        <w:t xml:space="preserve"> No</w:t>
      </w:r>
    </w:p>
    <w:p w:rsidRPr="00EC5363" w:rsidR="00322885" w:rsidP="00EC5363" w:rsidRDefault="00000000" w14:paraId="5A85709D" w14:textId="77777777">
      <w:pPr>
        <w:rPr>
          <w:rFonts w:ascii="Calibri Light" w:hAnsi="Calibri Light" w:cs="Calibri Light"/>
          <w:sz w:val="24"/>
          <w:szCs w:val="24"/>
        </w:rPr>
      </w:pPr>
      <w:r w:rsidRPr="00EC5363">
        <w:rPr>
          <w:rFonts w:ascii="Calibri Light" w:hAnsi="Calibri Light" w:cs="Calibri Light"/>
          <w:sz w:val="24"/>
          <w:szCs w:val="24"/>
        </w:rPr>
        <w:t>If yes, please provide details:</w:t>
      </w:r>
    </w:p>
    <w:p w:rsidRPr="00EC5363" w:rsidR="00322885" w:rsidP="00EC5363" w:rsidRDefault="00000000" w14:paraId="4C3E17FE" w14:textId="77777777">
      <w:pPr>
        <w:rPr>
          <w:rFonts w:ascii="Calibri Light" w:hAnsi="Calibri Light" w:cs="Calibri Light"/>
          <w:sz w:val="24"/>
          <w:szCs w:val="24"/>
        </w:rPr>
      </w:pPr>
      <w:r w:rsidRPr="00EC5363">
        <w:rPr>
          <w:rFonts w:ascii="Calibri Light" w:hAnsi="Calibri Light" w:cs="Calibri Light"/>
          <w:sz w:val="24"/>
          <w:szCs w:val="24"/>
        </w:rPr>
        <w:t>....................................................................................................</w:t>
      </w:r>
    </w:p>
    <w:p w:rsidRPr="00EC5363" w:rsidR="00322885" w:rsidP="00EC5363" w:rsidRDefault="00000000" w14:paraId="052B46C4" w14:textId="77777777">
      <w:pPr>
        <w:rPr>
          <w:rFonts w:ascii="Calibri Light" w:hAnsi="Calibri Light" w:cs="Calibri Light"/>
          <w:sz w:val="24"/>
          <w:szCs w:val="24"/>
        </w:rPr>
      </w:pPr>
      <w:r w:rsidRPr="00EC5363">
        <w:rPr>
          <w:rFonts w:ascii="Calibri Light" w:hAnsi="Calibri Light" w:cs="Calibri Light"/>
          <w:sz w:val="24"/>
          <w:szCs w:val="24"/>
        </w:rPr>
        <w:t>....................................................................................................</w:t>
      </w:r>
    </w:p>
    <w:p w:rsidRPr="00EC5363" w:rsidR="00322885" w:rsidP="00EC5363" w:rsidRDefault="00000000" w14:paraId="6846785C" w14:textId="77777777">
      <w:pPr>
        <w:rPr>
          <w:rFonts w:ascii="Calibri Light" w:hAnsi="Calibri Light" w:cs="Calibri Light"/>
          <w:sz w:val="24"/>
          <w:szCs w:val="24"/>
        </w:rPr>
      </w:pPr>
      <w:r w:rsidRPr="00EC5363">
        <w:rPr>
          <w:rFonts w:ascii="Calibri Light" w:hAnsi="Calibri Light" w:cs="Calibri Light"/>
          <w:sz w:val="24"/>
          <w:szCs w:val="24"/>
        </w:rPr>
        <w:t xml:space="preserve">Does your child have any allergies, intolerances, dietary requirements or food preferences we need to know about?    </w:t>
      </w:r>
      <w:r w:rsidRPr="00EC5363">
        <w:rPr>
          <w:rFonts w:ascii="Segoe UI Symbol" w:hAnsi="Segoe UI Symbol" w:cs="Segoe UI Symbol"/>
          <w:sz w:val="24"/>
          <w:szCs w:val="24"/>
        </w:rPr>
        <w:t>☐</w:t>
      </w:r>
      <w:r w:rsidRPr="00EC5363">
        <w:rPr>
          <w:rFonts w:ascii="Calibri Light" w:hAnsi="Calibri Light" w:cs="Calibri Light"/>
          <w:sz w:val="24"/>
          <w:szCs w:val="24"/>
        </w:rPr>
        <w:t xml:space="preserve"> Yes    </w:t>
      </w:r>
      <w:r w:rsidRPr="00EC5363">
        <w:rPr>
          <w:rFonts w:ascii="Segoe UI Symbol" w:hAnsi="Segoe UI Symbol" w:cs="Segoe UI Symbol"/>
          <w:sz w:val="24"/>
          <w:szCs w:val="24"/>
        </w:rPr>
        <w:t>☐</w:t>
      </w:r>
      <w:r w:rsidRPr="00EC5363">
        <w:rPr>
          <w:rFonts w:ascii="Calibri Light" w:hAnsi="Calibri Light" w:cs="Calibri Light"/>
          <w:sz w:val="24"/>
          <w:szCs w:val="24"/>
        </w:rPr>
        <w:t xml:space="preserve"> No</w:t>
      </w:r>
    </w:p>
    <w:p w:rsidRPr="00EC5363" w:rsidR="00322885" w:rsidP="00EC5363" w:rsidRDefault="00000000" w14:paraId="7284533C" w14:textId="77777777">
      <w:pPr>
        <w:rPr>
          <w:rFonts w:ascii="Calibri Light" w:hAnsi="Calibri Light" w:cs="Calibri Light"/>
          <w:sz w:val="24"/>
          <w:szCs w:val="24"/>
        </w:rPr>
      </w:pPr>
      <w:r w:rsidRPr="00EC5363">
        <w:rPr>
          <w:rFonts w:ascii="Calibri Light" w:hAnsi="Calibri Light" w:cs="Calibri Light"/>
          <w:sz w:val="24"/>
          <w:szCs w:val="24"/>
        </w:rPr>
        <w:t>If yes, please include details of any reaction and action required:</w:t>
      </w:r>
    </w:p>
    <w:p w:rsidRPr="00EC5363" w:rsidR="00322885" w:rsidP="00EC5363" w:rsidRDefault="00000000" w14:paraId="597A21A0" w14:textId="77777777">
      <w:pPr>
        <w:rPr>
          <w:rFonts w:ascii="Calibri Light" w:hAnsi="Calibri Light" w:cs="Calibri Light"/>
          <w:sz w:val="24"/>
          <w:szCs w:val="24"/>
        </w:rPr>
      </w:pPr>
      <w:r w:rsidRPr="00EC5363">
        <w:rPr>
          <w:rFonts w:ascii="Calibri Light" w:hAnsi="Calibri Light" w:cs="Calibri Light"/>
          <w:sz w:val="24"/>
          <w:szCs w:val="24"/>
        </w:rPr>
        <w:t>....................................................................................................</w:t>
      </w:r>
    </w:p>
    <w:p w:rsidRPr="00EC5363" w:rsidR="00322885" w:rsidP="00EC5363" w:rsidRDefault="00000000" w14:paraId="3D68E8A4" w14:textId="77777777">
      <w:pPr>
        <w:rPr>
          <w:rFonts w:ascii="Calibri Light" w:hAnsi="Calibri Light" w:cs="Calibri Light"/>
          <w:sz w:val="24"/>
          <w:szCs w:val="24"/>
        </w:rPr>
      </w:pPr>
      <w:r w:rsidRPr="00EC5363">
        <w:rPr>
          <w:rFonts w:ascii="Calibri Light" w:hAnsi="Calibri Light" w:cs="Calibri Light"/>
          <w:sz w:val="24"/>
          <w:szCs w:val="24"/>
        </w:rPr>
        <w:t>....................................................................................................</w:t>
      </w:r>
    </w:p>
    <w:p w:rsidRPr="00EC5363" w:rsidR="00322885" w:rsidP="00EC5363" w:rsidRDefault="00000000" w14:paraId="7CB1BC88" w14:textId="77777777">
      <w:pPr>
        <w:rPr>
          <w:rFonts w:ascii="Calibri Light" w:hAnsi="Calibri Light" w:cs="Calibri Light"/>
          <w:sz w:val="24"/>
          <w:szCs w:val="24"/>
        </w:rPr>
      </w:pPr>
      <w:r w:rsidRPr="00EC5363">
        <w:rPr>
          <w:rFonts w:ascii="Calibri Light" w:hAnsi="Calibri Light" w:cs="Calibri Light"/>
          <w:sz w:val="24"/>
          <w:szCs w:val="24"/>
        </w:rPr>
        <w:t xml:space="preserve">Will your child need any medication while attending?    </w:t>
      </w:r>
      <w:r w:rsidRPr="00EC5363">
        <w:rPr>
          <w:rFonts w:ascii="Segoe UI Symbol" w:hAnsi="Segoe UI Symbol" w:cs="Segoe UI Symbol"/>
          <w:sz w:val="24"/>
          <w:szCs w:val="24"/>
        </w:rPr>
        <w:t>☐</w:t>
      </w:r>
      <w:r w:rsidRPr="00EC5363">
        <w:rPr>
          <w:rFonts w:ascii="Calibri Light" w:hAnsi="Calibri Light" w:cs="Calibri Light"/>
          <w:sz w:val="24"/>
          <w:szCs w:val="24"/>
        </w:rPr>
        <w:t xml:space="preserve"> Yes    </w:t>
      </w:r>
      <w:r w:rsidRPr="00EC5363">
        <w:rPr>
          <w:rFonts w:ascii="Segoe UI Symbol" w:hAnsi="Segoe UI Symbol" w:cs="Segoe UI Symbol"/>
          <w:sz w:val="24"/>
          <w:szCs w:val="24"/>
        </w:rPr>
        <w:t>☐</w:t>
      </w:r>
      <w:r w:rsidRPr="00EC5363">
        <w:rPr>
          <w:rFonts w:ascii="Calibri Light" w:hAnsi="Calibri Light" w:cs="Calibri Light"/>
          <w:sz w:val="24"/>
          <w:szCs w:val="24"/>
        </w:rPr>
        <w:t xml:space="preserve"> No</w:t>
      </w:r>
    </w:p>
    <w:p w:rsidRPr="00EC5363" w:rsidR="00322885" w:rsidP="00EC5363" w:rsidRDefault="00000000" w14:paraId="499AAF42" w14:textId="77777777">
      <w:pPr>
        <w:rPr>
          <w:rFonts w:ascii="Calibri Light" w:hAnsi="Calibri Light" w:cs="Calibri Light"/>
          <w:sz w:val="24"/>
          <w:szCs w:val="24"/>
        </w:rPr>
      </w:pPr>
      <w:r w:rsidRPr="00EC5363">
        <w:rPr>
          <w:rFonts w:ascii="Calibri Light" w:hAnsi="Calibri Light" w:cs="Calibri Light"/>
          <w:sz w:val="24"/>
          <w:szCs w:val="24"/>
        </w:rPr>
        <w:t>If yes, please provide details:</w:t>
      </w:r>
    </w:p>
    <w:p w:rsidRPr="00EC5363" w:rsidR="00322885" w:rsidP="00EC5363" w:rsidRDefault="00000000" w14:paraId="4E424893" w14:textId="77777777">
      <w:pPr>
        <w:rPr>
          <w:rFonts w:ascii="Calibri Light" w:hAnsi="Calibri Light" w:cs="Calibri Light"/>
          <w:sz w:val="24"/>
          <w:szCs w:val="24"/>
        </w:rPr>
      </w:pPr>
      <w:r w:rsidRPr="00EC5363">
        <w:rPr>
          <w:rFonts w:ascii="Calibri Light" w:hAnsi="Calibri Light" w:cs="Calibri Light"/>
          <w:sz w:val="24"/>
          <w:szCs w:val="24"/>
        </w:rPr>
        <w:t>....................................................................................................</w:t>
      </w:r>
    </w:p>
    <w:p w:rsidRPr="00EC5363" w:rsidR="00322885" w:rsidP="00EC5363" w:rsidRDefault="00000000" w14:paraId="5FE701D2" w14:textId="77777777">
      <w:pPr>
        <w:rPr>
          <w:rFonts w:ascii="Calibri Light" w:hAnsi="Calibri Light" w:cs="Calibri Light"/>
          <w:sz w:val="24"/>
          <w:szCs w:val="24"/>
        </w:rPr>
      </w:pPr>
      <w:r w:rsidRPr="00EC5363">
        <w:rPr>
          <w:rFonts w:ascii="Calibri Light" w:hAnsi="Calibri Light" w:cs="Calibri Light"/>
          <w:sz w:val="24"/>
          <w:szCs w:val="24"/>
        </w:rPr>
        <w:t>Separate medication consent forms, healthcare plans and allergy action plans will be completed where required.</w:t>
      </w:r>
    </w:p>
    <w:p w:rsidRPr="00EC5363" w:rsidR="00322885" w:rsidP="00EC5363" w:rsidRDefault="00000000" w14:paraId="3C3DCE00" w14:textId="77777777">
      <w:pPr>
        <w:rPr>
          <w:rFonts w:ascii="Calibri" w:hAnsi="Calibri" w:cs="Calibri"/>
          <w:sz w:val="24"/>
          <w:szCs w:val="24"/>
        </w:rPr>
      </w:pPr>
      <w:r w:rsidRPr="00EC5363">
        <w:rPr>
          <w:rFonts w:ascii="Calibri" w:hAnsi="Calibri" w:cs="Calibri"/>
          <w:sz w:val="24"/>
          <w:szCs w:val="24"/>
        </w:rPr>
        <w:t>Additional Needs and Support</w:t>
      </w:r>
    </w:p>
    <w:p w:rsidRPr="00EC5363" w:rsidR="00322885" w:rsidP="00EC5363" w:rsidRDefault="00000000" w14:paraId="2A14A161" w14:textId="77777777">
      <w:pPr>
        <w:rPr>
          <w:rFonts w:ascii="Calibri Light" w:hAnsi="Calibri Light" w:cs="Calibri Light"/>
          <w:sz w:val="24"/>
          <w:szCs w:val="24"/>
        </w:rPr>
      </w:pPr>
      <w:r w:rsidRPr="00EC5363">
        <w:rPr>
          <w:rFonts w:ascii="Calibri Light" w:hAnsi="Calibri Light" w:cs="Calibri Light"/>
          <w:sz w:val="24"/>
          <w:szCs w:val="24"/>
        </w:rPr>
        <w:t xml:space="preserve">Does your child have any SEND, disability or other support needs we should be aware of?    </w:t>
      </w:r>
      <w:r w:rsidRPr="00EC5363">
        <w:rPr>
          <w:rFonts w:ascii="Segoe UI Symbol" w:hAnsi="Segoe UI Symbol" w:cs="Segoe UI Symbol"/>
          <w:sz w:val="24"/>
          <w:szCs w:val="24"/>
        </w:rPr>
        <w:t>☐</w:t>
      </w:r>
      <w:r w:rsidRPr="00EC5363">
        <w:rPr>
          <w:rFonts w:ascii="Calibri Light" w:hAnsi="Calibri Light" w:cs="Calibri Light"/>
          <w:sz w:val="24"/>
          <w:szCs w:val="24"/>
        </w:rPr>
        <w:t xml:space="preserve"> Yes    </w:t>
      </w:r>
      <w:r w:rsidRPr="00EC5363">
        <w:rPr>
          <w:rFonts w:ascii="Segoe UI Symbol" w:hAnsi="Segoe UI Symbol" w:cs="Segoe UI Symbol"/>
          <w:sz w:val="24"/>
          <w:szCs w:val="24"/>
        </w:rPr>
        <w:t>☐</w:t>
      </w:r>
      <w:r w:rsidRPr="00EC5363">
        <w:rPr>
          <w:rFonts w:ascii="Calibri Light" w:hAnsi="Calibri Light" w:cs="Calibri Light"/>
          <w:sz w:val="24"/>
          <w:szCs w:val="24"/>
        </w:rPr>
        <w:t xml:space="preserve"> No</w:t>
      </w:r>
    </w:p>
    <w:p w:rsidRPr="00EC5363" w:rsidR="00322885" w:rsidP="00EC5363" w:rsidRDefault="00000000" w14:paraId="747FD5BC" w14:textId="77777777">
      <w:pPr>
        <w:rPr>
          <w:rFonts w:ascii="Calibri Light" w:hAnsi="Calibri Light" w:cs="Calibri Light"/>
          <w:sz w:val="24"/>
          <w:szCs w:val="24"/>
        </w:rPr>
      </w:pPr>
      <w:r w:rsidRPr="00EC5363">
        <w:rPr>
          <w:rFonts w:ascii="Calibri Light" w:hAnsi="Calibri Light" w:cs="Calibri Light"/>
          <w:sz w:val="24"/>
          <w:szCs w:val="24"/>
        </w:rPr>
        <w:t>If yes, please tell us anything that will help us support your child:</w:t>
      </w:r>
    </w:p>
    <w:p w:rsidRPr="00EC5363" w:rsidR="00322885" w:rsidP="00EC5363" w:rsidRDefault="00000000" w14:paraId="673782C8" w14:textId="77777777">
      <w:pPr>
        <w:rPr>
          <w:rFonts w:ascii="Calibri Light" w:hAnsi="Calibri Light" w:cs="Calibri Light"/>
          <w:sz w:val="24"/>
          <w:szCs w:val="24"/>
        </w:rPr>
      </w:pPr>
      <w:r w:rsidRPr="00EC5363">
        <w:rPr>
          <w:rFonts w:ascii="Calibri Light" w:hAnsi="Calibri Light" w:cs="Calibri Light"/>
          <w:sz w:val="24"/>
          <w:szCs w:val="24"/>
        </w:rPr>
        <w:t>....................................................................................................</w:t>
      </w:r>
    </w:p>
    <w:p w:rsidRPr="00EC5363" w:rsidR="00322885" w:rsidP="00EC5363" w:rsidRDefault="00000000" w14:paraId="57A12BAA" w14:textId="77777777">
      <w:pPr>
        <w:rPr>
          <w:rFonts w:ascii="Calibri Light" w:hAnsi="Calibri Light" w:cs="Calibri Light"/>
          <w:sz w:val="24"/>
          <w:szCs w:val="24"/>
        </w:rPr>
      </w:pPr>
      <w:r w:rsidRPr="00EC5363">
        <w:rPr>
          <w:rFonts w:ascii="Calibri Light" w:hAnsi="Calibri Light" w:cs="Calibri Light"/>
          <w:sz w:val="24"/>
          <w:szCs w:val="24"/>
        </w:rPr>
        <w:t>....................................................................................................</w:t>
      </w:r>
    </w:p>
    <w:p w:rsidRPr="00EC5363" w:rsidR="00322885" w:rsidP="00EC5363" w:rsidRDefault="00000000" w14:paraId="5D150002" w14:textId="77777777">
      <w:pPr>
        <w:rPr>
          <w:rFonts w:ascii="Calibri Light" w:hAnsi="Calibri Light" w:cs="Calibri Light"/>
          <w:sz w:val="24"/>
          <w:szCs w:val="24"/>
        </w:rPr>
      </w:pPr>
      <w:r w:rsidRPr="00EC5363">
        <w:rPr>
          <w:rFonts w:ascii="Calibri Light" w:hAnsi="Calibri Light" w:cs="Calibri Light"/>
          <w:sz w:val="24"/>
          <w:szCs w:val="24"/>
        </w:rPr>
        <w:t xml:space="preserve">Does your child have an EHCP, SEN Support Plan or other relevant support plan?    </w:t>
      </w:r>
      <w:r w:rsidRPr="00EC5363">
        <w:rPr>
          <w:rFonts w:ascii="Segoe UI Symbol" w:hAnsi="Segoe UI Symbol" w:cs="Segoe UI Symbol"/>
          <w:sz w:val="24"/>
          <w:szCs w:val="24"/>
        </w:rPr>
        <w:t>☐</w:t>
      </w:r>
      <w:r w:rsidRPr="00EC5363">
        <w:rPr>
          <w:rFonts w:ascii="Calibri Light" w:hAnsi="Calibri Light" w:cs="Calibri Light"/>
          <w:sz w:val="24"/>
          <w:szCs w:val="24"/>
        </w:rPr>
        <w:t xml:space="preserve"> Yes    </w:t>
      </w:r>
      <w:r w:rsidRPr="00EC5363">
        <w:rPr>
          <w:rFonts w:ascii="Segoe UI Symbol" w:hAnsi="Segoe UI Symbol" w:cs="Segoe UI Symbol"/>
          <w:sz w:val="24"/>
          <w:szCs w:val="24"/>
        </w:rPr>
        <w:t>☐</w:t>
      </w:r>
      <w:r w:rsidRPr="00EC5363">
        <w:rPr>
          <w:rFonts w:ascii="Calibri Light" w:hAnsi="Calibri Light" w:cs="Calibri Light"/>
          <w:sz w:val="24"/>
          <w:szCs w:val="24"/>
        </w:rPr>
        <w:t xml:space="preserve"> No</w:t>
      </w:r>
    </w:p>
    <w:p w:rsidRPr="00EC5363" w:rsidR="00322885" w:rsidP="00EC5363" w:rsidRDefault="00000000" w14:paraId="09AE321C" w14:textId="77777777">
      <w:pPr>
        <w:rPr>
          <w:rFonts w:ascii="Calibri Light" w:hAnsi="Calibri Light" w:cs="Calibri Light"/>
          <w:sz w:val="24"/>
          <w:szCs w:val="24"/>
        </w:rPr>
      </w:pPr>
      <w:r w:rsidRPr="00EC5363">
        <w:rPr>
          <w:rFonts w:ascii="Calibri Light" w:hAnsi="Calibri Light" w:cs="Calibri Light"/>
          <w:sz w:val="24"/>
          <w:szCs w:val="24"/>
        </w:rPr>
        <w:t xml:space="preserve">If yes:    </w:t>
      </w:r>
      <w:r w:rsidRPr="00EC5363">
        <w:rPr>
          <w:rFonts w:ascii="Segoe UI Symbol" w:hAnsi="Segoe UI Symbol" w:cs="Segoe UI Symbol"/>
          <w:sz w:val="24"/>
          <w:szCs w:val="24"/>
        </w:rPr>
        <w:t>☐</w:t>
      </w:r>
      <w:r w:rsidRPr="00EC5363">
        <w:rPr>
          <w:rFonts w:ascii="Calibri Light" w:hAnsi="Calibri Light" w:cs="Calibri Light"/>
          <w:sz w:val="24"/>
          <w:szCs w:val="24"/>
        </w:rPr>
        <w:t xml:space="preserve"> Copy provided    </w:t>
      </w:r>
      <w:r w:rsidRPr="00EC5363">
        <w:rPr>
          <w:rFonts w:ascii="Segoe UI Symbol" w:hAnsi="Segoe UI Symbol" w:cs="Segoe UI Symbol"/>
          <w:sz w:val="24"/>
          <w:szCs w:val="24"/>
        </w:rPr>
        <w:t>☐</w:t>
      </w:r>
      <w:r w:rsidRPr="00EC5363">
        <w:rPr>
          <w:rFonts w:ascii="Calibri Light" w:hAnsi="Calibri Light" w:cs="Calibri Light"/>
          <w:sz w:val="24"/>
          <w:szCs w:val="24"/>
        </w:rPr>
        <w:t xml:space="preserve"> To follow    </w:t>
      </w:r>
      <w:r w:rsidRPr="00EC5363">
        <w:rPr>
          <w:rFonts w:ascii="Segoe UI Symbol" w:hAnsi="Segoe UI Symbol" w:cs="Segoe UI Symbol"/>
          <w:sz w:val="24"/>
          <w:szCs w:val="24"/>
        </w:rPr>
        <w:t>☐</w:t>
      </w:r>
      <w:r w:rsidRPr="00EC5363">
        <w:rPr>
          <w:rFonts w:ascii="Calibri Light" w:hAnsi="Calibri Light" w:cs="Calibri Light"/>
          <w:sz w:val="24"/>
          <w:szCs w:val="24"/>
        </w:rPr>
        <w:t xml:space="preserve"> Please contact me to discuss</w:t>
      </w:r>
    </w:p>
    <w:p w:rsidRPr="00EC5363" w:rsidR="00322885" w:rsidP="00EC5363" w:rsidRDefault="00000000" w14:paraId="7AC5066E" w14:textId="77777777">
      <w:pPr>
        <w:rPr>
          <w:rFonts w:ascii="Calibri Light" w:hAnsi="Calibri Light" w:cs="Calibri Light"/>
          <w:sz w:val="24"/>
          <w:szCs w:val="24"/>
        </w:rPr>
      </w:pPr>
      <w:r w:rsidRPr="00EC5363">
        <w:rPr>
          <w:rFonts w:ascii="Calibri Light" w:hAnsi="Calibri Light" w:cs="Calibri Light"/>
          <w:sz w:val="24"/>
          <w:szCs w:val="24"/>
        </w:rPr>
        <w:t>Other Information</w:t>
      </w:r>
    </w:p>
    <w:p w:rsidRPr="00EC5363" w:rsidR="00322885" w:rsidP="00EC5363" w:rsidRDefault="00000000" w14:paraId="739494E1" w14:textId="77777777">
      <w:pPr>
        <w:rPr>
          <w:rFonts w:ascii="Calibri Light" w:hAnsi="Calibri Light" w:cs="Calibri Light"/>
          <w:sz w:val="24"/>
          <w:szCs w:val="24"/>
        </w:rPr>
      </w:pPr>
      <w:r w:rsidRPr="00EC5363">
        <w:rPr>
          <w:rFonts w:ascii="Calibri Light" w:hAnsi="Calibri Light" w:cs="Calibri Light"/>
          <w:sz w:val="24"/>
          <w:szCs w:val="24"/>
        </w:rPr>
        <w:t>Please tell us about interests, routines, worries or any other information that will help your child feel comfortable:</w:t>
      </w:r>
    </w:p>
    <w:p w:rsidRPr="00EC5363" w:rsidR="00322885" w:rsidP="00EC5363" w:rsidRDefault="00000000" w14:paraId="262083BC" w14:textId="77777777">
      <w:pPr>
        <w:rPr>
          <w:rFonts w:ascii="Calibri Light" w:hAnsi="Calibri Light" w:cs="Calibri Light"/>
          <w:sz w:val="24"/>
          <w:szCs w:val="24"/>
        </w:rPr>
      </w:pPr>
      <w:r w:rsidRPr="00EC5363">
        <w:rPr>
          <w:rFonts w:ascii="Calibri Light" w:hAnsi="Calibri Light" w:cs="Calibri Light"/>
          <w:sz w:val="24"/>
          <w:szCs w:val="24"/>
        </w:rPr>
        <w:t>....................................................................................................</w:t>
      </w:r>
    </w:p>
    <w:p w:rsidRPr="00EC5363" w:rsidR="00322885" w:rsidP="00EC5363" w:rsidRDefault="00000000" w14:paraId="486A90D9" w14:textId="77777777">
      <w:pPr>
        <w:rPr>
          <w:rFonts w:ascii="Calibri Light" w:hAnsi="Calibri Light" w:cs="Calibri Light"/>
          <w:sz w:val="24"/>
          <w:szCs w:val="24"/>
        </w:rPr>
      </w:pPr>
      <w:r w:rsidRPr="00EC5363">
        <w:rPr>
          <w:rFonts w:ascii="Calibri Light" w:hAnsi="Calibri Light" w:cs="Calibri Light"/>
          <w:sz w:val="24"/>
          <w:szCs w:val="24"/>
        </w:rPr>
        <w:t>....................................................................................................</w:t>
      </w:r>
    </w:p>
    <w:p w:rsidRPr="00EC5363" w:rsidR="00322885" w:rsidP="00EC5363" w:rsidRDefault="00000000" w14:paraId="3B43AE99" w14:textId="77777777">
      <w:pPr>
        <w:rPr>
          <w:rFonts w:ascii="Calibri Light" w:hAnsi="Calibri Light" w:cs="Calibri Light"/>
          <w:sz w:val="24"/>
          <w:szCs w:val="24"/>
        </w:rPr>
      </w:pPr>
      <w:r w:rsidRPr="00EC5363">
        <w:rPr>
          <w:rFonts w:ascii="Calibri Light" w:hAnsi="Calibri Light" w:cs="Calibri Light"/>
          <w:sz w:val="24"/>
          <w:szCs w:val="24"/>
        </w:rPr>
        <w:br w:type="page"/>
      </w:r>
    </w:p>
    <w:p w:rsidRPr="00EC5363" w:rsidR="00322885" w:rsidP="00EC5363" w:rsidRDefault="00000000" w14:paraId="2E8DEE49" w14:textId="77777777">
      <w:pPr>
        <w:rPr>
          <w:rFonts w:ascii="Calibri" w:hAnsi="Calibri" w:cs="Calibri"/>
          <w:b/>
          <w:bCs/>
          <w:sz w:val="24"/>
          <w:szCs w:val="24"/>
        </w:rPr>
      </w:pPr>
      <w:r w:rsidRPr="00EC5363">
        <w:rPr>
          <w:rFonts w:ascii="Calibri" w:hAnsi="Calibri" w:cs="Calibri"/>
          <w:b/>
          <w:bCs/>
          <w:sz w:val="24"/>
          <w:szCs w:val="24"/>
        </w:rPr>
        <w:t>Breakfast and After School Club Sessions</w:t>
      </w:r>
    </w:p>
    <w:p w:rsidRPr="00EC5363" w:rsidR="00322885" w:rsidP="00EC5363" w:rsidRDefault="00000000" w14:paraId="15FB4408" w14:textId="77777777">
      <w:pPr>
        <w:rPr>
          <w:rFonts w:ascii="Calibri Light" w:hAnsi="Calibri Light" w:cs="Calibri Light"/>
          <w:sz w:val="24"/>
          <w:szCs w:val="24"/>
        </w:rPr>
      </w:pPr>
      <w:r w:rsidRPr="00EC5363">
        <w:rPr>
          <w:rFonts w:ascii="Calibri Light" w:hAnsi="Calibri Light" w:cs="Calibri Light"/>
          <w:sz w:val="24"/>
          <w:szCs w:val="24"/>
        </w:rPr>
        <w:t>Requested start date .......................................................</w:t>
      </w:r>
    </w:p>
    <w:p w:rsidRPr="00EC5363" w:rsidR="00322885" w:rsidP="00EC5363" w:rsidRDefault="00000000" w14:paraId="636DB4C1" w14:textId="77777777">
      <w:pPr>
        <w:rPr>
          <w:rFonts w:ascii="Calibri Light" w:hAnsi="Calibri Light" w:cs="Calibri Light"/>
          <w:sz w:val="24"/>
          <w:szCs w:val="24"/>
        </w:rPr>
      </w:pPr>
      <w:r w:rsidRPr="00EC5363">
        <w:rPr>
          <w:rFonts w:ascii="Calibri Light" w:hAnsi="Calibri Light" w:cs="Calibri Light"/>
          <w:sz w:val="24"/>
          <w:szCs w:val="24"/>
        </w:rPr>
        <w:t>Please tick all regular sessions you would like your child to attend. Breakfast Club ends when children go to school. After School Club starts at the end of the school day; tick the requested collection time.</w:t>
      </w:r>
    </w:p>
    <w:tbl>
      <w:tblPr>
        <w:tblW w:w="0" w:type="auto"/>
        <w:tblLayout w:type="fixed"/>
        <w:tblLook w:val="04A0" w:firstRow="1" w:lastRow="0" w:firstColumn="1" w:lastColumn="0" w:noHBand="0" w:noVBand="1"/>
      </w:tblPr>
      <w:tblGrid>
        <w:gridCol w:w="1701"/>
        <w:gridCol w:w="3402"/>
        <w:gridCol w:w="4819"/>
      </w:tblGrid>
      <w:tr w:rsidRPr="00EC5363" w:rsidR="00322885" w14:paraId="3054FF96" w14:textId="77777777">
        <w:trPr>
          <w:cantSplit/>
          <w:tblHeader/>
        </w:trPr>
        <w:tc>
          <w:tcPr>
            <w:tcW w:w="1701" w:type="dxa"/>
            <w:tcBorders>
              <w:top w:val="single" w:color="D9D9D9" w:sz="4" w:space="0"/>
              <w:left w:val="single" w:color="D9D9D9" w:sz="4" w:space="0"/>
              <w:bottom w:val="single" w:color="D9D9D9" w:sz="4" w:space="0"/>
              <w:right w:val="single" w:color="D9D9D9" w:sz="4" w:space="0"/>
            </w:tcBorders>
            <w:shd w:val="clear" w:color="auto" w:fill="EDEDED"/>
            <w:tcMar>
              <w:top w:w="65" w:type="dxa"/>
              <w:left w:w="65" w:type="dxa"/>
              <w:bottom w:w="65" w:type="dxa"/>
              <w:right w:w="65" w:type="dxa"/>
            </w:tcMar>
            <w:vAlign w:val="center"/>
          </w:tcPr>
          <w:p w:rsidRPr="00EC5363" w:rsidR="00322885" w:rsidP="00EC5363" w:rsidRDefault="00000000" w14:paraId="02BC45C1" w14:textId="77777777">
            <w:pPr>
              <w:rPr>
                <w:rFonts w:ascii="Calibri Light" w:hAnsi="Calibri Light" w:cs="Calibri Light"/>
                <w:sz w:val="24"/>
                <w:szCs w:val="24"/>
              </w:rPr>
            </w:pPr>
            <w:r w:rsidRPr="00EC5363">
              <w:rPr>
                <w:rFonts w:ascii="Calibri Light" w:hAnsi="Calibri Light" w:cs="Calibri Light"/>
                <w:b/>
                <w:sz w:val="24"/>
                <w:szCs w:val="24"/>
              </w:rPr>
              <w:t>Day</w:t>
            </w:r>
          </w:p>
        </w:tc>
        <w:tc>
          <w:tcPr>
            <w:tcW w:w="3402" w:type="dxa"/>
            <w:tcBorders>
              <w:top w:val="single" w:color="D9D9D9" w:sz="4" w:space="0"/>
              <w:left w:val="single" w:color="D9D9D9" w:sz="4" w:space="0"/>
              <w:bottom w:val="single" w:color="D9D9D9" w:sz="4" w:space="0"/>
              <w:right w:val="single" w:color="D9D9D9" w:sz="4" w:space="0"/>
            </w:tcBorders>
            <w:shd w:val="clear" w:color="auto" w:fill="EDEDED"/>
            <w:tcMar>
              <w:top w:w="65" w:type="dxa"/>
              <w:left w:w="65" w:type="dxa"/>
              <w:bottom w:w="65" w:type="dxa"/>
              <w:right w:w="65" w:type="dxa"/>
            </w:tcMar>
            <w:vAlign w:val="center"/>
          </w:tcPr>
          <w:p w:rsidRPr="00EC5363" w:rsidR="00322885" w:rsidP="00EC5363" w:rsidRDefault="00000000" w14:paraId="0BCCB756" w14:textId="77777777">
            <w:pPr>
              <w:rPr>
                <w:rFonts w:ascii="Calibri Light" w:hAnsi="Calibri Light" w:cs="Calibri Light"/>
                <w:sz w:val="24"/>
                <w:szCs w:val="24"/>
              </w:rPr>
            </w:pPr>
            <w:r w:rsidRPr="00EC5363">
              <w:rPr>
                <w:rFonts w:ascii="Calibri Light" w:hAnsi="Calibri Light" w:cs="Calibri Light"/>
                <w:b/>
                <w:sz w:val="24"/>
                <w:szCs w:val="24"/>
              </w:rPr>
              <w:t>Breakfast Club start</w:t>
            </w:r>
          </w:p>
        </w:tc>
        <w:tc>
          <w:tcPr>
            <w:tcW w:w="4819" w:type="dxa"/>
            <w:tcBorders>
              <w:top w:val="single" w:color="D9D9D9" w:sz="4" w:space="0"/>
              <w:left w:val="single" w:color="D9D9D9" w:sz="4" w:space="0"/>
              <w:bottom w:val="single" w:color="D9D9D9" w:sz="4" w:space="0"/>
              <w:right w:val="single" w:color="D9D9D9" w:sz="4" w:space="0"/>
            </w:tcBorders>
            <w:shd w:val="clear" w:color="auto" w:fill="EDEDED"/>
            <w:tcMar>
              <w:top w:w="65" w:type="dxa"/>
              <w:left w:w="65" w:type="dxa"/>
              <w:bottom w:w="65" w:type="dxa"/>
              <w:right w:w="65" w:type="dxa"/>
            </w:tcMar>
            <w:vAlign w:val="center"/>
          </w:tcPr>
          <w:p w:rsidRPr="00EC5363" w:rsidR="00322885" w:rsidP="00EC5363" w:rsidRDefault="00000000" w14:paraId="47A216E4" w14:textId="77777777">
            <w:pPr>
              <w:rPr>
                <w:rFonts w:ascii="Calibri Light" w:hAnsi="Calibri Light" w:cs="Calibri Light"/>
                <w:sz w:val="24"/>
                <w:szCs w:val="24"/>
              </w:rPr>
            </w:pPr>
            <w:r w:rsidRPr="00EC5363">
              <w:rPr>
                <w:rFonts w:ascii="Calibri Light" w:hAnsi="Calibri Light" w:cs="Calibri Light"/>
                <w:b/>
                <w:sz w:val="24"/>
                <w:szCs w:val="24"/>
              </w:rPr>
              <w:t>After School Club collection</w:t>
            </w:r>
          </w:p>
        </w:tc>
      </w:tr>
      <w:tr w:rsidRPr="00EC5363" w:rsidR="00322885" w14:paraId="1ADB122E" w14:textId="77777777">
        <w:trPr>
          <w:cantSplit/>
        </w:trPr>
        <w:tc>
          <w:tcPr>
            <w:tcW w:w="170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EC5363" w:rsidR="00322885" w:rsidP="00EC5363" w:rsidRDefault="00000000" w14:paraId="47DDF515" w14:textId="77777777">
            <w:pPr>
              <w:rPr>
                <w:rFonts w:ascii="Calibri Light" w:hAnsi="Calibri Light" w:cs="Calibri Light"/>
                <w:sz w:val="24"/>
                <w:szCs w:val="24"/>
              </w:rPr>
            </w:pPr>
            <w:r w:rsidRPr="00EC5363">
              <w:rPr>
                <w:rFonts w:ascii="Calibri Light" w:hAnsi="Calibri Light" w:cs="Calibri Light"/>
                <w:sz w:val="24"/>
                <w:szCs w:val="24"/>
              </w:rPr>
              <w:t>Monday</w:t>
            </w:r>
          </w:p>
        </w:tc>
        <w:tc>
          <w:tcPr>
            <w:tcW w:w="34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EC5363" w:rsidR="00322885" w:rsidP="00EC5363" w:rsidRDefault="00000000" w14:paraId="29100D6F" w14:textId="77777777">
            <w:pPr>
              <w:rPr>
                <w:rFonts w:ascii="Calibri Light" w:hAnsi="Calibri Light" w:cs="Calibri Light"/>
                <w:sz w:val="24"/>
                <w:szCs w:val="24"/>
              </w:rPr>
            </w:pPr>
            <w:r w:rsidRPr="00EC5363">
              <w:rPr>
                <w:rFonts w:ascii="Segoe UI Symbol" w:hAnsi="Segoe UI Symbol" w:cs="Segoe UI Symbol"/>
                <w:sz w:val="24"/>
                <w:szCs w:val="24"/>
              </w:rPr>
              <w:t>☐</w:t>
            </w:r>
            <w:r w:rsidRPr="00EC5363">
              <w:rPr>
                <w:rFonts w:ascii="Calibri Light" w:hAnsi="Calibri Light" w:cs="Calibri Light"/>
                <w:sz w:val="24"/>
                <w:szCs w:val="24"/>
              </w:rPr>
              <w:t xml:space="preserve"> 7:45am   </w:t>
            </w:r>
            <w:r w:rsidRPr="00EC5363">
              <w:rPr>
                <w:rFonts w:ascii="Segoe UI Symbol" w:hAnsi="Segoe UI Symbol" w:cs="Segoe UI Symbol"/>
                <w:sz w:val="24"/>
                <w:szCs w:val="24"/>
              </w:rPr>
              <w:t>☐</w:t>
            </w:r>
            <w:r w:rsidRPr="00EC5363">
              <w:rPr>
                <w:rFonts w:ascii="Calibri Light" w:hAnsi="Calibri Light" w:cs="Calibri Light"/>
                <w:sz w:val="24"/>
                <w:szCs w:val="24"/>
              </w:rPr>
              <w:t xml:space="preserve"> 8am</w:t>
            </w:r>
          </w:p>
        </w:tc>
        <w:tc>
          <w:tcPr>
            <w:tcW w:w="4819"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EC5363" w:rsidR="00322885" w:rsidP="00EC5363" w:rsidRDefault="00000000" w14:paraId="67E016E4" w14:textId="77777777">
            <w:pPr>
              <w:rPr>
                <w:rFonts w:ascii="Calibri Light" w:hAnsi="Calibri Light" w:cs="Calibri Light"/>
                <w:sz w:val="24"/>
                <w:szCs w:val="24"/>
              </w:rPr>
            </w:pPr>
            <w:r w:rsidRPr="00EC5363">
              <w:rPr>
                <w:rFonts w:ascii="Segoe UI Symbol" w:hAnsi="Segoe UI Symbol" w:cs="Segoe UI Symbol"/>
                <w:sz w:val="24"/>
                <w:szCs w:val="24"/>
              </w:rPr>
              <w:t>☐</w:t>
            </w:r>
            <w:r w:rsidRPr="00EC5363">
              <w:rPr>
                <w:rFonts w:ascii="Calibri Light" w:hAnsi="Calibri Light" w:cs="Calibri Light"/>
                <w:sz w:val="24"/>
                <w:szCs w:val="24"/>
              </w:rPr>
              <w:t xml:space="preserve"> 5pm   </w:t>
            </w:r>
            <w:r w:rsidRPr="00EC5363">
              <w:rPr>
                <w:rFonts w:ascii="Segoe UI Symbol" w:hAnsi="Segoe UI Symbol" w:cs="Segoe UI Symbol"/>
                <w:sz w:val="24"/>
                <w:szCs w:val="24"/>
              </w:rPr>
              <w:t>☐</w:t>
            </w:r>
            <w:r w:rsidRPr="00EC5363">
              <w:rPr>
                <w:rFonts w:ascii="Calibri Light" w:hAnsi="Calibri Light" w:cs="Calibri Light"/>
                <w:sz w:val="24"/>
                <w:szCs w:val="24"/>
              </w:rPr>
              <w:t xml:space="preserve"> 6pm</w:t>
            </w:r>
          </w:p>
        </w:tc>
      </w:tr>
      <w:tr w:rsidRPr="00EC5363" w:rsidR="00322885" w14:paraId="3A226EB0" w14:textId="77777777">
        <w:trPr>
          <w:cantSplit/>
        </w:trPr>
        <w:tc>
          <w:tcPr>
            <w:tcW w:w="170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EC5363" w:rsidR="00322885" w:rsidP="00EC5363" w:rsidRDefault="00000000" w14:paraId="61553105" w14:textId="77777777">
            <w:pPr>
              <w:rPr>
                <w:rFonts w:ascii="Calibri Light" w:hAnsi="Calibri Light" w:cs="Calibri Light"/>
                <w:sz w:val="24"/>
                <w:szCs w:val="24"/>
              </w:rPr>
            </w:pPr>
            <w:r w:rsidRPr="00EC5363">
              <w:rPr>
                <w:rFonts w:ascii="Calibri Light" w:hAnsi="Calibri Light" w:cs="Calibri Light"/>
                <w:sz w:val="24"/>
                <w:szCs w:val="24"/>
              </w:rPr>
              <w:t>Tuesday</w:t>
            </w:r>
          </w:p>
        </w:tc>
        <w:tc>
          <w:tcPr>
            <w:tcW w:w="34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EC5363" w:rsidR="00322885" w:rsidP="00EC5363" w:rsidRDefault="00000000" w14:paraId="1C468381" w14:textId="77777777">
            <w:pPr>
              <w:rPr>
                <w:rFonts w:ascii="Calibri Light" w:hAnsi="Calibri Light" w:cs="Calibri Light"/>
                <w:sz w:val="24"/>
                <w:szCs w:val="24"/>
              </w:rPr>
            </w:pPr>
            <w:r w:rsidRPr="00EC5363">
              <w:rPr>
                <w:rFonts w:ascii="Segoe UI Symbol" w:hAnsi="Segoe UI Symbol" w:cs="Segoe UI Symbol"/>
                <w:sz w:val="24"/>
                <w:szCs w:val="24"/>
              </w:rPr>
              <w:t>☐</w:t>
            </w:r>
            <w:r w:rsidRPr="00EC5363">
              <w:rPr>
                <w:rFonts w:ascii="Calibri Light" w:hAnsi="Calibri Light" w:cs="Calibri Light"/>
                <w:sz w:val="24"/>
                <w:szCs w:val="24"/>
              </w:rPr>
              <w:t xml:space="preserve"> 7:45am   </w:t>
            </w:r>
            <w:r w:rsidRPr="00EC5363">
              <w:rPr>
                <w:rFonts w:ascii="Segoe UI Symbol" w:hAnsi="Segoe UI Symbol" w:cs="Segoe UI Symbol"/>
                <w:sz w:val="24"/>
                <w:szCs w:val="24"/>
              </w:rPr>
              <w:t>☐</w:t>
            </w:r>
            <w:r w:rsidRPr="00EC5363">
              <w:rPr>
                <w:rFonts w:ascii="Calibri Light" w:hAnsi="Calibri Light" w:cs="Calibri Light"/>
                <w:sz w:val="24"/>
                <w:szCs w:val="24"/>
              </w:rPr>
              <w:t xml:space="preserve"> 8am</w:t>
            </w:r>
          </w:p>
        </w:tc>
        <w:tc>
          <w:tcPr>
            <w:tcW w:w="4819"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EC5363" w:rsidR="00322885" w:rsidP="00EC5363" w:rsidRDefault="00000000" w14:paraId="582FBAE9" w14:textId="77777777">
            <w:pPr>
              <w:rPr>
                <w:rFonts w:ascii="Calibri Light" w:hAnsi="Calibri Light" w:cs="Calibri Light"/>
                <w:sz w:val="24"/>
                <w:szCs w:val="24"/>
              </w:rPr>
            </w:pPr>
            <w:r w:rsidRPr="00EC5363">
              <w:rPr>
                <w:rFonts w:ascii="Segoe UI Symbol" w:hAnsi="Segoe UI Symbol" w:cs="Segoe UI Symbol"/>
                <w:sz w:val="24"/>
                <w:szCs w:val="24"/>
              </w:rPr>
              <w:t>☐</w:t>
            </w:r>
            <w:r w:rsidRPr="00EC5363">
              <w:rPr>
                <w:rFonts w:ascii="Calibri Light" w:hAnsi="Calibri Light" w:cs="Calibri Light"/>
                <w:sz w:val="24"/>
                <w:szCs w:val="24"/>
              </w:rPr>
              <w:t xml:space="preserve"> 5pm   </w:t>
            </w:r>
            <w:r w:rsidRPr="00EC5363">
              <w:rPr>
                <w:rFonts w:ascii="Segoe UI Symbol" w:hAnsi="Segoe UI Symbol" w:cs="Segoe UI Symbol"/>
                <w:sz w:val="24"/>
                <w:szCs w:val="24"/>
              </w:rPr>
              <w:t>☐</w:t>
            </w:r>
            <w:r w:rsidRPr="00EC5363">
              <w:rPr>
                <w:rFonts w:ascii="Calibri Light" w:hAnsi="Calibri Light" w:cs="Calibri Light"/>
                <w:sz w:val="24"/>
                <w:szCs w:val="24"/>
              </w:rPr>
              <w:t xml:space="preserve"> 6pm</w:t>
            </w:r>
          </w:p>
        </w:tc>
      </w:tr>
      <w:tr w:rsidRPr="00EC5363" w:rsidR="00322885" w14:paraId="71988A1D" w14:textId="77777777">
        <w:trPr>
          <w:cantSplit/>
        </w:trPr>
        <w:tc>
          <w:tcPr>
            <w:tcW w:w="170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EC5363" w:rsidR="00322885" w:rsidP="00EC5363" w:rsidRDefault="00000000" w14:paraId="55FD1AF2" w14:textId="77777777">
            <w:pPr>
              <w:rPr>
                <w:rFonts w:ascii="Calibri Light" w:hAnsi="Calibri Light" w:cs="Calibri Light"/>
                <w:sz w:val="24"/>
                <w:szCs w:val="24"/>
              </w:rPr>
            </w:pPr>
            <w:r w:rsidRPr="00EC5363">
              <w:rPr>
                <w:rFonts w:ascii="Calibri Light" w:hAnsi="Calibri Light" w:cs="Calibri Light"/>
                <w:sz w:val="24"/>
                <w:szCs w:val="24"/>
              </w:rPr>
              <w:t>Wednesday</w:t>
            </w:r>
          </w:p>
        </w:tc>
        <w:tc>
          <w:tcPr>
            <w:tcW w:w="34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EC5363" w:rsidR="00322885" w:rsidP="00EC5363" w:rsidRDefault="00000000" w14:paraId="69FF9AEA" w14:textId="77777777">
            <w:pPr>
              <w:rPr>
                <w:rFonts w:ascii="Calibri Light" w:hAnsi="Calibri Light" w:cs="Calibri Light"/>
                <w:sz w:val="24"/>
                <w:szCs w:val="24"/>
              </w:rPr>
            </w:pPr>
            <w:r w:rsidRPr="00EC5363">
              <w:rPr>
                <w:rFonts w:ascii="Segoe UI Symbol" w:hAnsi="Segoe UI Symbol" w:cs="Segoe UI Symbol"/>
                <w:sz w:val="24"/>
                <w:szCs w:val="24"/>
              </w:rPr>
              <w:t>☐</w:t>
            </w:r>
            <w:r w:rsidRPr="00EC5363">
              <w:rPr>
                <w:rFonts w:ascii="Calibri Light" w:hAnsi="Calibri Light" w:cs="Calibri Light"/>
                <w:sz w:val="24"/>
                <w:szCs w:val="24"/>
              </w:rPr>
              <w:t xml:space="preserve"> 7:45am   </w:t>
            </w:r>
            <w:r w:rsidRPr="00EC5363">
              <w:rPr>
                <w:rFonts w:ascii="Segoe UI Symbol" w:hAnsi="Segoe UI Symbol" w:cs="Segoe UI Symbol"/>
                <w:sz w:val="24"/>
                <w:szCs w:val="24"/>
              </w:rPr>
              <w:t>☐</w:t>
            </w:r>
            <w:r w:rsidRPr="00EC5363">
              <w:rPr>
                <w:rFonts w:ascii="Calibri Light" w:hAnsi="Calibri Light" w:cs="Calibri Light"/>
                <w:sz w:val="24"/>
                <w:szCs w:val="24"/>
              </w:rPr>
              <w:t xml:space="preserve"> 8am</w:t>
            </w:r>
          </w:p>
        </w:tc>
        <w:tc>
          <w:tcPr>
            <w:tcW w:w="4819"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EC5363" w:rsidR="00322885" w:rsidP="00EC5363" w:rsidRDefault="00000000" w14:paraId="0DE6FD85" w14:textId="77777777">
            <w:pPr>
              <w:rPr>
                <w:rFonts w:ascii="Calibri Light" w:hAnsi="Calibri Light" w:cs="Calibri Light"/>
                <w:sz w:val="24"/>
                <w:szCs w:val="24"/>
              </w:rPr>
            </w:pPr>
            <w:r w:rsidRPr="00EC5363">
              <w:rPr>
                <w:rFonts w:ascii="Segoe UI Symbol" w:hAnsi="Segoe UI Symbol" w:cs="Segoe UI Symbol"/>
                <w:sz w:val="24"/>
                <w:szCs w:val="24"/>
              </w:rPr>
              <w:t>☐</w:t>
            </w:r>
            <w:r w:rsidRPr="00EC5363">
              <w:rPr>
                <w:rFonts w:ascii="Calibri Light" w:hAnsi="Calibri Light" w:cs="Calibri Light"/>
                <w:sz w:val="24"/>
                <w:szCs w:val="24"/>
              </w:rPr>
              <w:t xml:space="preserve"> 5pm   </w:t>
            </w:r>
            <w:r w:rsidRPr="00EC5363">
              <w:rPr>
                <w:rFonts w:ascii="Segoe UI Symbol" w:hAnsi="Segoe UI Symbol" w:cs="Segoe UI Symbol"/>
                <w:sz w:val="24"/>
                <w:szCs w:val="24"/>
              </w:rPr>
              <w:t>☐</w:t>
            </w:r>
            <w:r w:rsidRPr="00EC5363">
              <w:rPr>
                <w:rFonts w:ascii="Calibri Light" w:hAnsi="Calibri Light" w:cs="Calibri Light"/>
                <w:sz w:val="24"/>
                <w:szCs w:val="24"/>
              </w:rPr>
              <w:t xml:space="preserve"> 6pm</w:t>
            </w:r>
          </w:p>
        </w:tc>
      </w:tr>
      <w:tr w:rsidRPr="00EC5363" w:rsidR="00322885" w14:paraId="37342300" w14:textId="77777777">
        <w:trPr>
          <w:cantSplit/>
        </w:trPr>
        <w:tc>
          <w:tcPr>
            <w:tcW w:w="170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EC5363" w:rsidR="00322885" w:rsidP="00EC5363" w:rsidRDefault="00000000" w14:paraId="03F78096" w14:textId="77777777">
            <w:pPr>
              <w:rPr>
                <w:rFonts w:ascii="Calibri Light" w:hAnsi="Calibri Light" w:cs="Calibri Light"/>
                <w:sz w:val="24"/>
                <w:szCs w:val="24"/>
              </w:rPr>
            </w:pPr>
            <w:r w:rsidRPr="00EC5363">
              <w:rPr>
                <w:rFonts w:ascii="Calibri Light" w:hAnsi="Calibri Light" w:cs="Calibri Light"/>
                <w:sz w:val="24"/>
                <w:szCs w:val="24"/>
              </w:rPr>
              <w:t>Thursday</w:t>
            </w:r>
          </w:p>
        </w:tc>
        <w:tc>
          <w:tcPr>
            <w:tcW w:w="34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EC5363" w:rsidR="00322885" w:rsidP="00EC5363" w:rsidRDefault="00000000" w14:paraId="490CAC52" w14:textId="77777777">
            <w:pPr>
              <w:rPr>
                <w:rFonts w:ascii="Calibri Light" w:hAnsi="Calibri Light" w:cs="Calibri Light"/>
                <w:sz w:val="24"/>
                <w:szCs w:val="24"/>
              </w:rPr>
            </w:pPr>
            <w:r w:rsidRPr="00EC5363">
              <w:rPr>
                <w:rFonts w:ascii="Segoe UI Symbol" w:hAnsi="Segoe UI Symbol" w:cs="Segoe UI Symbol"/>
                <w:sz w:val="24"/>
                <w:szCs w:val="24"/>
              </w:rPr>
              <w:t>☐</w:t>
            </w:r>
            <w:r w:rsidRPr="00EC5363">
              <w:rPr>
                <w:rFonts w:ascii="Calibri Light" w:hAnsi="Calibri Light" w:cs="Calibri Light"/>
                <w:sz w:val="24"/>
                <w:szCs w:val="24"/>
              </w:rPr>
              <w:t xml:space="preserve"> 7:45am   </w:t>
            </w:r>
            <w:r w:rsidRPr="00EC5363">
              <w:rPr>
                <w:rFonts w:ascii="Segoe UI Symbol" w:hAnsi="Segoe UI Symbol" w:cs="Segoe UI Symbol"/>
                <w:sz w:val="24"/>
                <w:szCs w:val="24"/>
              </w:rPr>
              <w:t>☐</w:t>
            </w:r>
            <w:r w:rsidRPr="00EC5363">
              <w:rPr>
                <w:rFonts w:ascii="Calibri Light" w:hAnsi="Calibri Light" w:cs="Calibri Light"/>
                <w:sz w:val="24"/>
                <w:szCs w:val="24"/>
              </w:rPr>
              <w:t xml:space="preserve"> 8am</w:t>
            </w:r>
          </w:p>
        </w:tc>
        <w:tc>
          <w:tcPr>
            <w:tcW w:w="4819"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EC5363" w:rsidR="00322885" w:rsidP="00EC5363" w:rsidRDefault="00000000" w14:paraId="063B979D" w14:textId="77777777">
            <w:pPr>
              <w:rPr>
                <w:rFonts w:ascii="Calibri Light" w:hAnsi="Calibri Light" w:cs="Calibri Light"/>
                <w:sz w:val="24"/>
                <w:szCs w:val="24"/>
              </w:rPr>
            </w:pPr>
            <w:r w:rsidRPr="00EC5363">
              <w:rPr>
                <w:rFonts w:ascii="Segoe UI Symbol" w:hAnsi="Segoe UI Symbol" w:cs="Segoe UI Symbol"/>
                <w:sz w:val="24"/>
                <w:szCs w:val="24"/>
              </w:rPr>
              <w:t>☐</w:t>
            </w:r>
            <w:r w:rsidRPr="00EC5363">
              <w:rPr>
                <w:rFonts w:ascii="Calibri Light" w:hAnsi="Calibri Light" w:cs="Calibri Light"/>
                <w:sz w:val="24"/>
                <w:szCs w:val="24"/>
              </w:rPr>
              <w:t xml:space="preserve"> 5pm   </w:t>
            </w:r>
            <w:r w:rsidRPr="00EC5363">
              <w:rPr>
                <w:rFonts w:ascii="Segoe UI Symbol" w:hAnsi="Segoe UI Symbol" w:cs="Segoe UI Symbol"/>
                <w:sz w:val="24"/>
                <w:szCs w:val="24"/>
              </w:rPr>
              <w:t>☐</w:t>
            </w:r>
            <w:r w:rsidRPr="00EC5363">
              <w:rPr>
                <w:rFonts w:ascii="Calibri Light" w:hAnsi="Calibri Light" w:cs="Calibri Light"/>
                <w:sz w:val="24"/>
                <w:szCs w:val="24"/>
              </w:rPr>
              <w:t xml:space="preserve"> 6pm</w:t>
            </w:r>
          </w:p>
        </w:tc>
      </w:tr>
      <w:tr w:rsidRPr="00EC5363" w:rsidR="00322885" w14:paraId="09790212" w14:textId="77777777">
        <w:trPr>
          <w:cantSplit/>
        </w:trPr>
        <w:tc>
          <w:tcPr>
            <w:tcW w:w="1701"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EC5363" w:rsidR="00322885" w:rsidP="00EC5363" w:rsidRDefault="00000000" w14:paraId="662F7CFB" w14:textId="77777777">
            <w:pPr>
              <w:rPr>
                <w:rFonts w:ascii="Calibri Light" w:hAnsi="Calibri Light" w:cs="Calibri Light"/>
                <w:sz w:val="24"/>
                <w:szCs w:val="24"/>
              </w:rPr>
            </w:pPr>
            <w:r w:rsidRPr="00EC5363">
              <w:rPr>
                <w:rFonts w:ascii="Calibri Light" w:hAnsi="Calibri Light" w:cs="Calibri Light"/>
                <w:sz w:val="24"/>
                <w:szCs w:val="24"/>
              </w:rPr>
              <w:t>Friday</w:t>
            </w:r>
          </w:p>
        </w:tc>
        <w:tc>
          <w:tcPr>
            <w:tcW w:w="34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EC5363" w:rsidR="00322885" w:rsidP="00EC5363" w:rsidRDefault="00000000" w14:paraId="46DA9C0C" w14:textId="77777777">
            <w:pPr>
              <w:rPr>
                <w:rFonts w:ascii="Calibri Light" w:hAnsi="Calibri Light" w:cs="Calibri Light"/>
                <w:sz w:val="24"/>
                <w:szCs w:val="24"/>
              </w:rPr>
            </w:pPr>
            <w:r w:rsidRPr="00EC5363">
              <w:rPr>
                <w:rFonts w:ascii="Segoe UI Symbol" w:hAnsi="Segoe UI Symbol" w:cs="Segoe UI Symbol"/>
                <w:sz w:val="24"/>
                <w:szCs w:val="24"/>
              </w:rPr>
              <w:t>☐</w:t>
            </w:r>
            <w:r w:rsidRPr="00EC5363">
              <w:rPr>
                <w:rFonts w:ascii="Calibri Light" w:hAnsi="Calibri Light" w:cs="Calibri Light"/>
                <w:sz w:val="24"/>
                <w:szCs w:val="24"/>
              </w:rPr>
              <w:t xml:space="preserve"> 8am</w:t>
            </w:r>
          </w:p>
        </w:tc>
        <w:tc>
          <w:tcPr>
            <w:tcW w:w="4819"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EC5363" w:rsidR="00322885" w:rsidP="00EC5363" w:rsidRDefault="00000000" w14:paraId="4BA163A8" w14:textId="77777777">
            <w:pPr>
              <w:rPr>
                <w:rFonts w:ascii="Calibri Light" w:hAnsi="Calibri Light" w:cs="Calibri Light"/>
                <w:sz w:val="24"/>
                <w:szCs w:val="24"/>
              </w:rPr>
            </w:pPr>
            <w:r w:rsidRPr="00EC5363">
              <w:rPr>
                <w:rFonts w:ascii="Segoe UI Symbol" w:hAnsi="Segoe UI Symbol" w:cs="Segoe UI Symbol"/>
                <w:sz w:val="24"/>
                <w:szCs w:val="24"/>
              </w:rPr>
              <w:t>☐</w:t>
            </w:r>
            <w:r w:rsidRPr="00EC5363">
              <w:rPr>
                <w:rFonts w:ascii="Calibri Light" w:hAnsi="Calibri Light" w:cs="Calibri Light"/>
                <w:sz w:val="24"/>
                <w:szCs w:val="24"/>
              </w:rPr>
              <w:t xml:space="preserve"> 5pm</w:t>
            </w:r>
          </w:p>
        </w:tc>
      </w:tr>
    </w:tbl>
    <w:p w:rsidRPr="00EC5363" w:rsidR="00322885" w:rsidP="003C6461" w:rsidRDefault="00322885" w14:paraId="02511E72" w14:textId="77777777">
      <w:pPr>
        <w:spacing w:after="0"/>
        <w:rPr>
          <w:rFonts w:ascii="Calibri Light" w:hAnsi="Calibri Light" w:cs="Calibri Light"/>
          <w:sz w:val="24"/>
          <w:szCs w:val="24"/>
        </w:rPr>
      </w:pPr>
    </w:p>
    <w:p w:rsidR="00322885" w:rsidP="00EC5363" w:rsidRDefault="00000000" w14:paraId="7D09ADD6" w14:textId="77777777">
      <w:pPr>
        <w:rPr>
          <w:rFonts w:ascii="Calibri Light" w:hAnsi="Calibri Light" w:cs="Calibri Light"/>
          <w:sz w:val="24"/>
          <w:szCs w:val="24"/>
        </w:rPr>
      </w:pPr>
      <w:r w:rsidRPr="00EC5363">
        <w:rPr>
          <w:rFonts w:ascii="Calibri Light" w:hAnsi="Calibri Light" w:cs="Calibri Light"/>
          <w:sz w:val="24"/>
          <w:szCs w:val="24"/>
        </w:rPr>
        <w:t>Requested sessions are subject to availability and will be confirmed by Lympstone Preschool.</w:t>
      </w:r>
    </w:p>
    <w:p w:rsidRPr="00EC5363" w:rsidR="003C6461" w:rsidP="00EC5363" w:rsidRDefault="003C6461" w14:paraId="17730352" w14:textId="77777777">
      <w:pPr>
        <w:rPr>
          <w:rFonts w:ascii="Calibri Light" w:hAnsi="Calibri Light" w:cs="Calibri Light"/>
          <w:sz w:val="24"/>
          <w:szCs w:val="24"/>
        </w:rPr>
      </w:pPr>
    </w:p>
    <w:p w:rsidRPr="00EC5363" w:rsidR="00322885" w:rsidP="00EC5363" w:rsidRDefault="00000000" w14:paraId="775EF44F" w14:textId="77777777">
      <w:pPr>
        <w:rPr>
          <w:rFonts w:ascii="Calibri" w:hAnsi="Calibri" w:cs="Calibri"/>
          <w:b/>
          <w:bCs/>
          <w:sz w:val="24"/>
          <w:szCs w:val="24"/>
        </w:rPr>
      </w:pPr>
      <w:r w:rsidRPr="00EC5363">
        <w:rPr>
          <w:rFonts w:ascii="Calibri" w:hAnsi="Calibri" w:cs="Calibri"/>
          <w:b/>
          <w:bCs/>
          <w:sz w:val="24"/>
          <w:szCs w:val="24"/>
        </w:rPr>
        <w:t>Fees Bookings and Attendance</w:t>
      </w:r>
    </w:p>
    <w:p w:rsidRPr="00EC5363" w:rsidR="00322885" w:rsidP="00EC5363" w:rsidRDefault="00000000" w14:paraId="10CF7E80" w14:textId="77777777">
      <w:pPr>
        <w:rPr>
          <w:rFonts w:ascii="Calibri Light" w:hAnsi="Calibri Light" w:cs="Calibri Light"/>
          <w:sz w:val="24"/>
          <w:szCs w:val="24"/>
        </w:rPr>
      </w:pPr>
      <w:r w:rsidRPr="00EC5363">
        <w:rPr>
          <w:rFonts w:ascii="Calibri Light" w:hAnsi="Calibri Light" w:cs="Calibri Light"/>
          <w:sz w:val="24"/>
          <w:szCs w:val="24"/>
        </w:rPr>
        <w:t>Fees, payment arrangements, notice periods and charges for booked sessions are set out in Lympstone Preschool’s Funding and Fees Policy.</w:t>
      </w:r>
    </w:p>
    <w:p w:rsidRPr="00EC5363" w:rsidR="00322885" w:rsidP="00EC5363" w:rsidRDefault="00000000" w14:paraId="0334BB76" w14:textId="77777777">
      <w:pPr>
        <w:rPr>
          <w:rFonts w:ascii="Calibri Light" w:hAnsi="Calibri Light" w:cs="Calibri Light"/>
          <w:b/>
          <w:bCs/>
          <w:sz w:val="24"/>
          <w:szCs w:val="24"/>
        </w:rPr>
      </w:pPr>
      <w:r w:rsidRPr="00EC5363">
        <w:rPr>
          <w:rFonts w:ascii="Calibri Light" w:hAnsi="Calibri Light" w:cs="Calibri Light"/>
          <w:b/>
          <w:bCs/>
          <w:sz w:val="24"/>
          <w:szCs w:val="24"/>
        </w:rPr>
        <w:t>Attendance Notification</w:t>
      </w:r>
    </w:p>
    <w:p w:rsidRPr="00EC5363" w:rsidR="00322885" w:rsidP="00EC5363" w:rsidRDefault="00000000" w14:paraId="190851DF" w14:textId="77777777">
      <w:pPr>
        <w:rPr>
          <w:rFonts w:ascii="Calibri Light" w:hAnsi="Calibri Light" w:cs="Calibri Light"/>
          <w:sz w:val="24"/>
          <w:szCs w:val="24"/>
        </w:rPr>
      </w:pPr>
      <w:r w:rsidRPr="00EC5363">
        <w:rPr>
          <w:rFonts w:ascii="Calibri Light" w:hAnsi="Calibri Light" w:cs="Calibri Light"/>
          <w:sz w:val="24"/>
          <w:szCs w:val="24"/>
        </w:rPr>
        <w:t>Parents/carers must inform Lympstone Preschool directly if their child will not attend a booked session. Lympstone Church of England Primary School does not routinely pass absence or attendance information to us. You must notify us separately, even if the school already knows your child is absent.</w:t>
      </w:r>
    </w:p>
    <w:p w:rsidR="00EC5363" w:rsidP="00EC5363" w:rsidRDefault="00000000" w14:paraId="18FBE576" w14:textId="77777777">
      <w:pPr>
        <w:rPr>
          <w:rFonts w:ascii="Calibri Light" w:hAnsi="Calibri Light" w:cs="Calibri Light"/>
          <w:sz w:val="24"/>
          <w:szCs w:val="24"/>
        </w:rPr>
      </w:pPr>
      <w:r w:rsidRPr="00EC5363">
        <w:rPr>
          <w:rFonts w:ascii="Calibri Light" w:hAnsi="Calibri Light" w:cs="Calibri Light"/>
          <w:sz w:val="24"/>
          <w:szCs w:val="24"/>
        </w:rPr>
        <w:t xml:space="preserve">This is particularly important for After School Club, as staff will be expecting all </w:t>
      </w:r>
      <w:proofErr w:type="gramStart"/>
      <w:r w:rsidRPr="00EC5363">
        <w:rPr>
          <w:rFonts w:ascii="Calibri Light" w:hAnsi="Calibri Light" w:cs="Calibri Light"/>
          <w:sz w:val="24"/>
          <w:szCs w:val="24"/>
        </w:rPr>
        <w:t>children booked</w:t>
      </w:r>
      <w:proofErr w:type="gramEnd"/>
      <w:r w:rsidRPr="00EC5363">
        <w:rPr>
          <w:rFonts w:ascii="Calibri Light" w:hAnsi="Calibri Light" w:cs="Calibri Light"/>
          <w:sz w:val="24"/>
          <w:szCs w:val="24"/>
        </w:rPr>
        <w:t xml:space="preserve"> to attend.</w:t>
      </w:r>
    </w:p>
    <w:p w:rsidR="00EC5363" w:rsidP="00EC5363" w:rsidRDefault="00EC5363" w14:paraId="6B56084F" w14:textId="77777777">
      <w:pPr>
        <w:rPr>
          <w:rFonts w:ascii="Calibri Light" w:hAnsi="Calibri Light" w:cs="Calibri Light"/>
          <w:sz w:val="24"/>
          <w:szCs w:val="24"/>
        </w:rPr>
      </w:pPr>
    </w:p>
    <w:p w:rsidRPr="00EC5363" w:rsidR="00322885" w:rsidP="00EC5363" w:rsidRDefault="00000000" w14:paraId="18F43C1D" w14:textId="129EA614">
      <w:pPr>
        <w:rPr>
          <w:rFonts w:ascii="Calibri Light" w:hAnsi="Calibri Light" w:cs="Calibri Light"/>
          <w:sz w:val="24"/>
          <w:szCs w:val="24"/>
        </w:rPr>
      </w:pPr>
      <w:r w:rsidRPr="00EC5363">
        <w:rPr>
          <w:rFonts w:ascii="Calibri" w:hAnsi="Calibri" w:cs="Calibri"/>
          <w:b/>
          <w:bCs/>
          <w:sz w:val="24"/>
          <w:szCs w:val="24"/>
        </w:rPr>
        <w:t>First Aid and Emergency Medical Help</w:t>
      </w:r>
    </w:p>
    <w:p w:rsidRPr="00EC5363" w:rsidR="00322885" w:rsidP="00EC5363" w:rsidRDefault="00000000" w14:paraId="6CB2DF6D" w14:textId="77777777">
      <w:pPr>
        <w:rPr>
          <w:rFonts w:ascii="Calibri Light" w:hAnsi="Calibri Light" w:cs="Calibri Light"/>
          <w:sz w:val="24"/>
          <w:szCs w:val="24"/>
        </w:rPr>
      </w:pPr>
      <w:r w:rsidRPr="00EC5363">
        <w:rPr>
          <w:rFonts w:ascii="Calibri Light" w:hAnsi="Calibri Light" w:cs="Calibri Light"/>
          <w:sz w:val="24"/>
          <w:szCs w:val="24"/>
        </w:rPr>
        <w:t xml:space="preserve">I give permission for appropriately trained staff to provide routine first aid when necessary, including cleaning and dressing minor wounds and applying plasters.    </w:t>
      </w:r>
      <w:r w:rsidRPr="00EC5363">
        <w:rPr>
          <w:rFonts w:ascii="Segoe UI Symbol" w:hAnsi="Segoe UI Symbol" w:cs="Segoe UI Symbol"/>
          <w:sz w:val="24"/>
          <w:szCs w:val="24"/>
        </w:rPr>
        <w:t>☐</w:t>
      </w:r>
      <w:r w:rsidRPr="00EC5363">
        <w:rPr>
          <w:rFonts w:ascii="Calibri Light" w:hAnsi="Calibri Light" w:cs="Calibri Light"/>
          <w:sz w:val="24"/>
          <w:szCs w:val="24"/>
        </w:rPr>
        <w:t xml:space="preserve"> Yes    </w:t>
      </w:r>
      <w:r w:rsidRPr="00EC5363">
        <w:rPr>
          <w:rFonts w:ascii="Segoe UI Symbol" w:hAnsi="Segoe UI Symbol" w:cs="Segoe UI Symbol"/>
          <w:sz w:val="24"/>
          <w:szCs w:val="24"/>
        </w:rPr>
        <w:t>☐</w:t>
      </w:r>
      <w:r w:rsidRPr="00EC5363">
        <w:rPr>
          <w:rFonts w:ascii="Calibri Light" w:hAnsi="Calibri Light" w:cs="Calibri Light"/>
          <w:sz w:val="24"/>
          <w:szCs w:val="24"/>
        </w:rPr>
        <w:t xml:space="preserve"> No</w:t>
      </w:r>
    </w:p>
    <w:p w:rsidRPr="00EC5363" w:rsidR="00322885" w:rsidP="00EC5363" w:rsidRDefault="00000000" w14:paraId="25324FF6" w14:textId="77777777">
      <w:pPr>
        <w:rPr>
          <w:rFonts w:ascii="Calibri Light" w:hAnsi="Calibri Light" w:cs="Calibri Light"/>
          <w:sz w:val="24"/>
          <w:szCs w:val="24"/>
        </w:rPr>
      </w:pPr>
      <w:r w:rsidRPr="00EC5363">
        <w:rPr>
          <w:rFonts w:ascii="Calibri Light" w:hAnsi="Calibri Light" w:cs="Calibri Light"/>
          <w:sz w:val="24"/>
          <w:szCs w:val="24"/>
        </w:rPr>
        <w:t xml:space="preserve">If you select No or have concerns about </w:t>
      </w:r>
      <w:proofErr w:type="gramStart"/>
      <w:r w:rsidRPr="00EC5363">
        <w:rPr>
          <w:rFonts w:ascii="Calibri Light" w:hAnsi="Calibri Light" w:cs="Calibri Light"/>
          <w:sz w:val="24"/>
          <w:szCs w:val="24"/>
        </w:rPr>
        <w:t>particular first</w:t>
      </w:r>
      <w:proofErr w:type="gramEnd"/>
      <w:r w:rsidRPr="00EC5363">
        <w:rPr>
          <w:rFonts w:ascii="Calibri Light" w:hAnsi="Calibri Light" w:cs="Calibri Light"/>
          <w:sz w:val="24"/>
          <w:szCs w:val="24"/>
        </w:rPr>
        <w:t xml:space="preserve"> aid products or treatments, please discuss these with the office before your child attends.</w:t>
      </w:r>
    </w:p>
    <w:p w:rsidRPr="00EC5363" w:rsidR="00322885" w:rsidP="00EC5363" w:rsidRDefault="00000000" w14:paraId="1632517C" w14:textId="77777777">
      <w:pPr>
        <w:rPr>
          <w:rFonts w:ascii="Calibri Light" w:hAnsi="Calibri Light" w:cs="Calibri Light"/>
          <w:sz w:val="24"/>
          <w:szCs w:val="24"/>
        </w:rPr>
      </w:pPr>
      <w:r w:rsidRPr="00EC5363">
        <w:rPr>
          <w:rFonts w:ascii="Calibri Light" w:hAnsi="Calibri Light" w:cs="Calibri Light"/>
          <w:sz w:val="24"/>
          <w:szCs w:val="24"/>
        </w:rPr>
        <w:t>In an accident, illness or medical emergency, staff will act promptly, seek urgent medical advice or call an ambulance where needed, and make every reasonable effort to contact parents/carers. Necessary emergency help will not be delayed while staff try to contact you. Healthcare professionals will make decisions about medical treatment and consent.</w:t>
      </w:r>
    </w:p>
    <w:p w:rsidRPr="00EC5363" w:rsidR="00322885" w:rsidP="00EC5363" w:rsidRDefault="00000000" w14:paraId="236CAF9B" w14:textId="77777777">
      <w:pPr>
        <w:rPr>
          <w:rFonts w:ascii="Calibri Light" w:hAnsi="Calibri Light" w:cs="Calibri Light"/>
          <w:sz w:val="24"/>
          <w:szCs w:val="24"/>
        </w:rPr>
      </w:pPr>
      <w:r w:rsidRPr="00EC5363">
        <w:rPr>
          <w:rFonts w:ascii="Calibri Light" w:hAnsi="Calibri Light" w:cs="Calibri Light"/>
          <w:sz w:val="24"/>
          <w:szCs w:val="24"/>
        </w:rPr>
        <w:t>Emergency Medication Permissions</w:t>
      </w:r>
    </w:p>
    <w:p w:rsidRPr="00EC5363" w:rsidR="00322885" w:rsidP="00EC5363" w:rsidRDefault="00000000" w14:paraId="1B999192" w14:textId="77777777">
      <w:pPr>
        <w:rPr>
          <w:rFonts w:ascii="Calibri Light" w:hAnsi="Calibri Light" w:cs="Calibri Light"/>
          <w:sz w:val="24"/>
          <w:szCs w:val="24"/>
        </w:rPr>
      </w:pPr>
      <w:r w:rsidRPr="00EC5363">
        <w:rPr>
          <w:rFonts w:ascii="Calibri Light" w:hAnsi="Calibri Light" w:cs="Calibri Light"/>
          <w:sz w:val="24"/>
          <w:szCs w:val="24"/>
        </w:rPr>
        <w:t>If I cannot be contacted, I give permission for the following medication held by the preschool to be administered in an emergency only, in accordance with the Administration of Medication Policy:</w:t>
      </w:r>
    </w:p>
    <w:tbl>
      <w:tblPr>
        <w:tblW w:w="0" w:type="auto"/>
        <w:tblLayout w:type="fixed"/>
        <w:tblLook w:val="04A0" w:firstRow="1" w:lastRow="0" w:firstColumn="1" w:lastColumn="0" w:noHBand="0" w:noVBand="1"/>
      </w:tblPr>
      <w:tblGrid>
        <w:gridCol w:w="7654"/>
        <w:gridCol w:w="1134"/>
        <w:gridCol w:w="1134"/>
      </w:tblGrid>
      <w:tr w:rsidRPr="00EC5363" w:rsidR="00322885" w14:paraId="0DD6A453" w14:textId="77777777">
        <w:trPr>
          <w:cantSplit/>
          <w:tblHeader/>
        </w:trPr>
        <w:tc>
          <w:tcPr>
            <w:tcW w:w="7654" w:type="dxa"/>
            <w:tcBorders>
              <w:top w:val="single" w:color="D9D9D9" w:sz="4" w:space="0"/>
              <w:left w:val="single" w:color="D9D9D9" w:sz="4" w:space="0"/>
              <w:bottom w:val="single" w:color="D9D9D9" w:sz="4" w:space="0"/>
              <w:right w:val="single" w:color="D9D9D9" w:sz="4" w:space="0"/>
            </w:tcBorders>
            <w:shd w:val="clear" w:color="auto" w:fill="EDEDED"/>
            <w:tcMar>
              <w:top w:w="65" w:type="dxa"/>
              <w:left w:w="65" w:type="dxa"/>
              <w:bottom w:w="65" w:type="dxa"/>
              <w:right w:w="65" w:type="dxa"/>
            </w:tcMar>
            <w:vAlign w:val="center"/>
          </w:tcPr>
          <w:p w:rsidRPr="00EC5363" w:rsidR="00322885" w:rsidP="00EC5363" w:rsidRDefault="00000000" w14:paraId="6D7253B8" w14:textId="77777777">
            <w:pPr>
              <w:rPr>
                <w:rFonts w:ascii="Calibri Light" w:hAnsi="Calibri Light" w:cs="Calibri Light"/>
                <w:sz w:val="24"/>
                <w:szCs w:val="24"/>
              </w:rPr>
            </w:pPr>
            <w:proofErr w:type="gramStart"/>
            <w:r w:rsidRPr="00EC5363">
              <w:rPr>
                <w:rFonts w:ascii="Calibri Light" w:hAnsi="Calibri Light" w:cs="Calibri Light"/>
                <w:b/>
                <w:sz w:val="24"/>
                <w:szCs w:val="24"/>
              </w:rPr>
              <w:t>Particular medicine</w:t>
            </w:r>
            <w:proofErr w:type="gramEnd"/>
          </w:p>
        </w:tc>
        <w:tc>
          <w:tcPr>
            <w:tcW w:w="1134" w:type="dxa"/>
            <w:tcBorders>
              <w:top w:val="single" w:color="D9D9D9" w:sz="4" w:space="0"/>
              <w:left w:val="single" w:color="D9D9D9" w:sz="4" w:space="0"/>
              <w:bottom w:val="single" w:color="D9D9D9" w:sz="4" w:space="0"/>
              <w:right w:val="single" w:color="D9D9D9" w:sz="4" w:space="0"/>
            </w:tcBorders>
            <w:shd w:val="clear" w:color="auto" w:fill="EDEDED"/>
            <w:tcMar>
              <w:top w:w="65" w:type="dxa"/>
              <w:left w:w="65" w:type="dxa"/>
              <w:bottom w:w="65" w:type="dxa"/>
              <w:right w:w="65" w:type="dxa"/>
            </w:tcMar>
            <w:vAlign w:val="center"/>
          </w:tcPr>
          <w:p w:rsidRPr="00EC5363" w:rsidR="00322885" w:rsidP="00EC5363" w:rsidRDefault="00000000" w14:paraId="5602B733" w14:textId="77777777">
            <w:pPr>
              <w:rPr>
                <w:rFonts w:ascii="Calibri Light" w:hAnsi="Calibri Light" w:cs="Calibri Light"/>
                <w:sz w:val="24"/>
                <w:szCs w:val="24"/>
              </w:rPr>
            </w:pPr>
            <w:r w:rsidRPr="00EC5363">
              <w:rPr>
                <w:rFonts w:ascii="Calibri Light" w:hAnsi="Calibri Light" w:cs="Calibri Light"/>
                <w:b/>
                <w:sz w:val="24"/>
                <w:szCs w:val="24"/>
              </w:rPr>
              <w:t>Yes</w:t>
            </w:r>
          </w:p>
        </w:tc>
        <w:tc>
          <w:tcPr>
            <w:tcW w:w="1134" w:type="dxa"/>
            <w:tcBorders>
              <w:top w:val="single" w:color="D9D9D9" w:sz="4" w:space="0"/>
              <w:left w:val="single" w:color="D9D9D9" w:sz="4" w:space="0"/>
              <w:bottom w:val="single" w:color="D9D9D9" w:sz="4" w:space="0"/>
              <w:right w:val="single" w:color="D9D9D9" w:sz="4" w:space="0"/>
            </w:tcBorders>
            <w:shd w:val="clear" w:color="auto" w:fill="EDEDED"/>
            <w:tcMar>
              <w:top w:w="65" w:type="dxa"/>
              <w:left w:w="65" w:type="dxa"/>
              <w:bottom w:w="65" w:type="dxa"/>
              <w:right w:w="65" w:type="dxa"/>
            </w:tcMar>
            <w:vAlign w:val="center"/>
          </w:tcPr>
          <w:p w:rsidRPr="00EC5363" w:rsidR="00322885" w:rsidP="00EC5363" w:rsidRDefault="00000000" w14:paraId="413AF505" w14:textId="77777777">
            <w:pPr>
              <w:rPr>
                <w:rFonts w:ascii="Calibri Light" w:hAnsi="Calibri Light" w:cs="Calibri Light"/>
                <w:sz w:val="24"/>
                <w:szCs w:val="24"/>
              </w:rPr>
            </w:pPr>
            <w:r w:rsidRPr="00EC5363">
              <w:rPr>
                <w:rFonts w:ascii="Calibri Light" w:hAnsi="Calibri Light" w:cs="Calibri Light"/>
                <w:b/>
                <w:sz w:val="24"/>
                <w:szCs w:val="24"/>
              </w:rPr>
              <w:t>No</w:t>
            </w:r>
          </w:p>
        </w:tc>
      </w:tr>
      <w:tr w:rsidRPr="00EC5363" w:rsidR="00322885" w14:paraId="04D47033" w14:textId="77777777">
        <w:trPr>
          <w:cantSplit/>
        </w:trPr>
        <w:tc>
          <w:tcPr>
            <w:tcW w:w="7654"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EC5363" w:rsidR="00322885" w:rsidP="00EC5363" w:rsidRDefault="00000000" w14:paraId="7E6AC004" w14:textId="77777777">
            <w:pPr>
              <w:rPr>
                <w:rFonts w:ascii="Calibri Light" w:hAnsi="Calibri Light" w:cs="Calibri Light"/>
                <w:sz w:val="24"/>
                <w:szCs w:val="24"/>
              </w:rPr>
            </w:pPr>
            <w:r w:rsidRPr="00EC5363">
              <w:rPr>
                <w:rFonts w:ascii="Calibri Light" w:hAnsi="Calibri Light" w:cs="Calibri Light"/>
                <w:sz w:val="24"/>
                <w:szCs w:val="24"/>
              </w:rPr>
              <w:t>Calpol Infant Sugar Free Oral Suspension</w:t>
            </w:r>
            <w:r w:rsidRPr="00EC5363">
              <w:rPr>
                <w:rFonts w:ascii="Calibri Light" w:hAnsi="Calibri Light" w:cs="Calibri Light"/>
                <w:sz w:val="24"/>
                <w:szCs w:val="24"/>
              </w:rPr>
              <w:br/>
            </w:r>
            <w:r w:rsidRPr="00EC5363">
              <w:rPr>
                <w:rFonts w:ascii="Calibri Light" w:hAnsi="Calibri Light" w:cs="Calibri Light"/>
                <w:sz w:val="24"/>
                <w:szCs w:val="24"/>
              </w:rPr>
              <w:t>Paracetamol 120 mg per 5 ml</w:t>
            </w:r>
          </w:p>
        </w:tc>
        <w:tc>
          <w:tcPr>
            <w:tcW w:w="1134"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EC5363" w:rsidR="00322885" w:rsidP="00EC5363" w:rsidRDefault="00000000" w14:paraId="60555EAD" w14:textId="77777777">
            <w:pPr>
              <w:rPr>
                <w:rFonts w:ascii="Calibri Light" w:hAnsi="Calibri Light" w:cs="Calibri Light"/>
                <w:sz w:val="24"/>
                <w:szCs w:val="24"/>
              </w:rPr>
            </w:pPr>
            <w:r w:rsidRPr="00EC5363">
              <w:rPr>
                <w:rFonts w:ascii="Segoe UI Symbol" w:hAnsi="Segoe UI Symbol" w:cs="Segoe UI Symbol"/>
                <w:sz w:val="24"/>
                <w:szCs w:val="24"/>
              </w:rPr>
              <w:t>☐</w:t>
            </w:r>
          </w:p>
        </w:tc>
        <w:tc>
          <w:tcPr>
            <w:tcW w:w="1134"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EC5363" w:rsidR="00322885" w:rsidP="00EC5363" w:rsidRDefault="00000000" w14:paraId="461DEB30" w14:textId="77777777">
            <w:pPr>
              <w:rPr>
                <w:rFonts w:ascii="Calibri Light" w:hAnsi="Calibri Light" w:cs="Calibri Light"/>
                <w:sz w:val="24"/>
                <w:szCs w:val="24"/>
              </w:rPr>
            </w:pPr>
            <w:r w:rsidRPr="00EC5363">
              <w:rPr>
                <w:rFonts w:ascii="Segoe UI Symbol" w:hAnsi="Segoe UI Symbol" w:cs="Segoe UI Symbol"/>
                <w:sz w:val="24"/>
                <w:szCs w:val="24"/>
              </w:rPr>
              <w:t>☐</w:t>
            </w:r>
          </w:p>
        </w:tc>
      </w:tr>
      <w:tr w:rsidRPr="00EC5363" w:rsidR="00322885" w14:paraId="288419D1" w14:textId="77777777">
        <w:trPr>
          <w:cantSplit/>
        </w:trPr>
        <w:tc>
          <w:tcPr>
            <w:tcW w:w="7654"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EC5363" w:rsidR="00322885" w:rsidP="00EC5363" w:rsidRDefault="00000000" w14:paraId="64E10D3F" w14:textId="77777777">
            <w:pPr>
              <w:rPr>
                <w:rFonts w:ascii="Calibri Light" w:hAnsi="Calibri Light" w:cs="Calibri Light"/>
                <w:sz w:val="24"/>
                <w:szCs w:val="24"/>
              </w:rPr>
            </w:pPr>
            <w:r w:rsidRPr="00EC5363">
              <w:rPr>
                <w:rFonts w:ascii="Calibri Light" w:hAnsi="Calibri Light" w:cs="Calibri Light"/>
                <w:sz w:val="24"/>
                <w:szCs w:val="24"/>
              </w:rPr>
              <w:t>Piriton Syrup</w:t>
            </w:r>
            <w:r w:rsidRPr="00EC5363">
              <w:rPr>
                <w:rFonts w:ascii="Calibri Light" w:hAnsi="Calibri Light" w:cs="Calibri Light"/>
                <w:sz w:val="24"/>
                <w:szCs w:val="24"/>
              </w:rPr>
              <w:br/>
            </w:r>
            <w:r w:rsidRPr="00EC5363">
              <w:rPr>
                <w:rFonts w:ascii="Calibri Light" w:hAnsi="Calibri Light" w:cs="Calibri Light"/>
                <w:sz w:val="24"/>
                <w:szCs w:val="24"/>
              </w:rPr>
              <w:t>Chlorphenamine maleate 2 mg per 5 ml</w:t>
            </w:r>
          </w:p>
        </w:tc>
        <w:tc>
          <w:tcPr>
            <w:tcW w:w="1134"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EC5363" w:rsidR="00322885" w:rsidP="00EC5363" w:rsidRDefault="00000000" w14:paraId="28C616FC" w14:textId="77777777">
            <w:pPr>
              <w:rPr>
                <w:rFonts w:ascii="Calibri Light" w:hAnsi="Calibri Light" w:cs="Calibri Light"/>
                <w:sz w:val="24"/>
                <w:szCs w:val="24"/>
              </w:rPr>
            </w:pPr>
            <w:r w:rsidRPr="00EC5363">
              <w:rPr>
                <w:rFonts w:ascii="Segoe UI Symbol" w:hAnsi="Segoe UI Symbol" w:cs="Segoe UI Symbol"/>
                <w:sz w:val="24"/>
                <w:szCs w:val="24"/>
              </w:rPr>
              <w:t>☐</w:t>
            </w:r>
          </w:p>
        </w:tc>
        <w:tc>
          <w:tcPr>
            <w:tcW w:w="1134"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EC5363" w:rsidR="00322885" w:rsidP="00EC5363" w:rsidRDefault="00000000" w14:paraId="526C8701" w14:textId="77777777">
            <w:pPr>
              <w:rPr>
                <w:rFonts w:ascii="Calibri Light" w:hAnsi="Calibri Light" w:cs="Calibri Light"/>
                <w:sz w:val="24"/>
                <w:szCs w:val="24"/>
              </w:rPr>
            </w:pPr>
            <w:r w:rsidRPr="00EC5363">
              <w:rPr>
                <w:rFonts w:ascii="Segoe UI Symbol" w:hAnsi="Segoe UI Symbol" w:cs="Segoe UI Symbol"/>
                <w:sz w:val="24"/>
                <w:szCs w:val="24"/>
              </w:rPr>
              <w:t>☐</w:t>
            </w:r>
          </w:p>
        </w:tc>
      </w:tr>
    </w:tbl>
    <w:p w:rsidRPr="00EC5363" w:rsidR="00322885" w:rsidP="00EC5363" w:rsidRDefault="00322885" w14:paraId="6EDF2257" w14:textId="77777777">
      <w:pPr>
        <w:rPr>
          <w:rFonts w:ascii="Calibri Light" w:hAnsi="Calibri Light" w:cs="Calibri Light"/>
          <w:sz w:val="24"/>
          <w:szCs w:val="24"/>
        </w:rPr>
      </w:pPr>
    </w:p>
    <w:p w:rsidRPr="00EC5363" w:rsidR="00322885" w:rsidP="00EC5363" w:rsidRDefault="00000000" w14:paraId="01356563" w14:textId="77777777">
      <w:pPr>
        <w:rPr>
          <w:rFonts w:ascii="Calibri Light" w:hAnsi="Calibri Light" w:cs="Calibri Light"/>
          <w:sz w:val="24"/>
          <w:szCs w:val="24"/>
        </w:rPr>
      </w:pPr>
      <w:r w:rsidRPr="00EC5363">
        <w:rPr>
          <w:rFonts w:ascii="Calibri Light" w:hAnsi="Calibri Light" w:cs="Calibri Light"/>
          <w:sz w:val="24"/>
          <w:szCs w:val="24"/>
        </w:rPr>
        <w:t>Staff will check suitability, the correct dose and any previous doses before administration. These medicines do not replace or delay urgent medical assessment or treatment.</w:t>
      </w:r>
    </w:p>
    <w:p w:rsidRPr="00EC5363" w:rsidR="00322885" w:rsidP="00EC5363" w:rsidRDefault="00000000" w14:paraId="787F2B27" w14:textId="77777777">
      <w:pPr>
        <w:rPr>
          <w:rFonts w:ascii="Calibri Light" w:hAnsi="Calibri Light" w:cs="Calibri Light"/>
          <w:sz w:val="24"/>
          <w:szCs w:val="24"/>
        </w:rPr>
      </w:pPr>
      <w:r w:rsidRPr="00EC5363">
        <w:rPr>
          <w:rFonts w:ascii="Calibri Light" w:hAnsi="Calibri Light" w:cs="Calibri Light"/>
          <w:sz w:val="24"/>
          <w:szCs w:val="24"/>
        </w:rPr>
        <w:t>Please give details of any known reaction or reason your child must not receive either medicine:</w:t>
      </w:r>
    </w:p>
    <w:p w:rsidRPr="00EC5363" w:rsidR="00322885" w:rsidP="00EC5363" w:rsidRDefault="00000000" w14:paraId="41A76D1B" w14:textId="77777777">
      <w:pPr>
        <w:rPr>
          <w:rFonts w:ascii="Calibri Light" w:hAnsi="Calibri Light" w:cs="Calibri Light"/>
          <w:sz w:val="24"/>
          <w:szCs w:val="24"/>
        </w:rPr>
      </w:pPr>
      <w:r w:rsidRPr="00EC5363">
        <w:rPr>
          <w:rFonts w:ascii="Calibri Light" w:hAnsi="Calibri Light" w:cs="Calibri Light"/>
          <w:sz w:val="24"/>
          <w:szCs w:val="24"/>
        </w:rPr>
        <w:t>....................................................................................................</w:t>
      </w:r>
    </w:p>
    <w:p w:rsidR="00322885" w:rsidP="003C6461" w:rsidRDefault="00000000" w14:paraId="4F118671" w14:textId="77777777">
      <w:pPr>
        <w:spacing w:line="360" w:lineRule="auto"/>
        <w:rPr>
          <w:rFonts w:ascii="Calibri Light" w:hAnsi="Calibri Light" w:cs="Calibri Light"/>
          <w:sz w:val="24"/>
          <w:szCs w:val="24"/>
        </w:rPr>
      </w:pPr>
      <w:r w:rsidRPr="00EC5363">
        <w:rPr>
          <w:rFonts w:ascii="Calibri Light" w:hAnsi="Calibri Light" w:cs="Calibri Light"/>
          <w:sz w:val="24"/>
          <w:szCs w:val="24"/>
        </w:rPr>
        <w:t>Signed ........................................................   Date ............................</w:t>
      </w:r>
    </w:p>
    <w:p w:rsidRPr="00EC5363" w:rsidR="007C0D5D" w:rsidP="007C0D5D" w:rsidRDefault="007C0D5D" w14:paraId="6D427D8A" w14:textId="77777777">
      <w:pPr>
        <w:spacing w:after="0" w:line="360" w:lineRule="auto"/>
        <w:rPr>
          <w:rFonts w:ascii="Calibri Light" w:hAnsi="Calibri Light" w:cs="Calibri Light"/>
          <w:sz w:val="24"/>
          <w:szCs w:val="24"/>
        </w:rPr>
      </w:pPr>
    </w:p>
    <w:p w:rsidRPr="007C0D5D" w:rsidR="00322885" w:rsidP="00EC5363" w:rsidRDefault="00000000" w14:paraId="6E5F6A86" w14:textId="77777777">
      <w:pPr>
        <w:rPr>
          <w:rFonts w:ascii="Calibri" w:hAnsi="Calibri" w:cs="Calibri"/>
          <w:b/>
          <w:bCs/>
          <w:sz w:val="24"/>
          <w:szCs w:val="24"/>
        </w:rPr>
      </w:pPr>
      <w:r w:rsidRPr="007C0D5D">
        <w:rPr>
          <w:rFonts w:ascii="Calibri" w:hAnsi="Calibri" w:cs="Calibri"/>
          <w:b/>
          <w:bCs/>
          <w:sz w:val="24"/>
          <w:szCs w:val="24"/>
        </w:rPr>
        <w:t>Intimate Care</w:t>
      </w:r>
    </w:p>
    <w:p w:rsidR="003C6461" w:rsidP="003C6461" w:rsidRDefault="00000000" w14:paraId="5D208C37" w14:textId="62272CEA">
      <w:pPr>
        <w:rPr>
          <w:rFonts w:ascii="Calibri Light" w:hAnsi="Calibri Light" w:cs="Calibri Light"/>
          <w:sz w:val="24"/>
          <w:szCs w:val="24"/>
        </w:rPr>
      </w:pPr>
      <w:r w:rsidRPr="00EC5363">
        <w:rPr>
          <w:rFonts w:ascii="Calibri Light" w:hAnsi="Calibri Light" w:cs="Calibri Light"/>
          <w:sz w:val="24"/>
          <w:szCs w:val="24"/>
        </w:rPr>
        <w:t xml:space="preserve">I give permission for staff to provide appropriate intimate care support when needed, including help with toileting, changing nappies or soiled clothing, and washing.    </w:t>
      </w:r>
      <w:r w:rsidRPr="00EC5363">
        <w:rPr>
          <w:rFonts w:ascii="Segoe UI Symbol" w:hAnsi="Segoe UI Symbol" w:cs="Segoe UI Symbol"/>
          <w:sz w:val="24"/>
          <w:szCs w:val="24"/>
        </w:rPr>
        <w:t>☐</w:t>
      </w:r>
      <w:r w:rsidRPr="00EC5363">
        <w:rPr>
          <w:rFonts w:ascii="Calibri Light" w:hAnsi="Calibri Light" w:cs="Calibri Light"/>
          <w:sz w:val="24"/>
          <w:szCs w:val="24"/>
        </w:rPr>
        <w:t xml:space="preserve"> Yes    </w:t>
      </w:r>
      <w:r w:rsidRPr="00EC5363">
        <w:rPr>
          <w:rFonts w:ascii="Segoe UI Symbol" w:hAnsi="Segoe UI Symbol" w:cs="Segoe UI Symbol"/>
          <w:sz w:val="24"/>
          <w:szCs w:val="24"/>
        </w:rPr>
        <w:t>☐</w:t>
      </w:r>
      <w:r w:rsidRPr="00EC5363">
        <w:rPr>
          <w:rFonts w:ascii="Calibri Light" w:hAnsi="Calibri Light" w:cs="Calibri Light"/>
          <w:sz w:val="24"/>
          <w:szCs w:val="24"/>
        </w:rPr>
        <w:t xml:space="preserve"> No</w:t>
      </w:r>
    </w:p>
    <w:p w:rsidRPr="00EC5363" w:rsidR="007C0D5D" w:rsidP="007C0D5D" w:rsidRDefault="007C0D5D" w14:paraId="625E34C8" w14:textId="77777777">
      <w:pPr>
        <w:spacing w:after="0"/>
        <w:rPr>
          <w:rFonts w:ascii="Calibri Light" w:hAnsi="Calibri Light" w:cs="Calibri Light"/>
          <w:sz w:val="24"/>
          <w:szCs w:val="24"/>
        </w:rPr>
      </w:pPr>
    </w:p>
    <w:p w:rsidRPr="007C0D5D" w:rsidR="00322885" w:rsidP="00EC5363" w:rsidRDefault="00000000" w14:paraId="2A73E28C" w14:textId="77777777">
      <w:pPr>
        <w:rPr>
          <w:rFonts w:ascii="Calibri" w:hAnsi="Calibri" w:cs="Calibri"/>
          <w:b/>
          <w:bCs/>
          <w:sz w:val="24"/>
          <w:szCs w:val="24"/>
        </w:rPr>
      </w:pPr>
      <w:r w:rsidRPr="007C0D5D">
        <w:rPr>
          <w:rFonts w:ascii="Calibri" w:hAnsi="Calibri" w:cs="Calibri"/>
          <w:b/>
          <w:bCs/>
          <w:sz w:val="24"/>
          <w:szCs w:val="24"/>
        </w:rPr>
        <w:t>Sun Safety</w:t>
      </w:r>
    </w:p>
    <w:p w:rsidRPr="00EC5363" w:rsidR="00322885" w:rsidP="00EC5363" w:rsidRDefault="00000000" w14:paraId="3AC6D872" w14:textId="77777777">
      <w:pPr>
        <w:rPr>
          <w:rFonts w:ascii="Calibri Light" w:hAnsi="Calibri Light" w:cs="Calibri Light"/>
          <w:sz w:val="24"/>
          <w:szCs w:val="24"/>
        </w:rPr>
      </w:pPr>
      <w:r w:rsidRPr="00EC5363">
        <w:rPr>
          <w:rFonts w:ascii="Calibri Light" w:hAnsi="Calibri Light" w:cs="Calibri Light"/>
          <w:sz w:val="24"/>
          <w:szCs w:val="24"/>
        </w:rPr>
        <w:t>Please apply sunscreen before attendance during warmer weather. Children will wear a sunhat when in direct sunlight, and staff will reapply sunscreen when necessary.</w:t>
      </w:r>
    </w:p>
    <w:p w:rsidRPr="00EC5363" w:rsidR="00322885" w:rsidP="00EC5363" w:rsidRDefault="00000000" w14:paraId="796A611B" w14:textId="77777777">
      <w:pPr>
        <w:rPr>
          <w:rFonts w:ascii="Calibri Light" w:hAnsi="Calibri Light" w:cs="Calibri Light"/>
          <w:sz w:val="24"/>
          <w:szCs w:val="24"/>
        </w:rPr>
      </w:pPr>
      <w:r w:rsidRPr="00EC5363">
        <w:rPr>
          <w:rFonts w:ascii="Calibri Light" w:hAnsi="Calibri Light" w:cs="Calibri Light"/>
          <w:sz w:val="24"/>
          <w:szCs w:val="24"/>
        </w:rPr>
        <w:t xml:space="preserve">I give permission for staff to apply the preschool’s sunscreen to my child.    </w:t>
      </w:r>
      <w:r w:rsidRPr="00EC5363">
        <w:rPr>
          <w:rFonts w:ascii="Segoe UI Symbol" w:hAnsi="Segoe UI Symbol" w:cs="Segoe UI Symbol"/>
          <w:sz w:val="24"/>
          <w:szCs w:val="24"/>
        </w:rPr>
        <w:t>☐</w:t>
      </w:r>
      <w:r w:rsidRPr="00EC5363">
        <w:rPr>
          <w:rFonts w:ascii="Calibri Light" w:hAnsi="Calibri Light" w:cs="Calibri Light"/>
          <w:sz w:val="24"/>
          <w:szCs w:val="24"/>
        </w:rPr>
        <w:t xml:space="preserve"> Yes    </w:t>
      </w:r>
      <w:r w:rsidRPr="00EC5363">
        <w:rPr>
          <w:rFonts w:ascii="Segoe UI Symbol" w:hAnsi="Segoe UI Symbol" w:cs="Segoe UI Symbol"/>
          <w:sz w:val="24"/>
          <w:szCs w:val="24"/>
        </w:rPr>
        <w:t>☐</w:t>
      </w:r>
      <w:r w:rsidRPr="00EC5363">
        <w:rPr>
          <w:rFonts w:ascii="Calibri Light" w:hAnsi="Calibri Light" w:cs="Calibri Light"/>
          <w:sz w:val="24"/>
          <w:szCs w:val="24"/>
        </w:rPr>
        <w:t xml:space="preserve"> No</w:t>
      </w:r>
    </w:p>
    <w:p w:rsidRPr="00EC5363" w:rsidR="00322885" w:rsidP="00EC5363" w:rsidRDefault="00000000" w14:paraId="011C44E5" w14:textId="77777777">
      <w:pPr>
        <w:rPr>
          <w:rFonts w:ascii="Calibri Light" w:hAnsi="Calibri Light" w:cs="Calibri Light"/>
          <w:sz w:val="24"/>
          <w:szCs w:val="24"/>
        </w:rPr>
      </w:pPr>
      <w:r w:rsidRPr="00EC5363">
        <w:rPr>
          <w:rFonts w:ascii="Calibri Light" w:hAnsi="Calibri Light" w:cs="Calibri Light"/>
          <w:sz w:val="24"/>
          <w:szCs w:val="24"/>
        </w:rPr>
        <w:t>Please tell us about any sunscreen allergies or skin sensitivities:</w:t>
      </w:r>
    </w:p>
    <w:p w:rsidRPr="00EC5363" w:rsidR="00322885" w:rsidP="00EC5363" w:rsidRDefault="00000000" w14:paraId="348BB0E0" w14:textId="77777777">
      <w:pPr>
        <w:rPr>
          <w:rFonts w:ascii="Calibri Light" w:hAnsi="Calibri Light" w:cs="Calibri Light"/>
          <w:sz w:val="24"/>
          <w:szCs w:val="24"/>
        </w:rPr>
      </w:pPr>
      <w:r w:rsidRPr="00EC5363">
        <w:rPr>
          <w:rFonts w:ascii="Calibri Light" w:hAnsi="Calibri Light" w:cs="Calibri Light"/>
          <w:sz w:val="24"/>
          <w:szCs w:val="24"/>
        </w:rPr>
        <w:t>....................................................................................................</w:t>
      </w:r>
    </w:p>
    <w:p w:rsidR="00322885" w:rsidP="00EC5363" w:rsidRDefault="00000000" w14:paraId="6E0D573E" w14:textId="77777777">
      <w:pPr>
        <w:rPr>
          <w:rFonts w:ascii="Calibri Light" w:hAnsi="Calibri Light" w:cs="Calibri Light"/>
          <w:sz w:val="24"/>
          <w:szCs w:val="24"/>
        </w:rPr>
      </w:pPr>
      <w:r w:rsidRPr="00EC5363">
        <w:rPr>
          <w:rFonts w:ascii="Calibri Light" w:hAnsi="Calibri Light" w:cs="Calibri Light"/>
          <w:sz w:val="24"/>
          <w:szCs w:val="24"/>
        </w:rPr>
        <w:t>If your child requires a particular sunscreen, please supply it labelled with their name and provide instructions for use.</w:t>
      </w:r>
    </w:p>
    <w:p w:rsidRPr="00EC5363" w:rsidR="003C6461" w:rsidP="007C0D5D" w:rsidRDefault="003C6461" w14:paraId="3E2B43C9" w14:textId="77777777">
      <w:pPr>
        <w:spacing w:after="0"/>
        <w:rPr>
          <w:rFonts w:ascii="Calibri Light" w:hAnsi="Calibri Light" w:cs="Calibri Light"/>
          <w:sz w:val="24"/>
          <w:szCs w:val="24"/>
        </w:rPr>
      </w:pPr>
    </w:p>
    <w:p w:rsidRPr="003C6461" w:rsidR="00322885" w:rsidP="00EC5363" w:rsidRDefault="00000000" w14:paraId="68D7161C" w14:textId="6A4EDDD8">
      <w:pPr>
        <w:rPr>
          <w:rFonts w:ascii="Calibri Light" w:hAnsi="Calibri Light" w:cs="Calibri Light"/>
          <w:sz w:val="24"/>
          <w:szCs w:val="24"/>
        </w:rPr>
      </w:pPr>
      <w:r w:rsidRPr="00EC5363">
        <w:rPr>
          <w:rFonts w:ascii="Calibri" w:hAnsi="Calibri" w:cs="Calibri"/>
          <w:b/>
          <w:bCs/>
          <w:sz w:val="24"/>
          <w:szCs w:val="24"/>
        </w:rPr>
        <w:t>Learning Journals</w:t>
      </w:r>
    </w:p>
    <w:p w:rsidRPr="00EC5363" w:rsidR="00322885" w:rsidP="00EC5363" w:rsidRDefault="00000000" w14:paraId="1E782EF4" w14:textId="77777777">
      <w:pPr>
        <w:rPr>
          <w:rFonts w:ascii="Calibri Light" w:hAnsi="Calibri Light" w:cs="Calibri Light"/>
          <w:sz w:val="24"/>
          <w:szCs w:val="24"/>
        </w:rPr>
      </w:pPr>
      <w:r w:rsidRPr="00EC5363">
        <w:rPr>
          <w:rFonts w:ascii="Calibri Light" w:hAnsi="Calibri Light" w:cs="Calibri Light"/>
          <w:sz w:val="24"/>
          <w:szCs w:val="24"/>
        </w:rPr>
        <w:t xml:space="preserve">Lympstone Preschool uses Learning Journals, a secure online </w:t>
      </w:r>
      <w:proofErr w:type="gramStart"/>
      <w:r w:rsidRPr="00EC5363">
        <w:rPr>
          <w:rFonts w:ascii="Calibri Light" w:hAnsi="Calibri Light" w:cs="Calibri Light"/>
          <w:sz w:val="24"/>
          <w:szCs w:val="24"/>
        </w:rPr>
        <w:t>system,</w:t>
      </w:r>
      <w:proofErr w:type="gramEnd"/>
      <w:r w:rsidRPr="00EC5363">
        <w:rPr>
          <w:rFonts w:ascii="Calibri Light" w:hAnsi="Calibri Light" w:cs="Calibri Light"/>
          <w:sz w:val="24"/>
          <w:szCs w:val="24"/>
        </w:rPr>
        <w:t xml:space="preserve"> for child records, parent/carer communication, information sharing and invoicing.</w:t>
      </w:r>
    </w:p>
    <w:p w:rsidRPr="00EC5363" w:rsidR="00322885" w:rsidP="00EC5363" w:rsidRDefault="00000000" w14:paraId="03AE0702" w14:textId="77777777">
      <w:pPr>
        <w:rPr>
          <w:rFonts w:ascii="Calibri Light" w:hAnsi="Calibri Light" w:cs="Calibri Light"/>
          <w:sz w:val="24"/>
          <w:szCs w:val="24"/>
        </w:rPr>
      </w:pPr>
      <w:r w:rsidRPr="00EC5363">
        <w:rPr>
          <w:rFonts w:ascii="Calibri Light" w:hAnsi="Calibri Light" w:cs="Calibri Light"/>
          <w:sz w:val="24"/>
          <w:szCs w:val="24"/>
        </w:rPr>
        <w:t>We use the parent/carer details provided to create accounts. You will receive an email invitation to create your own secure login. Our Privacy Notice explains how information is used. Optional photographs and videos are covered by the separate choices below.</w:t>
      </w:r>
    </w:p>
    <w:p w:rsidRPr="00EC5363" w:rsidR="00322885" w:rsidP="00EC5363" w:rsidRDefault="00000000" w14:paraId="464F8C53" w14:textId="77777777">
      <w:pPr>
        <w:rPr>
          <w:rFonts w:ascii="Calibri Light" w:hAnsi="Calibri Light" w:cs="Calibri Light"/>
          <w:sz w:val="24"/>
          <w:szCs w:val="24"/>
        </w:rPr>
      </w:pPr>
      <w:r w:rsidRPr="00EC5363">
        <w:rPr>
          <w:rFonts w:ascii="Segoe UI Symbol" w:hAnsi="Segoe UI Symbol" w:cs="Segoe UI Symbol"/>
          <w:sz w:val="24"/>
          <w:szCs w:val="24"/>
        </w:rPr>
        <w:t>☐</w:t>
      </w:r>
      <w:r w:rsidRPr="00EC5363">
        <w:rPr>
          <w:rFonts w:ascii="Calibri Light" w:hAnsi="Calibri Light" w:cs="Calibri Light"/>
          <w:sz w:val="24"/>
          <w:szCs w:val="24"/>
        </w:rPr>
        <w:t xml:space="preserve"> I understand how Learning Journals is used and that accounts will be set up for my child and the listed parents/carers.</w:t>
      </w:r>
    </w:p>
    <w:p w:rsidR="00322885" w:rsidP="00EC5363" w:rsidRDefault="00000000" w14:paraId="74C7399F" w14:textId="77777777">
      <w:pPr>
        <w:rPr>
          <w:rFonts w:ascii="Calibri Light" w:hAnsi="Calibri Light" w:cs="Calibri Light"/>
          <w:sz w:val="24"/>
          <w:szCs w:val="24"/>
        </w:rPr>
      </w:pPr>
      <w:r w:rsidRPr="00EC5363">
        <w:rPr>
          <w:rFonts w:ascii="Calibri Light" w:hAnsi="Calibri Light" w:cs="Calibri Light"/>
          <w:sz w:val="24"/>
          <w:szCs w:val="24"/>
        </w:rPr>
        <w:t>I understand that I must not download, copy, screenshot or share images or videos featuring other children, even if they are unidentifiable.</w:t>
      </w:r>
    </w:p>
    <w:p w:rsidRPr="00EC5363" w:rsidR="006A356C" w:rsidP="006A356C" w:rsidRDefault="006A356C" w14:paraId="562D2B1E" w14:textId="77777777">
      <w:pPr>
        <w:spacing w:after="0"/>
        <w:rPr>
          <w:rFonts w:ascii="Calibri Light" w:hAnsi="Calibri Light" w:cs="Calibri Light"/>
          <w:sz w:val="24"/>
          <w:szCs w:val="24"/>
        </w:rPr>
      </w:pPr>
    </w:p>
    <w:p w:rsidRPr="006A356C" w:rsidR="00322885" w:rsidP="00EC5363" w:rsidRDefault="00000000" w14:paraId="19FA7111" w14:textId="77777777">
      <w:pPr>
        <w:rPr>
          <w:rFonts w:asciiTheme="majorHAnsi" w:hAnsiTheme="majorHAnsi" w:cstheme="majorHAnsi"/>
          <w:b/>
          <w:bCs/>
          <w:sz w:val="24"/>
          <w:szCs w:val="24"/>
        </w:rPr>
      </w:pPr>
      <w:r w:rsidRPr="006A356C">
        <w:rPr>
          <w:rFonts w:asciiTheme="majorHAnsi" w:hAnsiTheme="majorHAnsi" w:cstheme="majorHAnsi"/>
          <w:b/>
          <w:bCs/>
          <w:sz w:val="24"/>
          <w:szCs w:val="24"/>
        </w:rPr>
        <w:t>Photography and Videos</w:t>
      </w:r>
    </w:p>
    <w:p w:rsidRPr="00EC5363" w:rsidR="00322885" w:rsidP="00EC5363" w:rsidRDefault="00000000" w14:paraId="37D046A8" w14:textId="77777777">
      <w:pPr>
        <w:rPr>
          <w:rFonts w:ascii="Calibri Light" w:hAnsi="Calibri Light" w:cs="Calibri Light"/>
          <w:sz w:val="24"/>
          <w:szCs w:val="24"/>
        </w:rPr>
      </w:pPr>
      <w:r w:rsidRPr="00EC5363">
        <w:rPr>
          <w:rFonts w:ascii="Calibri Light" w:hAnsi="Calibri Light" w:cs="Calibri Light"/>
          <w:sz w:val="24"/>
          <w:szCs w:val="24"/>
        </w:rPr>
        <w:t>With permission, photographs and videos may be taken on secure preschool devices to share your child’s activities through Learning Journals.</w:t>
      </w:r>
    </w:p>
    <w:p w:rsidRPr="00EC5363" w:rsidR="00322885" w:rsidP="00EC5363" w:rsidRDefault="00000000" w14:paraId="4C337EAF" w14:textId="77777777">
      <w:pPr>
        <w:rPr>
          <w:rFonts w:ascii="Calibri Light" w:hAnsi="Calibri Light" w:cs="Calibri Light"/>
          <w:sz w:val="24"/>
          <w:szCs w:val="24"/>
        </w:rPr>
      </w:pPr>
      <w:r w:rsidRPr="00EC5363">
        <w:rPr>
          <w:rFonts w:ascii="Calibri Light" w:hAnsi="Calibri Light" w:cs="Calibri Light"/>
          <w:sz w:val="24"/>
          <w:szCs w:val="24"/>
        </w:rPr>
        <w:t xml:space="preserve">I give permission for photographs and videos of my child to be taken and shared through their own Learning Journals account.    </w:t>
      </w:r>
      <w:r w:rsidRPr="00EC5363">
        <w:rPr>
          <w:rFonts w:ascii="Segoe UI Symbol" w:hAnsi="Segoe UI Symbol" w:cs="Segoe UI Symbol"/>
          <w:sz w:val="24"/>
          <w:szCs w:val="24"/>
        </w:rPr>
        <w:t>☐</w:t>
      </w:r>
      <w:r w:rsidRPr="00EC5363">
        <w:rPr>
          <w:rFonts w:ascii="Calibri Light" w:hAnsi="Calibri Light" w:cs="Calibri Light"/>
          <w:sz w:val="24"/>
          <w:szCs w:val="24"/>
        </w:rPr>
        <w:t xml:space="preserve"> Yes    </w:t>
      </w:r>
      <w:r w:rsidRPr="00EC5363">
        <w:rPr>
          <w:rFonts w:ascii="Segoe UI Symbol" w:hAnsi="Segoe UI Symbol" w:cs="Segoe UI Symbol"/>
          <w:sz w:val="24"/>
          <w:szCs w:val="24"/>
        </w:rPr>
        <w:t>☐</w:t>
      </w:r>
      <w:r w:rsidRPr="00EC5363">
        <w:rPr>
          <w:rFonts w:ascii="Calibri Light" w:hAnsi="Calibri Light" w:cs="Calibri Light"/>
          <w:sz w:val="24"/>
          <w:szCs w:val="24"/>
        </w:rPr>
        <w:t xml:space="preserve"> No</w:t>
      </w:r>
    </w:p>
    <w:p w:rsidRPr="00EC5363" w:rsidR="00322885" w:rsidP="00EC5363" w:rsidRDefault="00000000" w14:paraId="6E8FEFBD" w14:textId="77777777">
      <w:pPr>
        <w:rPr>
          <w:rFonts w:ascii="Calibri Light" w:hAnsi="Calibri Light" w:cs="Calibri Light"/>
          <w:sz w:val="24"/>
          <w:szCs w:val="24"/>
        </w:rPr>
      </w:pPr>
      <w:r w:rsidRPr="00EC5363">
        <w:rPr>
          <w:rFonts w:ascii="Calibri Light" w:hAnsi="Calibri Light" w:cs="Calibri Light"/>
          <w:sz w:val="24"/>
          <w:szCs w:val="24"/>
        </w:rPr>
        <w:t xml:space="preserve">I give permission for my child to appear in group photographs or videos shared securely through Learning Journals with the parents/carers of the other children pictured.    </w:t>
      </w:r>
      <w:r w:rsidRPr="00EC5363">
        <w:rPr>
          <w:rFonts w:ascii="Segoe UI Symbol" w:hAnsi="Segoe UI Symbol" w:cs="Segoe UI Symbol"/>
          <w:sz w:val="24"/>
          <w:szCs w:val="24"/>
        </w:rPr>
        <w:t>☐</w:t>
      </w:r>
      <w:r w:rsidRPr="00EC5363">
        <w:rPr>
          <w:rFonts w:ascii="Calibri Light" w:hAnsi="Calibri Light" w:cs="Calibri Light"/>
          <w:sz w:val="24"/>
          <w:szCs w:val="24"/>
        </w:rPr>
        <w:t xml:space="preserve"> Yes    </w:t>
      </w:r>
      <w:r w:rsidRPr="00EC5363">
        <w:rPr>
          <w:rFonts w:ascii="Segoe UI Symbol" w:hAnsi="Segoe UI Symbol" w:cs="Segoe UI Symbol"/>
          <w:sz w:val="24"/>
          <w:szCs w:val="24"/>
        </w:rPr>
        <w:t>☐</w:t>
      </w:r>
      <w:r w:rsidRPr="00EC5363">
        <w:rPr>
          <w:rFonts w:ascii="Calibri Light" w:hAnsi="Calibri Light" w:cs="Calibri Light"/>
          <w:sz w:val="24"/>
          <w:szCs w:val="24"/>
        </w:rPr>
        <w:t xml:space="preserve"> No</w:t>
      </w:r>
    </w:p>
    <w:p w:rsidRPr="00EC5363" w:rsidR="00322885" w:rsidP="00EC5363" w:rsidRDefault="00000000" w14:paraId="22ED22A5" w14:textId="77777777">
      <w:pPr>
        <w:rPr>
          <w:rFonts w:ascii="Calibri Light" w:hAnsi="Calibri Light" w:cs="Calibri Light"/>
          <w:sz w:val="24"/>
          <w:szCs w:val="24"/>
        </w:rPr>
      </w:pPr>
      <w:r w:rsidRPr="00EC5363">
        <w:rPr>
          <w:rFonts w:ascii="Calibri Light" w:hAnsi="Calibri Light" w:cs="Calibri Light"/>
          <w:sz w:val="24"/>
          <w:szCs w:val="24"/>
        </w:rPr>
        <w:t>For any identifiable image used outside Learning Journals, we will seek separate permission for the specific image before use.</w:t>
      </w:r>
    </w:p>
    <w:p w:rsidRPr="00EC5363" w:rsidR="00322885" w:rsidP="00EC5363" w:rsidRDefault="00000000" w14:paraId="7E56C684" w14:textId="77777777">
      <w:pPr>
        <w:rPr>
          <w:rFonts w:ascii="Calibri Light" w:hAnsi="Calibri Light" w:cs="Calibri Light"/>
          <w:sz w:val="24"/>
          <w:szCs w:val="24"/>
        </w:rPr>
      </w:pPr>
      <w:r w:rsidRPr="00EC5363">
        <w:rPr>
          <w:rFonts w:ascii="Calibri Light" w:hAnsi="Calibri Light" w:cs="Calibri Light"/>
          <w:sz w:val="24"/>
          <w:szCs w:val="24"/>
        </w:rPr>
        <w:t>Please tick where you are happy for us to contact you about using an image:</w:t>
      </w:r>
    </w:p>
    <w:p w:rsidRPr="00EC5363" w:rsidR="00322885" w:rsidP="00EC5363" w:rsidRDefault="00000000" w14:paraId="620AA718" w14:textId="77777777">
      <w:pPr>
        <w:rPr>
          <w:rFonts w:ascii="Calibri Light" w:hAnsi="Calibri Light" w:cs="Calibri Light"/>
          <w:sz w:val="24"/>
          <w:szCs w:val="24"/>
        </w:rPr>
      </w:pPr>
      <w:r w:rsidRPr="00EC5363">
        <w:rPr>
          <w:rFonts w:ascii="Segoe UI Symbol" w:hAnsi="Segoe UI Symbol" w:cs="Segoe UI Symbol"/>
          <w:sz w:val="24"/>
          <w:szCs w:val="24"/>
        </w:rPr>
        <w:t>☐</w:t>
      </w:r>
      <w:r w:rsidRPr="00EC5363">
        <w:rPr>
          <w:rFonts w:ascii="Calibri Light" w:hAnsi="Calibri Light" w:cs="Calibri Light"/>
          <w:sz w:val="24"/>
          <w:szCs w:val="24"/>
        </w:rPr>
        <w:t xml:space="preserve"> Website    </w:t>
      </w:r>
      <w:r w:rsidRPr="00EC5363">
        <w:rPr>
          <w:rFonts w:ascii="Segoe UI Symbol" w:hAnsi="Segoe UI Symbol" w:cs="Segoe UI Symbol"/>
          <w:sz w:val="24"/>
          <w:szCs w:val="24"/>
        </w:rPr>
        <w:t>☐</w:t>
      </w:r>
      <w:r w:rsidRPr="00EC5363">
        <w:rPr>
          <w:rFonts w:ascii="Calibri Light" w:hAnsi="Calibri Light" w:cs="Calibri Light"/>
          <w:sz w:val="24"/>
          <w:szCs w:val="24"/>
        </w:rPr>
        <w:t xml:space="preserve"> Preschool newsletter    </w:t>
      </w:r>
      <w:r w:rsidRPr="00EC5363">
        <w:rPr>
          <w:rFonts w:ascii="Segoe UI Symbol" w:hAnsi="Segoe UI Symbol" w:cs="Segoe UI Symbol"/>
          <w:sz w:val="24"/>
          <w:szCs w:val="24"/>
        </w:rPr>
        <w:t>☐</w:t>
      </w:r>
      <w:r w:rsidRPr="00EC5363">
        <w:rPr>
          <w:rFonts w:ascii="Calibri Light" w:hAnsi="Calibri Light" w:cs="Calibri Light"/>
          <w:sz w:val="24"/>
          <w:szCs w:val="24"/>
        </w:rPr>
        <w:t xml:space="preserve"> </w:t>
      </w:r>
      <w:proofErr w:type="gramStart"/>
      <w:r w:rsidRPr="00EC5363">
        <w:rPr>
          <w:rFonts w:ascii="Calibri Light" w:hAnsi="Calibri Light" w:cs="Calibri Light"/>
          <w:sz w:val="24"/>
          <w:szCs w:val="24"/>
        </w:rPr>
        <w:t>Social media</w:t>
      </w:r>
      <w:proofErr w:type="gramEnd"/>
      <w:r w:rsidRPr="00EC5363">
        <w:rPr>
          <w:rFonts w:ascii="Calibri Light" w:hAnsi="Calibri Light" w:cs="Calibri Light"/>
          <w:sz w:val="24"/>
          <w:szCs w:val="24"/>
        </w:rPr>
        <w:br/>
      </w:r>
      <w:r w:rsidRPr="00EC5363">
        <w:rPr>
          <w:rFonts w:ascii="Segoe UI Symbol" w:hAnsi="Segoe UI Symbol" w:cs="Segoe UI Symbol"/>
          <w:sz w:val="24"/>
          <w:szCs w:val="24"/>
        </w:rPr>
        <w:t>☐</w:t>
      </w:r>
      <w:r w:rsidRPr="00EC5363">
        <w:rPr>
          <w:rFonts w:ascii="Calibri Light" w:hAnsi="Calibri Light" w:cs="Calibri Light"/>
          <w:sz w:val="24"/>
          <w:szCs w:val="24"/>
        </w:rPr>
        <w:t xml:space="preserve"> Printed displays    </w:t>
      </w:r>
      <w:r w:rsidRPr="00EC5363">
        <w:rPr>
          <w:rFonts w:ascii="Segoe UI Symbol" w:hAnsi="Segoe UI Symbol" w:cs="Segoe UI Symbol"/>
          <w:sz w:val="24"/>
          <w:szCs w:val="24"/>
        </w:rPr>
        <w:t>☐</w:t>
      </w:r>
      <w:r w:rsidRPr="00EC5363">
        <w:rPr>
          <w:rFonts w:ascii="Calibri Light" w:hAnsi="Calibri Light" w:cs="Calibri Light"/>
          <w:sz w:val="24"/>
          <w:szCs w:val="24"/>
        </w:rPr>
        <w:t xml:space="preserve"> Press or media</w:t>
      </w:r>
    </w:p>
    <w:p w:rsidRPr="00EC5363" w:rsidR="00322885" w:rsidP="00EC5363" w:rsidRDefault="00000000" w14:paraId="4DB92859" w14:textId="77777777">
      <w:pPr>
        <w:rPr>
          <w:rFonts w:ascii="Calibri Light" w:hAnsi="Calibri Light" w:cs="Calibri Light"/>
          <w:sz w:val="24"/>
          <w:szCs w:val="24"/>
        </w:rPr>
      </w:pPr>
      <w:r w:rsidRPr="00EC5363">
        <w:rPr>
          <w:rFonts w:ascii="Calibri Light" w:hAnsi="Calibri Light" w:cs="Calibri Light"/>
          <w:sz w:val="24"/>
          <w:szCs w:val="24"/>
        </w:rPr>
        <w:t>These choices allow us to contact you; they do not give permission to publish an image.</w:t>
      </w:r>
    </w:p>
    <w:p w:rsidR="00322885" w:rsidP="00EC5363" w:rsidRDefault="00000000" w14:paraId="534DB5FF" w14:textId="77777777">
      <w:pPr>
        <w:rPr>
          <w:rFonts w:ascii="Calibri Light" w:hAnsi="Calibri Light" w:cs="Calibri Light"/>
          <w:sz w:val="24"/>
          <w:szCs w:val="24"/>
        </w:rPr>
      </w:pPr>
      <w:r w:rsidRPr="00EC5363">
        <w:rPr>
          <w:rFonts w:ascii="Calibri Light" w:hAnsi="Calibri Light" w:cs="Calibri Light"/>
          <w:sz w:val="24"/>
          <w:szCs w:val="24"/>
        </w:rPr>
        <w:t>Photography permissions are optional. You can withdraw or change them at any time by contacting the office at admin@lympstonepreschool.co.uk. Refusing or withdrawing permission will not affect your child’s place. We will record your changes and discuss any effect on images already shared.</w:t>
      </w:r>
    </w:p>
    <w:p w:rsidRPr="00EC5363" w:rsidR="003C6461" w:rsidP="003C6461" w:rsidRDefault="003C6461" w14:paraId="68F94B2E" w14:textId="77777777">
      <w:pPr>
        <w:spacing w:after="0"/>
        <w:rPr>
          <w:rFonts w:ascii="Calibri Light" w:hAnsi="Calibri Light" w:cs="Calibri Light"/>
          <w:sz w:val="24"/>
          <w:szCs w:val="24"/>
        </w:rPr>
      </w:pPr>
    </w:p>
    <w:p w:rsidRPr="003C6461" w:rsidR="00322885" w:rsidP="00EC5363" w:rsidRDefault="00000000" w14:paraId="674BE568" w14:textId="77777777">
      <w:pPr>
        <w:rPr>
          <w:rFonts w:ascii="Calibri" w:hAnsi="Calibri" w:cs="Calibri"/>
          <w:b/>
          <w:bCs/>
          <w:sz w:val="24"/>
          <w:szCs w:val="24"/>
        </w:rPr>
      </w:pPr>
      <w:r w:rsidRPr="003C6461">
        <w:rPr>
          <w:rFonts w:ascii="Calibri" w:hAnsi="Calibri" w:cs="Calibri"/>
          <w:b/>
          <w:bCs/>
          <w:sz w:val="24"/>
          <w:szCs w:val="24"/>
        </w:rPr>
        <w:t>Short Local Walks and Outings</w:t>
      </w:r>
    </w:p>
    <w:p w:rsidRPr="00EC5363" w:rsidR="00322885" w:rsidP="00EC5363" w:rsidRDefault="00000000" w14:paraId="65ACA497" w14:textId="77777777">
      <w:pPr>
        <w:rPr>
          <w:rFonts w:ascii="Calibri Light" w:hAnsi="Calibri Light" w:cs="Calibri Light"/>
          <w:sz w:val="24"/>
          <w:szCs w:val="24"/>
        </w:rPr>
      </w:pPr>
      <w:r w:rsidRPr="00EC5363">
        <w:rPr>
          <w:rFonts w:ascii="Calibri Light" w:hAnsi="Calibri Light" w:cs="Calibri Light"/>
          <w:sz w:val="24"/>
          <w:szCs w:val="24"/>
        </w:rPr>
        <w:t>Children may take part in short walks and outings within Lympstone Village, supervised by staff with appropriate adult-to-child ratios and risk assessments in place.</w:t>
      </w:r>
    </w:p>
    <w:p w:rsidR="003C6461" w:rsidP="00EC5363" w:rsidRDefault="00000000" w14:paraId="5FF364BD" w14:textId="77777777">
      <w:pPr>
        <w:rPr>
          <w:rFonts w:ascii="Calibri Light" w:hAnsi="Calibri Light" w:cs="Calibri Light"/>
          <w:sz w:val="24"/>
          <w:szCs w:val="24"/>
        </w:rPr>
      </w:pPr>
      <w:r w:rsidRPr="00EC5363">
        <w:rPr>
          <w:rFonts w:ascii="Calibri Light" w:hAnsi="Calibri Light" w:cs="Calibri Light"/>
          <w:sz w:val="24"/>
          <w:szCs w:val="24"/>
        </w:rPr>
        <w:t xml:space="preserve">I give permission for my child to take part in these short local walks and outings.    </w:t>
      </w:r>
      <w:r w:rsidRPr="00EC5363">
        <w:rPr>
          <w:rFonts w:ascii="Segoe UI Symbol" w:hAnsi="Segoe UI Symbol" w:cs="Segoe UI Symbol"/>
          <w:sz w:val="24"/>
          <w:szCs w:val="24"/>
        </w:rPr>
        <w:t>☐</w:t>
      </w:r>
      <w:r w:rsidRPr="00EC5363">
        <w:rPr>
          <w:rFonts w:ascii="Calibri Light" w:hAnsi="Calibri Light" w:cs="Calibri Light"/>
          <w:sz w:val="24"/>
          <w:szCs w:val="24"/>
        </w:rPr>
        <w:t xml:space="preserve"> Yes    </w:t>
      </w:r>
      <w:r w:rsidRPr="00EC5363">
        <w:rPr>
          <w:rFonts w:ascii="Segoe UI Symbol" w:hAnsi="Segoe UI Symbol" w:cs="Segoe UI Symbol"/>
          <w:sz w:val="24"/>
          <w:szCs w:val="24"/>
        </w:rPr>
        <w:t>☐</w:t>
      </w:r>
      <w:r w:rsidRPr="00EC5363">
        <w:rPr>
          <w:rFonts w:ascii="Calibri Light" w:hAnsi="Calibri Light" w:cs="Calibri Light"/>
          <w:sz w:val="24"/>
          <w:szCs w:val="24"/>
        </w:rPr>
        <w:t xml:space="preserve"> No</w:t>
      </w:r>
    </w:p>
    <w:p w:rsidR="003C6461" w:rsidP="003C6461" w:rsidRDefault="003C6461" w14:paraId="3A61EAF7" w14:textId="77777777">
      <w:pPr>
        <w:spacing w:after="0"/>
        <w:rPr>
          <w:rFonts w:ascii="Calibri Light" w:hAnsi="Calibri Light" w:cs="Calibri Light"/>
          <w:sz w:val="24"/>
          <w:szCs w:val="24"/>
        </w:rPr>
      </w:pPr>
    </w:p>
    <w:p w:rsidRPr="003C6461" w:rsidR="00322885" w:rsidP="00EC5363" w:rsidRDefault="00000000" w14:paraId="35E23174" w14:textId="176C8CCA">
      <w:pPr>
        <w:rPr>
          <w:rFonts w:ascii="Calibri Light" w:hAnsi="Calibri Light" w:cs="Calibri Light"/>
          <w:sz w:val="24"/>
          <w:szCs w:val="24"/>
        </w:rPr>
      </w:pPr>
      <w:r w:rsidRPr="003C6461">
        <w:rPr>
          <w:rFonts w:ascii="Calibri" w:hAnsi="Calibri" w:cs="Calibri"/>
          <w:b/>
          <w:bCs/>
          <w:sz w:val="24"/>
          <w:szCs w:val="24"/>
        </w:rPr>
        <w:t>Consent to Use Health and Additional Support Information</w:t>
      </w:r>
    </w:p>
    <w:p w:rsidRPr="00EC5363" w:rsidR="00322885" w:rsidP="00EC5363" w:rsidRDefault="00000000" w14:paraId="41900010" w14:textId="77777777">
      <w:pPr>
        <w:rPr>
          <w:rFonts w:ascii="Calibri Light" w:hAnsi="Calibri Light" w:cs="Calibri Light"/>
          <w:sz w:val="24"/>
          <w:szCs w:val="24"/>
        </w:rPr>
      </w:pPr>
      <w:r w:rsidRPr="00EC5363">
        <w:rPr>
          <w:rFonts w:ascii="Segoe UI Symbol" w:hAnsi="Segoe UI Symbol" w:cs="Segoe UI Symbol"/>
          <w:sz w:val="24"/>
          <w:szCs w:val="24"/>
        </w:rPr>
        <w:t>☐</w:t>
      </w:r>
      <w:r w:rsidRPr="00EC5363">
        <w:rPr>
          <w:rFonts w:ascii="Calibri Light" w:hAnsi="Calibri Light" w:cs="Calibri Light"/>
          <w:sz w:val="24"/>
          <w:szCs w:val="24"/>
        </w:rPr>
        <w:t xml:space="preserve"> I explicitly consent to Lympstone Preschool recording, storing and using the health, allergy, medication and SEND information I provide to plan and deliver my child’s care and support. Relevant information may be accessed by authorised staff and stored in Learning Journals where appropriate.</w:t>
      </w:r>
    </w:p>
    <w:p w:rsidRPr="00EC5363" w:rsidR="00322885" w:rsidP="00EC5363" w:rsidRDefault="00000000" w14:paraId="4C5F463F" w14:textId="77777777">
      <w:pPr>
        <w:rPr>
          <w:rFonts w:ascii="Calibri Light" w:hAnsi="Calibri Light" w:cs="Calibri Light"/>
          <w:sz w:val="24"/>
          <w:szCs w:val="24"/>
        </w:rPr>
      </w:pPr>
      <w:r w:rsidRPr="00EC5363">
        <w:rPr>
          <w:rFonts w:ascii="Calibri Light" w:hAnsi="Calibri Light" w:cs="Calibri Light"/>
          <w:sz w:val="24"/>
          <w:szCs w:val="24"/>
        </w:rPr>
        <w:t xml:space="preserve">I can withdraw this consent by contacting admin@lympstonepreschool.co.uk. The preschool will discuss how this affects the care it can safely provide. Records may still be retained where another lawful basis and applicable condition </w:t>
      </w:r>
      <w:proofErr w:type="gramStart"/>
      <w:r w:rsidRPr="00EC5363">
        <w:rPr>
          <w:rFonts w:ascii="Calibri Light" w:hAnsi="Calibri Light" w:cs="Calibri Light"/>
          <w:sz w:val="24"/>
          <w:szCs w:val="24"/>
        </w:rPr>
        <w:t>require</w:t>
      </w:r>
      <w:proofErr w:type="gramEnd"/>
      <w:r w:rsidRPr="00EC5363">
        <w:rPr>
          <w:rFonts w:ascii="Calibri Light" w:hAnsi="Calibri Light" w:cs="Calibri Light"/>
          <w:sz w:val="24"/>
          <w:szCs w:val="24"/>
        </w:rPr>
        <w:t xml:space="preserve"> or </w:t>
      </w:r>
      <w:proofErr w:type="gramStart"/>
      <w:r w:rsidRPr="00EC5363">
        <w:rPr>
          <w:rFonts w:ascii="Calibri Light" w:hAnsi="Calibri Light" w:cs="Calibri Light"/>
          <w:sz w:val="24"/>
          <w:szCs w:val="24"/>
        </w:rPr>
        <w:t>permit</w:t>
      </w:r>
      <w:proofErr w:type="gramEnd"/>
      <w:r w:rsidRPr="00EC5363">
        <w:rPr>
          <w:rFonts w:ascii="Calibri Light" w:hAnsi="Calibri Light" w:cs="Calibri Light"/>
          <w:sz w:val="24"/>
          <w:szCs w:val="24"/>
        </w:rPr>
        <w:t xml:space="preserve"> this.</w:t>
      </w:r>
    </w:p>
    <w:p w:rsidR="00322885" w:rsidP="00EC5363" w:rsidRDefault="00000000" w14:paraId="7E16AFF5" w14:textId="77777777">
      <w:pPr>
        <w:rPr>
          <w:rFonts w:ascii="Calibri Light" w:hAnsi="Calibri Light" w:cs="Calibri Light"/>
          <w:sz w:val="24"/>
          <w:szCs w:val="24"/>
        </w:rPr>
      </w:pPr>
      <w:r w:rsidRPr="00EC5363">
        <w:rPr>
          <w:rFonts w:ascii="Calibri Light" w:hAnsi="Calibri Light" w:cs="Calibri Light"/>
          <w:sz w:val="24"/>
          <w:szCs w:val="24"/>
        </w:rPr>
        <w:t>Separate permission will be sought for planned referrals or additional support where appropriate. Necessary safeguarding or emergency information may be used or shared without consent where the law allows.</w:t>
      </w:r>
    </w:p>
    <w:p w:rsidRPr="00EC5363" w:rsidR="003C6461" w:rsidP="003C6461" w:rsidRDefault="003C6461" w14:paraId="7A57E71D" w14:textId="77777777">
      <w:pPr>
        <w:spacing w:after="0"/>
        <w:rPr>
          <w:rFonts w:ascii="Calibri Light" w:hAnsi="Calibri Light" w:cs="Calibri Light"/>
          <w:sz w:val="24"/>
          <w:szCs w:val="24"/>
        </w:rPr>
      </w:pPr>
    </w:p>
    <w:p w:rsidRPr="003C6461" w:rsidR="00322885" w:rsidP="00EC5363" w:rsidRDefault="00000000" w14:paraId="47693860" w14:textId="77777777">
      <w:pPr>
        <w:rPr>
          <w:rFonts w:ascii="Calibri" w:hAnsi="Calibri" w:cs="Calibri"/>
          <w:b/>
          <w:bCs/>
          <w:sz w:val="24"/>
          <w:szCs w:val="24"/>
        </w:rPr>
      </w:pPr>
      <w:r w:rsidRPr="003C6461">
        <w:rPr>
          <w:rFonts w:ascii="Calibri" w:hAnsi="Calibri" w:cs="Calibri"/>
          <w:b/>
          <w:bCs/>
          <w:sz w:val="24"/>
          <w:szCs w:val="24"/>
        </w:rPr>
        <w:t>Privacy and Data Protection</w:t>
      </w:r>
    </w:p>
    <w:p w:rsidRPr="00EC5363" w:rsidR="00322885" w:rsidP="00EC5363" w:rsidRDefault="00000000" w14:paraId="2AA483C8" w14:textId="77777777">
      <w:pPr>
        <w:rPr>
          <w:rFonts w:ascii="Calibri Light" w:hAnsi="Calibri Light" w:cs="Calibri Light"/>
          <w:sz w:val="24"/>
          <w:szCs w:val="24"/>
        </w:rPr>
      </w:pPr>
      <w:r w:rsidRPr="00EC5363">
        <w:rPr>
          <w:rFonts w:ascii="Calibri Light" w:hAnsi="Calibri Light" w:cs="Calibri Light"/>
          <w:sz w:val="24"/>
          <w:szCs w:val="24"/>
        </w:rPr>
        <w:t>Lympstone Preschool will collect, use, store and, where necessary, share information about your child and family in accordance with data protection legislation and our Privacy Notice. Information may be shared with relevant organisations or professionals where there is a lawful basis or safeguarding requirement to do so.</w:t>
      </w:r>
    </w:p>
    <w:p w:rsidRPr="00EC5363" w:rsidR="00322885" w:rsidP="00EC5363" w:rsidRDefault="00000000" w14:paraId="04605F62" w14:textId="77777777">
      <w:pPr>
        <w:rPr>
          <w:rFonts w:ascii="Calibri Light" w:hAnsi="Calibri Light" w:cs="Calibri Light"/>
          <w:sz w:val="24"/>
          <w:szCs w:val="24"/>
        </w:rPr>
      </w:pPr>
      <w:r w:rsidRPr="00EC5363">
        <w:rPr>
          <w:rFonts w:ascii="Calibri Light" w:hAnsi="Calibri Light" w:cs="Calibri Light"/>
          <w:sz w:val="24"/>
          <w:szCs w:val="24"/>
        </w:rPr>
        <w:t>Our Privacy Notice explains how we use personal information, who we may share it with, how long it is retained and your rights. It is available on our website or from the office.</w:t>
      </w:r>
    </w:p>
    <w:p w:rsidR="00322885" w:rsidP="00EC5363" w:rsidRDefault="00000000" w14:paraId="0037F046" w14:textId="77777777">
      <w:pPr>
        <w:rPr>
          <w:rFonts w:ascii="Calibri Light" w:hAnsi="Calibri Light" w:cs="Calibri Light"/>
          <w:sz w:val="24"/>
          <w:szCs w:val="24"/>
        </w:rPr>
      </w:pPr>
      <w:r w:rsidRPr="00EC5363">
        <w:rPr>
          <w:rFonts w:ascii="Segoe UI Symbol" w:hAnsi="Segoe UI Symbol" w:cs="Segoe UI Symbol"/>
          <w:sz w:val="24"/>
          <w:szCs w:val="24"/>
        </w:rPr>
        <w:t>☐</w:t>
      </w:r>
      <w:r w:rsidRPr="00EC5363">
        <w:rPr>
          <w:rFonts w:ascii="Calibri Light" w:hAnsi="Calibri Light" w:cs="Calibri Light"/>
          <w:sz w:val="24"/>
          <w:szCs w:val="24"/>
        </w:rPr>
        <w:t xml:space="preserve"> I confirm that I have been provided with, or know how to access, Lympstone Preschool’s Privacy Notice.</w:t>
      </w:r>
    </w:p>
    <w:p w:rsidRPr="00EC5363" w:rsidR="003C6461" w:rsidP="003C6461" w:rsidRDefault="003C6461" w14:paraId="6C3511CD" w14:textId="77777777">
      <w:pPr>
        <w:spacing w:after="0"/>
        <w:rPr>
          <w:rFonts w:ascii="Calibri Light" w:hAnsi="Calibri Light" w:cs="Calibri Light"/>
          <w:sz w:val="24"/>
          <w:szCs w:val="24"/>
        </w:rPr>
      </w:pPr>
    </w:p>
    <w:p w:rsidRPr="003C6461" w:rsidR="00322885" w:rsidP="00EC5363" w:rsidRDefault="00000000" w14:paraId="7D094D59" w14:textId="77777777">
      <w:pPr>
        <w:rPr>
          <w:rFonts w:ascii="Calibri" w:hAnsi="Calibri" w:cs="Calibri"/>
          <w:b/>
          <w:bCs/>
          <w:sz w:val="24"/>
          <w:szCs w:val="24"/>
        </w:rPr>
      </w:pPr>
      <w:r w:rsidRPr="003C6461">
        <w:rPr>
          <w:rFonts w:ascii="Calibri" w:hAnsi="Calibri" w:cs="Calibri"/>
          <w:b/>
          <w:bCs/>
          <w:sz w:val="24"/>
          <w:szCs w:val="24"/>
        </w:rPr>
        <w:t>Policies and Final Parent or Carer Declaration</w:t>
      </w:r>
    </w:p>
    <w:p w:rsidRPr="00EC5363" w:rsidR="00322885" w:rsidP="00EC5363" w:rsidRDefault="00000000" w14:paraId="68E937B5" w14:textId="77777777">
      <w:pPr>
        <w:rPr>
          <w:rFonts w:ascii="Calibri Light" w:hAnsi="Calibri Light" w:cs="Calibri Light"/>
          <w:sz w:val="24"/>
          <w:szCs w:val="24"/>
        </w:rPr>
      </w:pPr>
      <w:r w:rsidRPr="00EC5363">
        <w:rPr>
          <w:rFonts w:ascii="Calibri Light" w:hAnsi="Calibri Light" w:cs="Calibri Light"/>
          <w:sz w:val="24"/>
          <w:szCs w:val="24"/>
        </w:rPr>
        <w:t>Lympstone Preschool’s relevant policies and procedures apply to this provision and are available on our website or as paper copies from the office.</w:t>
      </w:r>
    </w:p>
    <w:p w:rsidRPr="00EC5363" w:rsidR="00322885" w:rsidP="00EC5363" w:rsidRDefault="00000000" w14:paraId="560B0407" w14:textId="77777777">
      <w:pPr>
        <w:rPr>
          <w:rFonts w:ascii="Calibri Light" w:hAnsi="Calibri Light" w:cs="Calibri Light"/>
          <w:sz w:val="24"/>
          <w:szCs w:val="24"/>
        </w:rPr>
      </w:pPr>
      <w:r w:rsidRPr="00EC5363">
        <w:rPr>
          <w:rFonts w:ascii="Calibri Light" w:hAnsi="Calibri Light" w:cs="Calibri Light"/>
          <w:sz w:val="24"/>
          <w:szCs w:val="24"/>
        </w:rPr>
        <w:t>I confirm that:</w:t>
      </w:r>
    </w:p>
    <w:p w:rsidRPr="00EC5363" w:rsidR="00322885" w:rsidP="00EC5363" w:rsidRDefault="00000000" w14:paraId="7FA6623F" w14:textId="6018ED51">
      <w:pPr>
        <w:rPr>
          <w:rFonts w:ascii="Calibri Light" w:hAnsi="Calibri Light" w:cs="Calibri Light"/>
          <w:sz w:val="24"/>
          <w:szCs w:val="24"/>
        </w:rPr>
      </w:pPr>
      <w:r w:rsidRPr="725015D6" w:rsidR="00000000">
        <w:rPr>
          <w:rFonts w:ascii="Calibri Light" w:hAnsi="Calibri Light" w:cs="Calibri Light"/>
          <w:sz w:val="24"/>
          <w:szCs w:val="24"/>
        </w:rPr>
        <w:t xml:space="preserve">• The information provided is </w:t>
      </w:r>
      <w:r w:rsidRPr="725015D6" w:rsidR="00000000">
        <w:rPr>
          <w:rFonts w:ascii="Calibri Light" w:hAnsi="Calibri Light" w:cs="Calibri Light"/>
          <w:sz w:val="24"/>
          <w:szCs w:val="24"/>
        </w:rPr>
        <w:t>accurate</w:t>
      </w:r>
      <w:r w:rsidRPr="725015D6" w:rsidR="00000000">
        <w:rPr>
          <w:rFonts w:ascii="Calibri Light" w:hAnsi="Calibri Light" w:cs="Calibri Light"/>
          <w:sz w:val="24"/>
          <w:szCs w:val="24"/>
        </w:rPr>
        <w:t xml:space="preserve"> and complete to the best of my knowledge</w:t>
      </w:r>
      <w:r w:rsidRPr="725015D6" w:rsidR="465896E1">
        <w:rPr>
          <w:rFonts w:ascii="Calibri Light" w:hAnsi="Calibri Light" w:cs="Calibri Light"/>
          <w:sz w:val="24"/>
          <w:szCs w:val="24"/>
        </w:rPr>
        <w:t>.</w:t>
      </w:r>
    </w:p>
    <w:p w:rsidRPr="00EC5363" w:rsidR="00322885" w:rsidP="00EC5363" w:rsidRDefault="00000000" w14:paraId="2D1405B2" w14:textId="0A2589E3">
      <w:pPr>
        <w:rPr>
          <w:rFonts w:ascii="Calibri Light" w:hAnsi="Calibri Light" w:cs="Calibri Light"/>
          <w:sz w:val="24"/>
          <w:szCs w:val="24"/>
        </w:rPr>
      </w:pPr>
      <w:r w:rsidRPr="725015D6" w:rsidR="00000000">
        <w:rPr>
          <w:rFonts w:ascii="Calibri Light" w:hAnsi="Calibri Light" w:cs="Calibri Light"/>
          <w:sz w:val="24"/>
          <w:szCs w:val="24"/>
        </w:rPr>
        <w:t xml:space="preserve">• I have parental responsibility for this child, or </w:t>
      </w:r>
      <w:r w:rsidRPr="725015D6" w:rsidR="00000000">
        <w:rPr>
          <w:rFonts w:ascii="Calibri Light" w:hAnsi="Calibri Light" w:cs="Calibri Light"/>
          <w:sz w:val="24"/>
          <w:szCs w:val="24"/>
        </w:rPr>
        <w:t>appropriate authority</w:t>
      </w:r>
      <w:r w:rsidRPr="725015D6" w:rsidR="00000000">
        <w:rPr>
          <w:rFonts w:ascii="Calibri Light" w:hAnsi="Calibri Light" w:cs="Calibri Light"/>
          <w:sz w:val="24"/>
          <w:szCs w:val="24"/>
        </w:rPr>
        <w:t xml:space="preserve"> to complete the form and give the recorded permissions; I will provide details of that authority if requested</w:t>
      </w:r>
      <w:r w:rsidRPr="725015D6" w:rsidR="05AE875B">
        <w:rPr>
          <w:rFonts w:ascii="Calibri Light" w:hAnsi="Calibri Light" w:cs="Calibri Light"/>
          <w:sz w:val="24"/>
          <w:szCs w:val="24"/>
        </w:rPr>
        <w:t>.</w:t>
      </w:r>
    </w:p>
    <w:p w:rsidRPr="00EC5363" w:rsidR="00322885" w:rsidP="00EC5363" w:rsidRDefault="00000000" w14:paraId="742B4C69" w14:textId="5A691964">
      <w:pPr>
        <w:rPr>
          <w:rFonts w:ascii="Calibri Light" w:hAnsi="Calibri Light" w:cs="Calibri Light"/>
          <w:sz w:val="24"/>
          <w:szCs w:val="24"/>
        </w:rPr>
      </w:pPr>
      <w:r w:rsidRPr="725015D6" w:rsidR="00000000">
        <w:rPr>
          <w:rFonts w:ascii="Calibri Light" w:hAnsi="Calibri Light" w:cs="Calibri Light"/>
          <w:sz w:val="24"/>
          <w:szCs w:val="24"/>
        </w:rPr>
        <w:t xml:space="preserve">• I will promptly inform the preschool of changes to contact details, medical needs, collection </w:t>
      </w:r>
      <w:r w:rsidRPr="725015D6" w:rsidR="00000000">
        <w:rPr>
          <w:rFonts w:ascii="Calibri Light" w:hAnsi="Calibri Light" w:cs="Calibri Light"/>
          <w:sz w:val="24"/>
          <w:szCs w:val="24"/>
        </w:rPr>
        <w:t>arrangements</w:t>
      </w:r>
      <w:r w:rsidRPr="725015D6" w:rsidR="00000000">
        <w:rPr>
          <w:rFonts w:ascii="Calibri Light" w:hAnsi="Calibri Light" w:cs="Calibri Light"/>
          <w:sz w:val="24"/>
          <w:szCs w:val="24"/>
        </w:rPr>
        <w:t xml:space="preserve"> or other relevant information</w:t>
      </w:r>
      <w:r w:rsidRPr="725015D6" w:rsidR="18209D4F">
        <w:rPr>
          <w:rFonts w:ascii="Calibri Light" w:hAnsi="Calibri Light" w:cs="Calibri Light"/>
          <w:sz w:val="24"/>
          <w:szCs w:val="24"/>
        </w:rPr>
        <w:t>.</w:t>
      </w:r>
    </w:p>
    <w:p w:rsidRPr="00EC5363" w:rsidR="00322885" w:rsidP="00EC5363" w:rsidRDefault="00000000" w14:paraId="3C1F54AD" w14:textId="46761850">
      <w:pPr>
        <w:rPr>
          <w:rFonts w:ascii="Calibri Light" w:hAnsi="Calibri Light" w:cs="Calibri Light"/>
          <w:sz w:val="24"/>
          <w:szCs w:val="24"/>
        </w:rPr>
      </w:pPr>
      <w:r w:rsidRPr="725015D6" w:rsidR="00000000">
        <w:rPr>
          <w:rFonts w:ascii="Calibri Light" w:hAnsi="Calibri Light" w:cs="Calibri Light"/>
          <w:sz w:val="24"/>
          <w:szCs w:val="24"/>
        </w:rPr>
        <w:t>• I understand and agree to follow the arrival and collection arrangements</w:t>
      </w:r>
      <w:r w:rsidRPr="725015D6" w:rsidR="09473303">
        <w:rPr>
          <w:rFonts w:ascii="Calibri Light" w:hAnsi="Calibri Light" w:cs="Calibri Light"/>
          <w:sz w:val="24"/>
          <w:szCs w:val="24"/>
        </w:rPr>
        <w:t>.</w:t>
      </w:r>
    </w:p>
    <w:p w:rsidRPr="00EC5363" w:rsidR="00322885" w:rsidP="725015D6" w:rsidRDefault="00000000" w14:paraId="1900467E" w14:textId="30471FB4">
      <w:pPr>
        <w:pStyle w:val="Normal"/>
      </w:pPr>
      <w:r w:rsidRPr="725015D6" w:rsidR="00000000">
        <w:rPr>
          <w:rFonts w:ascii="Calibri Light" w:hAnsi="Calibri Light" w:cs="Calibri Light"/>
          <w:sz w:val="24"/>
          <w:szCs w:val="24"/>
        </w:rPr>
        <w:t xml:space="preserve">• </w:t>
      </w:r>
      <w:r w:rsidRPr="725015D6" w:rsidR="739AD0F1">
        <w:rPr>
          <w:rFonts w:ascii="Calibri Light" w:hAnsi="Calibri Light" w:eastAsia="Calibri Light" w:cs="Calibri Light"/>
          <w:noProof w:val="0"/>
          <w:sz w:val="24"/>
          <w:szCs w:val="24"/>
          <w:lang w:val="en-US"/>
        </w:rPr>
        <w:t xml:space="preserve">I confirm that I have read and understood the Preschool’s policies and procedures relevant to breakfast and after-school club </w:t>
      </w:r>
      <w:r w:rsidRPr="725015D6" w:rsidR="30C33BB1">
        <w:rPr>
          <w:rFonts w:ascii="Calibri Light" w:hAnsi="Calibri Light" w:eastAsia="Calibri Light" w:cs="Calibri Light"/>
          <w:noProof w:val="0"/>
          <w:sz w:val="24"/>
          <w:szCs w:val="24"/>
          <w:lang w:val="en-US"/>
        </w:rPr>
        <w:t>provision and</w:t>
      </w:r>
      <w:r w:rsidRPr="725015D6" w:rsidR="739AD0F1">
        <w:rPr>
          <w:rFonts w:ascii="Calibri Light" w:hAnsi="Calibri Light" w:eastAsia="Calibri Light" w:cs="Calibri Light"/>
          <w:noProof w:val="0"/>
          <w:sz w:val="24"/>
          <w:szCs w:val="24"/>
          <w:lang w:val="en-US"/>
        </w:rPr>
        <w:t xml:space="preserve"> agree to follow the requirements that apply to parents and carers.</w:t>
      </w:r>
    </w:p>
    <w:p w:rsidRPr="00EC5363" w:rsidR="00322885" w:rsidP="00EC5363" w:rsidRDefault="00000000" w14:paraId="3A9D1ADA" w14:textId="311DE90D">
      <w:pPr>
        <w:rPr>
          <w:rFonts w:ascii="Calibri Light" w:hAnsi="Calibri Light" w:cs="Calibri Light"/>
          <w:sz w:val="24"/>
          <w:szCs w:val="24"/>
        </w:rPr>
      </w:pPr>
      <w:r w:rsidRPr="725015D6" w:rsidR="00000000">
        <w:rPr>
          <w:rFonts w:ascii="Calibri Light" w:hAnsi="Calibri Light" w:cs="Calibri Light"/>
          <w:sz w:val="24"/>
          <w:szCs w:val="24"/>
        </w:rPr>
        <w:t xml:space="preserve">• I know where to access the </w:t>
      </w:r>
      <w:r w:rsidRPr="725015D6" w:rsidR="7349B4D6">
        <w:rPr>
          <w:rFonts w:ascii="Calibri Light" w:hAnsi="Calibri Light" w:cs="Calibri Light"/>
          <w:sz w:val="24"/>
          <w:szCs w:val="24"/>
        </w:rPr>
        <w:t>preschool</w:t>
      </w:r>
      <w:r w:rsidRPr="725015D6" w:rsidR="00000000">
        <w:rPr>
          <w:rFonts w:ascii="Calibri Light" w:hAnsi="Calibri Light" w:cs="Calibri Light"/>
          <w:sz w:val="24"/>
          <w:szCs w:val="24"/>
        </w:rPr>
        <w:t xml:space="preserve"> policies</w:t>
      </w:r>
      <w:r w:rsidRPr="725015D6" w:rsidR="32CCF4E4">
        <w:rPr>
          <w:rFonts w:ascii="Calibri Light" w:hAnsi="Calibri Light" w:cs="Calibri Light"/>
          <w:sz w:val="24"/>
          <w:szCs w:val="24"/>
        </w:rPr>
        <w:t>,</w:t>
      </w:r>
      <w:r w:rsidRPr="725015D6" w:rsidR="00000000">
        <w:rPr>
          <w:rFonts w:ascii="Calibri Light" w:hAnsi="Calibri Light" w:cs="Calibri Light"/>
          <w:sz w:val="24"/>
          <w:szCs w:val="24"/>
        </w:rPr>
        <w:t xml:space="preserve"> and procedures and will keep informed of updates</w:t>
      </w:r>
      <w:r w:rsidRPr="725015D6" w:rsidR="7E2346EE">
        <w:rPr>
          <w:rFonts w:ascii="Calibri Light" w:hAnsi="Calibri Light" w:cs="Calibri Light"/>
          <w:sz w:val="24"/>
          <w:szCs w:val="24"/>
        </w:rPr>
        <w:t>.</w:t>
      </w:r>
    </w:p>
    <w:p w:rsidRPr="00EC5363" w:rsidR="00322885" w:rsidP="00EC5363" w:rsidRDefault="00000000" w14:paraId="381BF72F" w14:textId="77777777">
      <w:pPr>
        <w:rPr>
          <w:rFonts w:ascii="Calibri Light" w:hAnsi="Calibri Light" w:cs="Calibri Light"/>
          <w:sz w:val="24"/>
          <w:szCs w:val="24"/>
        </w:rPr>
      </w:pPr>
      <w:r w:rsidRPr="00EC5363">
        <w:rPr>
          <w:rFonts w:ascii="Calibri Light" w:hAnsi="Calibri Light" w:cs="Calibri Light"/>
          <w:sz w:val="24"/>
          <w:szCs w:val="24"/>
        </w:rPr>
        <w:t>• The choices recorded are my current instructions; I will notify the office of changes and understand that optional photography consent can be withdrawn at any time.</w:t>
      </w:r>
    </w:p>
    <w:p w:rsidRPr="00EC5363" w:rsidR="00322885" w:rsidP="00EC5363" w:rsidRDefault="00000000" w14:paraId="23E6A5AF" w14:textId="77777777">
      <w:pPr>
        <w:rPr>
          <w:rFonts w:ascii="Calibri Light" w:hAnsi="Calibri Light" w:cs="Calibri Light"/>
          <w:sz w:val="24"/>
          <w:szCs w:val="24"/>
        </w:rPr>
      </w:pPr>
      <w:r w:rsidRPr="00EC5363">
        <w:rPr>
          <w:rFonts w:ascii="Calibri Light" w:hAnsi="Calibri Light" w:cs="Calibri Light"/>
          <w:sz w:val="24"/>
          <w:szCs w:val="24"/>
        </w:rPr>
        <w:t>Signed ........................................................</w:t>
      </w:r>
    </w:p>
    <w:p w:rsidRPr="00EC5363" w:rsidR="00322885" w:rsidP="00EC5363" w:rsidRDefault="00000000" w14:paraId="626EFBB8" w14:textId="77777777">
      <w:pPr>
        <w:rPr>
          <w:rFonts w:ascii="Calibri Light" w:hAnsi="Calibri Light" w:cs="Calibri Light"/>
          <w:sz w:val="24"/>
          <w:szCs w:val="24"/>
        </w:rPr>
      </w:pPr>
      <w:r w:rsidRPr="00EC5363">
        <w:rPr>
          <w:rFonts w:ascii="Calibri Light" w:hAnsi="Calibri Light" w:cs="Calibri Light"/>
          <w:sz w:val="24"/>
          <w:szCs w:val="24"/>
        </w:rPr>
        <w:t>Print name ...................................................</w:t>
      </w:r>
    </w:p>
    <w:p w:rsidR="00322885" w:rsidP="00EC5363" w:rsidRDefault="00000000" w14:paraId="56BBB72E" w14:textId="77777777">
      <w:pPr>
        <w:rPr>
          <w:rFonts w:ascii="Calibri Light" w:hAnsi="Calibri Light" w:cs="Calibri Light"/>
          <w:sz w:val="24"/>
          <w:szCs w:val="24"/>
        </w:rPr>
      </w:pPr>
      <w:r w:rsidRPr="00EC5363">
        <w:rPr>
          <w:rFonts w:ascii="Calibri Light" w:hAnsi="Calibri Light" w:cs="Calibri Light"/>
          <w:sz w:val="24"/>
          <w:szCs w:val="24"/>
        </w:rPr>
        <w:t>Relationship to child ......................................   Date ............................</w:t>
      </w:r>
    </w:p>
    <w:p w:rsidRPr="00EC5363" w:rsidR="003C6461" w:rsidP="00EC5363" w:rsidRDefault="003C6461" w14:paraId="3B6D2F05" w14:textId="77777777">
      <w:pPr>
        <w:rPr>
          <w:rFonts w:ascii="Calibri Light" w:hAnsi="Calibri Light" w:cs="Calibri Light"/>
          <w:sz w:val="24"/>
          <w:szCs w:val="24"/>
        </w:rPr>
      </w:pPr>
    </w:p>
    <w:p w:rsidRPr="003C6461" w:rsidR="00322885" w:rsidP="00EC5363" w:rsidRDefault="00000000" w14:paraId="7A6F4AC8" w14:textId="77777777">
      <w:pPr>
        <w:rPr>
          <w:rFonts w:ascii="Calibri" w:hAnsi="Calibri" w:cs="Calibri"/>
          <w:b/>
          <w:bCs/>
          <w:sz w:val="24"/>
          <w:szCs w:val="24"/>
        </w:rPr>
      </w:pPr>
      <w:r w:rsidRPr="003C6461">
        <w:rPr>
          <w:rFonts w:ascii="Calibri" w:hAnsi="Calibri" w:cs="Calibri"/>
          <w:b/>
          <w:bCs/>
          <w:sz w:val="24"/>
          <w:szCs w:val="24"/>
        </w:rPr>
        <w:t>Office Use Only</w:t>
      </w:r>
    </w:p>
    <w:tbl>
      <w:tblPr>
        <w:tblW w:w="0" w:type="auto"/>
        <w:tblLayout w:type="fixed"/>
        <w:tblLook w:val="04A0" w:firstRow="1" w:lastRow="0" w:firstColumn="1" w:lastColumn="0" w:noHBand="0" w:noVBand="1"/>
      </w:tblPr>
      <w:tblGrid>
        <w:gridCol w:w="5102"/>
        <w:gridCol w:w="4819"/>
      </w:tblGrid>
      <w:tr w:rsidRPr="00EC5363" w:rsidR="00322885" w14:paraId="211691FE" w14:textId="77777777">
        <w:trPr>
          <w:cantSplit/>
          <w:tblHeader/>
        </w:trPr>
        <w:tc>
          <w:tcPr>
            <w:tcW w:w="5102" w:type="dxa"/>
            <w:tcBorders>
              <w:top w:val="single" w:color="D9D9D9" w:sz="4" w:space="0"/>
              <w:left w:val="single" w:color="D9D9D9" w:sz="4" w:space="0"/>
              <w:bottom w:val="single" w:color="D9D9D9" w:sz="4" w:space="0"/>
              <w:right w:val="single" w:color="D9D9D9" w:sz="4" w:space="0"/>
            </w:tcBorders>
            <w:shd w:val="clear" w:color="auto" w:fill="EDEDED"/>
            <w:tcMar>
              <w:top w:w="65" w:type="dxa"/>
              <w:left w:w="65" w:type="dxa"/>
              <w:bottom w:w="65" w:type="dxa"/>
              <w:right w:w="65" w:type="dxa"/>
            </w:tcMar>
            <w:vAlign w:val="center"/>
          </w:tcPr>
          <w:p w:rsidRPr="00EC5363" w:rsidR="00322885" w:rsidP="00EC5363" w:rsidRDefault="00000000" w14:paraId="1A94CA27" w14:textId="77777777">
            <w:pPr>
              <w:rPr>
                <w:rFonts w:ascii="Calibri Light" w:hAnsi="Calibri Light" w:cs="Calibri Light"/>
                <w:sz w:val="24"/>
                <w:szCs w:val="24"/>
              </w:rPr>
            </w:pPr>
            <w:r w:rsidRPr="00EC5363">
              <w:rPr>
                <w:rFonts w:ascii="Calibri Light" w:hAnsi="Calibri Light" w:cs="Calibri Light"/>
                <w:b/>
                <w:sz w:val="24"/>
                <w:szCs w:val="24"/>
              </w:rPr>
              <w:t>Check</w:t>
            </w:r>
          </w:p>
        </w:tc>
        <w:tc>
          <w:tcPr>
            <w:tcW w:w="4819" w:type="dxa"/>
            <w:tcBorders>
              <w:top w:val="single" w:color="D9D9D9" w:sz="4" w:space="0"/>
              <w:left w:val="single" w:color="D9D9D9" w:sz="4" w:space="0"/>
              <w:bottom w:val="single" w:color="D9D9D9" w:sz="4" w:space="0"/>
              <w:right w:val="single" w:color="D9D9D9" w:sz="4" w:space="0"/>
            </w:tcBorders>
            <w:shd w:val="clear" w:color="auto" w:fill="EDEDED"/>
            <w:tcMar>
              <w:top w:w="65" w:type="dxa"/>
              <w:left w:w="65" w:type="dxa"/>
              <w:bottom w:w="65" w:type="dxa"/>
              <w:right w:w="65" w:type="dxa"/>
            </w:tcMar>
            <w:vAlign w:val="center"/>
          </w:tcPr>
          <w:p w:rsidRPr="00EC5363" w:rsidR="00322885" w:rsidP="00EC5363" w:rsidRDefault="00000000" w14:paraId="591BF86F" w14:textId="77777777">
            <w:pPr>
              <w:rPr>
                <w:rFonts w:ascii="Calibri Light" w:hAnsi="Calibri Light" w:cs="Calibri Light"/>
                <w:sz w:val="24"/>
                <w:szCs w:val="24"/>
              </w:rPr>
            </w:pPr>
            <w:r w:rsidRPr="00EC5363">
              <w:rPr>
                <w:rFonts w:ascii="Calibri Light" w:hAnsi="Calibri Light" w:cs="Calibri Light"/>
                <w:b/>
                <w:sz w:val="24"/>
                <w:szCs w:val="24"/>
              </w:rPr>
              <w:t>Details</w:t>
            </w:r>
          </w:p>
        </w:tc>
      </w:tr>
      <w:tr w:rsidRPr="00EC5363" w:rsidR="00322885" w14:paraId="5657DA8A" w14:textId="77777777">
        <w:trPr>
          <w:cantSplit/>
        </w:trPr>
        <w:tc>
          <w:tcPr>
            <w:tcW w:w="51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EC5363" w:rsidR="00322885" w:rsidP="00EC5363" w:rsidRDefault="00000000" w14:paraId="79EB84AD" w14:textId="77777777">
            <w:pPr>
              <w:rPr>
                <w:rFonts w:ascii="Calibri Light" w:hAnsi="Calibri Light" w:cs="Calibri Light"/>
                <w:sz w:val="24"/>
                <w:szCs w:val="24"/>
              </w:rPr>
            </w:pPr>
            <w:r w:rsidRPr="00EC5363">
              <w:rPr>
                <w:rFonts w:ascii="Calibri Light" w:hAnsi="Calibri Light" w:cs="Calibri Light"/>
                <w:sz w:val="24"/>
                <w:szCs w:val="24"/>
              </w:rPr>
              <w:t>First attendance date</w:t>
            </w:r>
          </w:p>
        </w:tc>
        <w:tc>
          <w:tcPr>
            <w:tcW w:w="4819"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EC5363" w:rsidR="00322885" w:rsidP="00EC5363" w:rsidRDefault="00322885" w14:paraId="5B4DE505" w14:textId="77777777">
            <w:pPr>
              <w:rPr>
                <w:rFonts w:ascii="Calibri Light" w:hAnsi="Calibri Light" w:cs="Calibri Light"/>
                <w:sz w:val="24"/>
                <w:szCs w:val="24"/>
              </w:rPr>
            </w:pPr>
          </w:p>
        </w:tc>
      </w:tr>
      <w:tr w:rsidRPr="00EC5363" w:rsidR="00322885" w14:paraId="3FE1DBDE" w14:textId="77777777">
        <w:trPr>
          <w:cantSplit/>
        </w:trPr>
        <w:tc>
          <w:tcPr>
            <w:tcW w:w="51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EC5363" w:rsidR="00322885" w:rsidP="00EC5363" w:rsidRDefault="00000000" w14:paraId="0367C54A" w14:textId="77777777">
            <w:pPr>
              <w:rPr>
                <w:rFonts w:ascii="Calibri Light" w:hAnsi="Calibri Light" w:cs="Calibri Light"/>
                <w:sz w:val="24"/>
                <w:szCs w:val="24"/>
              </w:rPr>
            </w:pPr>
            <w:r w:rsidRPr="00EC5363">
              <w:rPr>
                <w:rFonts w:ascii="Calibri Light" w:hAnsi="Calibri Light" w:cs="Calibri Light"/>
                <w:sz w:val="24"/>
                <w:szCs w:val="24"/>
              </w:rPr>
              <w:t>Registration checked by</w:t>
            </w:r>
          </w:p>
        </w:tc>
        <w:tc>
          <w:tcPr>
            <w:tcW w:w="4819"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EC5363" w:rsidR="00322885" w:rsidP="00EC5363" w:rsidRDefault="00322885" w14:paraId="3F08639A" w14:textId="77777777">
            <w:pPr>
              <w:rPr>
                <w:rFonts w:ascii="Calibri Light" w:hAnsi="Calibri Light" w:cs="Calibri Light"/>
                <w:sz w:val="24"/>
                <w:szCs w:val="24"/>
              </w:rPr>
            </w:pPr>
          </w:p>
        </w:tc>
      </w:tr>
      <w:tr w:rsidRPr="00EC5363" w:rsidR="00322885" w14:paraId="05857367" w14:textId="77777777">
        <w:trPr>
          <w:cantSplit/>
        </w:trPr>
        <w:tc>
          <w:tcPr>
            <w:tcW w:w="51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EC5363" w:rsidR="00322885" w:rsidP="00EC5363" w:rsidRDefault="00000000" w14:paraId="56BCB415" w14:textId="77777777">
            <w:pPr>
              <w:rPr>
                <w:rFonts w:ascii="Calibri Light" w:hAnsi="Calibri Light" w:cs="Calibri Light"/>
                <w:sz w:val="24"/>
                <w:szCs w:val="24"/>
              </w:rPr>
            </w:pPr>
            <w:r w:rsidRPr="00EC5363">
              <w:rPr>
                <w:rFonts w:ascii="Calibri Light" w:hAnsi="Calibri Light" w:cs="Calibri Light"/>
                <w:sz w:val="24"/>
                <w:szCs w:val="24"/>
              </w:rPr>
              <w:t>Sessions or bookings confirmed</w:t>
            </w:r>
          </w:p>
        </w:tc>
        <w:tc>
          <w:tcPr>
            <w:tcW w:w="4819"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EC5363" w:rsidR="00322885" w:rsidP="00EC5363" w:rsidRDefault="00000000" w14:paraId="20555AB4" w14:textId="77777777">
            <w:pPr>
              <w:rPr>
                <w:rFonts w:ascii="Calibri Light" w:hAnsi="Calibri Light" w:cs="Calibri Light"/>
                <w:sz w:val="24"/>
                <w:szCs w:val="24"/>
              </w:rPr>
            </w:pPr>
            <w:r w:rsidRPr="00EC5363">
              <w:rPr>
                <w:rFonts w:ascii="Segoe UI Symbol" w:hAnsi="Segoe UI Symbol" w:cs="Segoe UI Symbol"/>
                <w:sz w:val="24"/>
                <w:szCs w:val="24"/>
              </w:rPr>
              <w:t>☐</w:t>
            </w:r>
          </w:p>
        </w:tc>
      </w:tr>
      <w:tr w:rsidRPr="00EC5363" w:rsidR="00322885" w14:paraId="448D5D92" w14:textId="77777777">
        <w:trPr>
          <w:cantSplit/>
        </w:trPr>
        <w:tc>
          <w:tcPr>
            <w:tcW w:w="51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EC5363" w:rsidR="00322885" w:rsidP="00EC5363" w:rsidRDefault="00000000" w14:paraId="6BA8D8E2" w14:textId="77777777">
            <w:pPr>
              <w:rPr>
                <w:rFonts w:ascii="Calibri Light" w:hAnsi="Calibri Light" w:cs="Calibri Light"/>
                <w:sz w:val="24"/>
                <w:szCs w:val="24"/>
              </w:rPr>
            </w:pPr>
            <w:r w:rsidRPr="00EC5363">
              <w:rPr>
                <w:rFonts w:ascii="Calibri Light" w:hAnsi="Calibri Light" w:cs="Calibri Light"/>
                <w:sz w:val="24"/>
                <w:szCs w:val="24"/>
              </w:rPr>
              <w:t>Learning Journals account set up</w:t>
            </w:r>
          </w:p>
        </w:tc>
        <w:tc>
          <w:tcPr>
            <w:tcW w:w="4819"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EC5363" w:rsidR="00322885" w:rsidP="00EC5363" w:rsidRDefault="00000000" w14:paraId="47954538" w14:textId="77777777">
            <w:pPr>
              <w:rPr>
                <w:rFonts w:ascii="Calibri Light" w:hAnsi="Calibri Light" w:cs="Calibri Light"/>
                <w:sz w:val="24"/>
                <w:szCs w:val="24"/>
              </w:rPr>
            </w:pPr>
            <w:r w:rsidRPr="00EC5363">
              <w:rPr>
                <w:rFonts w:ascii="Segoe UI Symbol" w:hAnsi="Segoe UI Symbol" w:cs="Segoe UI Symbol"/>
                <w:sz w:val="24"/>
                <w:szCs w:val="24"/>
              </w:rPr>
              <w:t>☐</w:t>
            </w:r>
          </w:p>
        </w:tc>
      </w:tr>
      <w:tr w:rsidRPr="00EC5363" w:rsidR="00322885" w14:paraId="03C5A687" w14:textId="77777777">
        <w:trPr>
          <w:cantSplit/>
        </w:trPr>
        <w:tc>
          <w:tcPr>
            <w:tcW w:w="51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EC5363" w:rsidR="00322885" w:rsidP="00EC5363" w:rsidRDefault="00000000" w14:paraId="7E4B76E9" w14:textId="77777777">
            <w:pPr>
              <w:rPr>
                <w:rFonts w:ascii="Calibri Light" w:hAnsi="Calibri Light" w:cs="Calibri Light"/>
                <w:sz w:val="24"/>
                <w:szCs w:val="24"/>
              </w:rPr>
            </w:pPr>
            <w:r w:rsidRPr="00EC5363">
              <w:rPr>
                <w:rFonts w:ascii="Calibri Light" w:hAnsi="Calibri Light" w:cs="Calibri Light"/>
                <w:sz w:val="24"/>
                <w:szCs w:val="24"/>
              </w:rPr>
              <w:t>Medical allergy or support needs</w:t>
            </w:r>
          </w:p>
        </w:tc>
        <w:tc>
          <w:tcPr>
            <w:tcW w:w="4819"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EC5363" w:rsidR="00322885" w:rsidP="00EC5363" w:rsidRDefault="00000000" w14:paraId="301DD6C9" w14:textId="77777777">
            <w:pPr>
              <w:rPr>
                <w:rFonts w:ascii="Calibri Light" w:hAnsi="Calibri Light" w:cs="Calibri Light"/>
                <w:sz w:val="24"/>
                <w:szCs w:val="24"/>
              </w:rPr>
            </w:pPr>
            <w:r w:rsidRPr="00EC5363">
              <w:rPr>
                <w:rFonts w:ascii="Segoe UI Symbol" w:hAnsi="Segoe UI Symbol" w:cs="Segoe UI Symbol"/>
                <w:sz w:val="24"/>
                <w:szCs w:val="24"/>
              </w:rPr>
              <w:t>☐</w:t>
            </w:r>
            <w:r w:rsidRPr="00EC5363">
              <w:rPr>
                <w:rFonts w:ascii="Calibri Light" w:hAnsi="Calibri Light" w:cs="Calibri Light"/>
                <w:sz w:val="24"/>
                <w:szCs w:val="24"/>
              </w:rPr>
              <w:t xml:space="preserve"> None identified   </w:t>
            </w:r>
            <w:r w:rsidRPr="00EC5363">
              <w:rPr>
                <w:rFonts w:ascii="Segoe UI Symbol" w:hAnsi="Segoe UI Symbol" w:cs="Segoe UI Symbol"/>
                <w:sz w:val="24"/>
                <w:szCs w:val="24"/>
              </w:rPr>
              <w:t>☐</w:t>
            </w:r>
            <w:r w:rsidRPr="00EC5363">
              <w:rPr>
                <w:rFonts w:ascii="Calibri Light" w:hAnsi="Calibri Light" w:cs="Calibri Light"/>
                <w:sz w:val="24"/>
                <w:szCs w:val="24"/>
              </w:rPr>
              <w:t xml:space="preserve"> Arrangements required</w:t>
            </w:r>
          </w:p>
        </w:tc>
      </w:tr>
      <w:tr w:rsidRPr="00EC5363" w:rsidR="00322885" w14:paraId="183D61B2" w14:textId="77777777">
        <w:trPr>
          <w:cantSplit/>
        </w:trPr>
        <w:tc>
          <w:tcPr>
            <w:tcW w:w="5102"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EC5363" w:rsidR="00322885" w:rsidP="00EC5363" w:rsidRDefault="00000000" w14:paraId="509243C9" w14:textId="77777777">
            <w:pPr>
              <w:rPr>
                <w:rFonts w:ascii="Calibri Light" w:hAnsi="Calibri Light" w:cs="Calibri Light"/>
                <w:sz w:val="24"/>
                <w:szCs w:val="24"/>
              </w:rPr>
            </w:pPr>
            <w:r w:rsidRPr="00EC5363">
              <w:rPr>
                <w:rFonts w:ascii="Calibri Light" w:hAnsi="Calibri Light" w:cs="Calibri Light"/>
                <w:sz w:val="24"/>
                <w:szCs w:val="24"/>
              </w:rPr>
              <w:t>Required medication or support plans completed</w:t>
            </w:r>
          </w:p>
        </w:tc>
        <w:tc>
          <w:tcPr>
            <w:tcW w:w="4819" w:type="dxa"/>
            <w:tcBorders>
              <w:top w:val="single" w:color="D9D9D9" w:sz="4" w:space="0"/>
              <w:left w:val="single" w:color="D9D9D9" w:sz="4" w:space="0"/>
              <w:bottom w:val="single" w:color="D9D9D9" w:sz="4" w:space="0"/>
              <w:right w:val="single" w:color="D9D9D9" w:sz="4" w:space="0"/>
            </w:tcBorders>
            <w:tcMar>
              <w:top w:w="65" w:type="dxa"/>
              <w:left w:w="65" w:type="dxa"/>
              <w:bottom w:w="65" w:type="dxa"/>
              <w:right w:w="65" w:type="dxa"/>
            </w:tcMar>
            <w:vAlign w:val="center"/>
          </w:tcPr>
          <w:p w:rsidRPr="00EC5363" w:rsidR="00322885" w:rsidP="00EC5363" w:rsidRDefault="00000000" w14:paraId="163F5F72" w14:textId="77777777">
            <w:pPr>
              <w:rPr>
                <w:rFonts w:ascii="Calibri Light" w:hAnsi="Calibri Light" w:cs="Calibri Light"/>
                <w:sz w:val="24"/>
                <w:szCs w:val="24"/>
              </w:rPr>
            </w:pPr>
            <w:r w:rsidRPr="00EC5363">
              <w:rPr>
                <w:rFonts w:ascii="Segoe UI Symbol" w:hAnsi="Segoe UI Symbol" w:cs="Segoe UI Symbol"/>
                <w:sz w:val="24"/>
                <w:szCs w:val="24"/>
              </w:rPr>
              <w:t>☐</w:t>
            </w:r>
            <w:r w:rsidRPr="00EC5363">
              <w:rPr>
                <w:rFonts w:ascii="Calibri Light" w:hAnsi="Calibri Light" w:cs="Calibri Light"/>
                <w:sz w:val="24"/>
                <w:szCs w:val="24"/>
              </w:rPr>
              <w:t xml:space="preserve"> Yes   </w:t>
            </w:r>
            <w:r w:rsidRPr="00EC5363">
              <w:rPr>
                <w:rFonts w:ascii="Segoe UI Symbol" w:hAnsi="Segoe UI Symbol" w:cs="Segoe UI Symbol"/>
                <w:sz w:val="24"/>
                <w:szCs w:val="24"/>
              </w:rPr>
              <w:t>☐</w:t>
            </w:r>
            <w:r w:rsidRPr="00EC5363">
              <w:rPr>
                <w:rFonts w:ascii="Calibri Light" w:hAnsi="Calibri Light" w:cs="Calibri Light"/>
                <w:sz w:val="24"/>
                <w:szCs w:val="24"/>
              </w:rPr>
              <w:t xml:space="preserve"> Not applicable</w:t>
            </w:r>
          </w:p>
        </w:tc>
      </w:tr>
    </w:tbl>
    <w:p w:rsidRPr="00EC5363" w:rsidR="00B97157" w:rsidRDefault="00B97157" w14:paraId="05D9B5DF" w14:textId="77777777">
      <w:pPr>
        <w:rPr>
          <w:rFonts w:ascii="Calibri Light" w:hAnsi="Calibri Light" w:cs="Calibri Light"/>
        </w:rPr>
      </w:pPr>
    </w:p>
    <w:sectPr w:rsidRPr="00EC5363" w:rsidR="00B97157" w:rsidSect="003C6461">
      <w:headerReference w:type="default" r:id="rId12"/>
      <w:footerReference w:type="default" r:id="rId13"/>
      <w:pgSz w:w="12240" w:h="15840" w:orient="portrait"/>
      <w:pgMar w:top="737" w:right="936" w:bottom="737" w:left="936" w:header="227" w:footer="5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7667C" w:rsidRDefault="0057667C" w14:paraId="493B30F5" w14:textId="77777777">
      <w:pPr>
        <w:spacing w:after="0" w:line="240" w:lineRule="auto"/>
      </w:pPr>
      <w:r>
        <w:separator/>
      </w:r>
    </w:p>
  </w:endnote>
  <w:endnote w:type="continuationSeparator" w:id="0">
    <w:p w:rsidR="0057667C" w:rsidRDefault="0057667C" w14:paraId="5B0C7DE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A8113C" w:rsidRDefault="00A8113C" w14:paraId="794059AC" w14:textId="77777777">
    <w:pPr>
      <w:pStyle w:val="Footer"/>
    </w:pPr>
  </w:p>
  <w:tbl>
    <w:tblPr>
      <w:tblW w:w="0" w:type="auto"/>
      <w:jc w:val="center"/>
      <w:tblLook w:val="04A0" w:firstRow="1" w:lastRow="0" w:firstColumn="1" w:lastColumn="0" w:noHBand="0" w:noVBand="1"/>
    </w:tblPr>
    <w:tblGrid>
      <w:gridCol w:w="3360"/>
      <w:gridCol w:w="3360"/>
      <w:gridCol w:w="3360"/>
    </w:tblGrid>
    <w:tr w:rsidR="00A8113C" w14:paraId="463D5899" w14:textId="77777777">
      <w:trPr>
        <w:jc w:val="center"/>
      </w:trPr>
      <w:tc>
        <w:tcPr>
          <w:tcW w:w="3360" w:type="dxa"/>
          <w:vAlign w:val="center"/>
        </w:tcPr>
        <w:p w:rsidR="00A8113C" w:rsidRDefault="00000000" w14:paraId="34BD04FC" w14:textId="77777777">
          <w:r>
            <w:rPr>
              <w:noProof/>
              <w:sz w:val="17"/>
            </w:rPr>
            <w:drawing>
              <wp:inline distT="0" distB="0" distL="0" distR="0" wp14:anchorId="705A94E4" wp14:editId="5E0EEC8E">
                <wp:extent cx="438912" cy="438912"/>
                <wp:effectExtent l="0" t="0" r="0" b="0"/>
                <wp:docPr id="1297108622" name="Picture 1297108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pic:cNvPicPr/>
                      </pic:nvPicPr>
                      <pic:blipFill>
                        <a:blip r:embed="rId1"/>
                        <a:stretch>
                          <a:fillRect/>
                        </a:stretch>
                      </pic:blipFill>
                      <pic:spPr>
                        <a:xfrm>
                          <a:off x="0" y="0"/>
                          <a:ext cx="438912" cy="438912"/>
                        </a:xfrm>
                        <a:prstGeom prst="rect">
                          <a:avLst/>
                        </a:prstGeom>
                      </pic:spPr>
                    </pic:pic>
                  </a:graphicData>
                </a:graphic>
              </wp:inline>
            </w:drawing>
          </w:r>
        </w:p>
      </w:tc>
      <w:tc>
        <w:tcPr>
          <w:tcW w:w="3360" w:type="dxa"/>
          <w:vAlign w:val="center"/>
        </w:tcPr>
        <w:p w:rsidR="00A8113C" w:rsidRDefault="00000000" w14:paraId="527507CB" w14:textId="77777777">
          <w:pPr>
            <w:jc w:val="center"/>
          </w:pPr>
          <w:r>
            <w:rPr>
              <w:sz w:val="17"/>
            </w:rPr>
            <w:t>REGISTERED CHARITY: 1038447</w:t>
          </w:r>
        </w:p>
      </w:tc>
      <w:tc>
        <w:tcPr>
          <w:tcW w:w="3360" w:type="dxa"/>
          <w:vAlign w:val="center"/>
        </w:tcPr>
        <w:p w:rsidR="00A8113C" w:rsidRDefault="00000000" w14:paraId="6EB8E530" w14:textId="77777777">
          <w:pPr>
            <w:jc w:val="right"/>
          </w:pPr>
          <w:r>
            <w:rPr>
              <w:sz w:val="17"/>
            </w:rPr>
            <w:t>OFSTED: EY55594</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7667C" w:rsidRDefault="0057667C" w14:paraId="76334D53" w14:textId="77777777">
      <w:pPr>
        <w:spacing w:after="0" w:line="240" w:lineRule="auto"/>
      </w:pPr>
      <w:r>
        <w:separator/>
      </w:r>
    </w:p>
  </w:footnote>
  <w:footnote w:type="continuationSeparator" w:id="0">
    <w:p w:rsidR="0057667C" w:rsidRDefault="0057667C" w14:paraId="5B047AA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8113C" w:rsidRDefault="00A8113C" w14:paraId="2D05008A" w14:textId="04F99AE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16cid:durableId="979925038">
    <w:abstractNumId w:val="8"/>
  </w:num>
  <w:num w:numId="2" w16cid:durableId="1160078399">
    <w:abstractNumId w:val="6"/>
  </w:num>
  <w:num w:numId="3" w16cid:durableId="1351450420">
    <w:abstractNumId w:val="5"/>
  </w:num>
  <w:num w:numId="4" w16cid:durableId="799961552">
    <w:abstractNumId w:val="4"/>
  </w:num>
  <w:num w:numId="5" w16cid:durableId="298343462">
    <w:abstractNumId w:val="7"/>
  </w:num>
  <w:num w:numId="6" w16cid:durableId="1052734031">
    <w:abstractNumId w:val="3"/>
  </w:num>
  <w:num w:numId="7" w16cid:durableId="1931234576">
    <w:abstractNumId w:val="2"/>
  </w:num>
  <w:num w:numId="8" w16cid:durableId="667944551">
    <w:abstractNumId w:val="1"/>
  </w:num>
  <w:num w:numId="9" w16cid:durableId="206382330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000"/>
    <w:rsid w:val="00034616"/>
    <w:rsid w:val="0003788B"/>
    <w:rsid w:val="0006063C"/>
    <w:rsid w:val="0015074B"/>
    <w:rsid w:val="0029639D"/>
    <w:rsid w:val="00322885"/>
    <w:rsid w:val="00326F90"/>
    <w:rsid w:val="003C6461"/>
    <w:rsid w:val="0057667C"/>
    <w:rsid w:val="006A356C"/>
    <w:rsid w:val="007C0D5D"/>
    <w:rsid w:val="008024E5"/>
    <w:rsid w:val="0088242A"/>
    <w:rsid w:val="00986D6D"/>
    <w:rsid w:val="00995BC6"/>
    <w:rsid w:val="00A8113C"/>
    <w:rsid w:val="00AA1D8D"/>
    <w:rsid w:val="00B47730"/>
    <w:rsid w:val="00B64B63"/>
    <w:rsid w:val="00B97157"/>
    <w:rsid w:val="00CB0664"/>
    <w:rsid w:val="00EC5363"/>
    <w:rsid w:val="00F149D4"/>
    <w:rsid w:val="00FC693F"/>
    <w:rsid w:val="05AE875B"/>
    <w:rsid w:val="09473303"/>
    <w:rsid w:val="18209D4F"/>
    <w:rsid w:val="1AED82F7"/>
    <w:rsid w:val="28CCA771"/>
    <w:rsid w:val="2C821A16"/>
    <w:rsid w:val="30C33BB1"/>
    <w:rsid w:val="32CCF4E4"/>
    <w:rsid w:val="36A0F8D7"/>
    <w:rsid w:val="465896E1"/>
    <w:rsid w:val="5121C98D"/>
    <w:rsid w:val="7060B018"/>
    <w:rsid w:val="725015D6"/>
    <w:rsid w:val="7349B4D6"/>
    <w:rsid w:val="739AD0F1"/>
    <w:rsid w:val="76ACCE56"/>
    <w:rsid w:val="7E2346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2B49879"/>
  <w14:defaultImageDpi w14:val="300"/>
  <w15:docId w15:val="{6B8EDB72-58D7-4643-AE25-7BB672C94C3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pPr>
      <w:spacing w:after="100" w:line="252" w:lineRule="auto"/>
    </w:pPr>
    <w:rPr>
      <w:rFonts w:ascii="Arial" w:hAnsi="Arial"/>
      <w:sz w:val="20"/>
    </w:rPr>
  </w:style>
  <w:style w:type="paragraph" w:styleId="Heading1">
    <w:name w:val="heading 1"/>
    <w:basedOn w:val="Normal"/>
    <w:next w:val="Normal"/>
    <w:link w:val="Heading1Char"/>
    <w:uiPriority w:val="9"/>
    <w:qFormat/>
    <w:rsid w:val="00FC693F"/>
    <w:pPr>
      <w:keepNext/>
      <w:keepLines/>
      <w:spacing w:before="180" w:after="120"/>
      <w:outlineLvl w:val="0"/>
    </w:pPr>
    <w:rPr>
      <w:rFonts w:asciiTheme="majorHAnsi" w:hAnsiTheme="majorHAnsi" w:eastAsiaTheme="majorEastAsia" w:cstheme="majorBid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80" w:after="120"/>
      <w:outlineLvl w:val="1"/>
    </w:pPr>
    <w:rPr>
      <w:rFonts w:asciiTheme="majorHAnsi" w:hAnsiTheme="majorHAnsi" w:eastAsiaTheme="majorEastAsia" w:cstheme="majorBid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keepNext/>
      <w:spacing w:before="180" w:after="120" w:line="240" w:lineRule="auto"/>
      <w:contextualSpacing/>
    </w:pPr>
    <w:rPr>
      <w:rFonts w:asciiTheme="majorHAnsi" w:hAnsiTheme="majorHAnsi" w:eastAsiaTheme="majorEastAsia" w:cstheme="majorBidi"/>
      <w:b/>
      <w:color w:val="000000"/>
      <w:spacing w:val="5"/>
      <w:kern w:val="28"/>
      <w:sz w:val="3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6aacc3b-fdcd-4975-bd9d-b93eeae1882c">
      <Terms xmlns="http://schemas.microsoft.com/office/infopath/2007/PartnerControls"/>
    </lcf76f155ced4ddcb4097134ff3c332f>
    <TaxCatchAll xmlns="c0f86b5b-98b7-49a1-b521-7e2bf0d199e4"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97673A27CF5B94B860B71F7F32D2D9E" ma:contentTypeVersion="13" ma:contentTypeDescription="Create a new document." ma:contentTypeScope="" ma:versionID="1905002f065a5602c43ae38a29c135a2">
  <xsd:schema xmlns:xsd="http://www.w3.org/2001/XMLSchema" xmlns:xs="http://www.w3.org/2001/XMLSchema" xmlns:p="http://schemas.microsoft.com/office/2006/metadata/properties" xmlns:ns2="56aacc3b-fdcd-4975-bd9d-b93eeae1882c" xmlns:ns3="c0f86b5b-98b7-49a1-b521-7e2bf0d199e4" targetNamespace="http://schemas.microsoft.com/office/2006/metadata/properties" ma:root="true" ma:fieldsID="874685415edfcee761acda40bf360f65" ns2:_="" ns3:_="">
    <xsd:import namespace="56aacc3b-fdcd-4975-bd9d-b93eeae1882c"/>
    <xsd:import namespace="c0f86b5b-98b7-49a1-b521-7e2bf0d199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aacc3b-fdcd-4975-bd9d-b93eeae188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958759a-ce04-469c-8563-904cef2fa7fa"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f86b5b-98b7-49a1-b521-7e2bf0d199e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7dc2023-efcf-43aa-be50-f782369d311f}" ma:internalName="TaxCatchAll" ma:showField="CatchAllData" ma:web="c0f86b5b-98b7-49a1-b521-7e2bf0d199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F5E0A2-BC30-4D6F-A8C1-87BD2A26E865}">
  <ds:schemaRefs>
    <ds:schemaRef ds:uri="http://schemas.microsoft.com/sharepoint/v3/contenttype/forms"/>
  </ds:schemaRefs>
</ds:datastoreItem>
</file>

<file path=customXml/itemProps2.xml><?xml version="1.0" encoding="utf-8"?>
<ds:datastoreItem xmlns:ds="http://schemas.openxmlformats.org/officeDocument/2006/customXml" ds:itemID="{B7296584-8763-470B-8BA0-1843037F0CAA}">
  <ds:schemaRefs>
    <ds:schemaRef ds:uri="http://schemas.microsoft.com/office/2006/metadata/properties"/>
    <ds:schemaRef ds:uri="http://schemas.microsoft.com/office/infopath/2007/PartnerControls"/>
    <ds:schemaRef ds:uri="56aacc3b-fdcd-4975-bd9d-b93eeae1882c"/>
    <ds:schemaRef ds:uri="c0f86b5b-98b7-49a1-b521-7e2bf0d199e4"/>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F628E658-3C60-4A75-BF68-E0757FAC91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aacc3b-fdcd-4975-bd9d-b93eeae1882c"/>
    <ds:schemaRef ds:uri="c0f86b5b-98b7-49a1-b521-7e2bf0d199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Lympstone Preschool</dc:creator>
  <keywords/>
  <dc:description>generated by python-docx</dc:description>
  <lastModifiedBy>Lympstone Preschool</lastModifiedBy>
  <revision>8</revision>
  <dcterms:created xsi:type="dcterms:W3CDTF">2026-09-09T10:42:00.0000000Z</dcterms:created>
  <dcterms:modified xsi:type="dcterms:W3CDTF">2026-10-08T08:30:12.2063353Z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0x010100E97673A27CF5B94B860B71F7F32D2D9E</vt:lpwstr>
  </property>
  <property fmtid="{D5CDD505-2E9C-101B-9397-08002B2CF9AE}" pid="3" name="MediaServiceImageTags">
    <vt:lpwstr/>
  </property>
</Properties>
</file>