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825577" w:rsidR="00A37D9C" w:rsidP="4201587A" w:rsidRDefault="00000000" w14:paraId="56E291B8" w14:textId="6966685E">
      <w:pPr>
        <w:jc w:val="center"/>
        <w:rPr>
          <w:rFonts w:ascii="Calibri Light" w:hAnsi="Calibri Light" w:eastAsia="Calibri Light" w:cs="Calibri Light"/>
          <w:b w:val="1"/>
          <w:bCs w:val="1"/>
          <w:sz w:val="36"/>
          <w:szCs w:val="36"/>
        </w:rPr>
      </w:pPr>
      <w:r>
        <w:drawing>
          <wp:anchor distT="0" distB="0" distL="114300" distR="114300" simplePos="0" relativeHeight="251658240" behindDoc="0" locked="0" layoutInCell="1" allowOverlap="1" wp14:anchorId="31D56F07" wp14:editId="22C21608">
            <wp:simplePos x="0" y="0"/>
            <wp:positionH relativeFrom="column">
              <wp:posOffset>5667375</wp:posOffset>
            </wp:positionH>
            <wp:positionV relativeFrom="paragraph">
              <wp:posOffset>-152400</wp:posOffset>
            </wp:positionV>
            <wp:extent cx="880579" cy="671588"/>
            <wp:effectExtent l="0" t="0" r="0" b="0"/>
            <wp:wrapNone/>
            <wp:docPr id="84420956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44209567" name="Picture 844209567"/>
                    <pic:cNvPicPr/>
                  </pic:nvPicPr>
                  <pic:blipFill>
                    <a:blip xmlns:r="http://schemas.openxmlformats.org/officeDocument/2006/relationships" r:embed="rId198119711">
                      <a:extLst>
                        <a:ext uri="{28A0092B-C50C-407E-A947-70E740481C1C}">
                          <a14:useLocalDpi xmlns:a14="http://schemas.microsoft.com/office/drawing/2010/main"/>
                        </a:ext>
                      </a:extLst>
                    </a:blip>
                    <a:stretch>
                      <a:fillRect/>
                    </a:stretch>
                  </pic:blipFill>
                  <pic:spPr>
                    <a:xfrm rot="0">
                      <a:off x="0" y="0"/>
                      <a:ext cx="880579" cy="671588"/>
                    </a:xfrm>
                    <a:prstGeom prst="rect">
                      <a:avLst/>
                    </a:prstGeom>
                  </pic:spPr>
                </pic:pic>
              </a:graphicData>
            </a:graphic>
            <wp14:sizeRelH relativeFrom="page">
              <wp14:pctWidth>0</wp14:pctWidth>
            </wp14:sizeRelH>
            <wp14:sizeRelV relativeFrom="page">
              <wp14:pctHeight>0</wp14:pctHeight>
            </wp14:sizeRelV>
          </wp:anchor>
        </w:drawing>
      </w:r>
      <w:r w:rsidRPr="4201587A" w:rsidR="00000000">
        <w:rPr>
          <w:rFonts w:ascii="Calibri Light" w:hAnsi="Calibri Light" w:eastAsia="Calibri Light" w:cs="Calibri Light"/>
          <w:b w:val="1"/>
          <w:bCs w:val="1"/>
          <w:sz w:val="36"/>
          <w:szCs w:val="36"/>
        </w:rPr>
        <w:t>Holiday Club Registration Form</w:t>
      </w:r>
    </w:p>
    <w:p w:rsidRPr="00825577" w:rsidR="00A37D9C" w:rsidP="00825577" w:rsidRDefault="00000000" w14:paraId="4CFD3362" w14:textId="77777777">
      <w:pPr>
        <w:spacing w:after="0"/>
        <w:jc w:val="center"/>
        <w:rPr>
          <w:rFonts w:ascii="Calibri Light" w:hAnsi="Calibri Light" w:cs="Calibri Light"/>
          <w:i/>
          <w:iCs/>
          <w:sz w:val="22"/>
        </w:rPr>
      </w:pPr>
      <w:r w:rsidRPr="00825577">
        <w:rPr>
          <w:rFonts w:ascii="Calibri Light" w:hAnsi="Calibri Light" w:cs="Calibri Light"/>
          <w:i/>
          <w:iCs/>
          <w:sz w:val="22"/>
        </w:rPr>
        <w:t>Candys Field, School Hill, Lympstone, Devon, EX8 5JY</w:t>
      </w:r>
    </w:p>
    <w:p w:rsidRPr="00825577" w:rsidR="00A37D9C" w:rsidP="00825577" w:rsidRDefault="00000000" w14:paraId="28A913E4" w14:textId="77777777">
      <w:pPr>
        <w:jc w:val="center"/>
        <w:rPr>
          <w:rFonts w:ascii="Calibri Light" w:hAnsi="Calibri Light" w:cs="Calibri Light"/>
          <w:i/>
          <w:iCs/>
          <w:sz w:val="22"/>
        </w:rPr>
      </w:pPr>
      <w:r w:rsidRPr="00825577">
        <w:rPr>
          <w:rFonts w:ascii="Calibri Light" w:hAnsi="Calibri Light" w:cs="Calibri Light"/>
          <w:i/>
          <w:iCs/>
          <w:sz w:val="22"/>
        </w:rPr>
        <w:t>Email: admin@lympstonepreschool.co.uk   Office: (01395) 266511</w:t>
      </w:r>
    </w:p>
    <w:p w:rsidRPr="00825577" w:rsidR="00825577" w:rsidP="00825577" w:rsidRDefault="00825577" w14:paraId="730582B5" w14:textId="77777777">
      <w:pPr>
        <w:rPr>
          <w:rFonts w:ascii="Calibri Light" w:hAnsi="Calibri Light" w:cs="Calibri Light"/>
          <w:sz w:val="24"/>
          <w:szCs w:val="24"/>
        </w:rPr>
      </w:pPr>
    </w:p>
    <w:p w:rsidRPr="00825577" w:rsidR="00A37D9C" w:rsidP="00825577" w:rsidRDefault="00000000" w14:paraId="5DABE991" w14:textId="77777777">
      <w:pPr>
        <w:rPr>
          <w:rFonts w:ascii="Calibri" w:hAnsi="Calibri" w:cs="Calibri"/>
          <w:b/>
          <w:bCs/>
          <w:sz w:val="24"/>
          <w:szCs w:val="24"/>
        </w:rPr>
      </w:pPr>
      <w:r w:rsidRPr="00825577">
        <w:rPr>
          <w:rFonts w:ascii="Calibri" w:hAnsi="Calibri" w:cs="Calibri"/>
          <w:b/>
          <w:bCs/>
          <w:sz w:val="24"/>
          <w:szCs w:val="24"/>
        </w:rPr>
        <w:t>Child Information</w:t>
      </w:r>
    </w:p>
    <w:p w:rsidRPr="00825577" w:rsidR="00A37D9C" w:rsidP="00825577" w:rsidRDefault="00000000" w14:paraId="272C3F36" w14:textId="77777777">
      <w:pPr>
        <w:rPr>
          <w:rFonts w:ascii="Calibri Light" w:hAnsi="Calibri Light" w:cs="Calibri Light"/>
          <w:sz w:val="24"/>
          <w:szCs w:val="24"/>
        </w:rPr>
      </w:pPr>
      <w:r w:rsidRPr="00825577">
        <w:rPr>
          <w:rFonts w:ascii="Calibri Light" w:hAnsi="Calibri Light" w:cs="Calibri Light"/>
          <w:sz w:val="24"/>
          <w:szCs w:val="24"/>
        </w:rPr>
        <w:t>Full legal name .......................................................</w:t>
      </w:r>
    </w:p>
    <w:p w:rsidRPr="00825577" w:rsidR="00A37D9C" w:rsidP="00825577" w:rsidRDefault="00000000" w14:paraId="6781C4CB" w14:textId="77777777">
      <w:pPr>
        <w:rPr>
          <w:rFonts w:ascii="Calibri Light" w:hAnsi="Calibri Light" w:cs="Calibri Light"/>
          <w:sz w:val="24"/>
          <w:szCs w:val="24"/>
        </w:rPr>
      </w:pPr>
      <w:r w:rsidRPr="00825577">
        <w:rPr>
          <w:rFonts w:ascii="Calibri Light" w:hAnsi="Calibri Light" w:cs="Calibri Light"/>
          <w:sz w:val="24"/>
          <w:szCs w:val="24"/>
        </w:rPr>
        <w:t>Preferred name .......................................................</w:t>
      </w:r>
    </w:p>
    <w:p w:rsidRPr="00825577" w:rsidR="00A37D9C" w:rsidP="00825577" w:rsidRDefault="00000000" w14:paraId="78679934" w14:textId="77777777">
      <w:pPr>
        <w:rPr>
          <w:rFonts w:ascii="Calibri Light" w:hAnsi="Calibri Light" w:cs="Calibri Light"/>
          <w:sz w:val="24"/>
          <w:szCs w:val="24"/>
        </w:rPr>
      </w:pPr>
      <w:r w:rsidRPr="00825577">
        <w:rPr>
          <w:rFonts w:ascii="Calibri Light" w:hAnsi="Calibri Light" w:cs="Calibri Light"/>
          <w:sz w:val="24"/>
          <w:szCs w:val="24"/>
        </w:rPr>
        <w:t>Date of birth ........................................   Gender ........................................</w:t>
      </w:r>
    </w:p>
    <w:p w:rsidRPr="00825577" w:rsidR="00A37D9C" w:rsidP="00825577" w:rsidRDefault="00000000" w14:paraId="396D4A97" w14:textId="77777777">
      <w:pPr>
        <w:rPr>
          <w:rFonts w:ascii="Calibri Light" w:hAnsi="Calibri Light" w:cs="Calibri Light"/>
          <w:sz w:val="24"/>
          <w:szCs w:val="24"/>
        </w:rPr>
      </w:pPr>
      <w:r w:rsidRPr="00825577">
        <w:rPr>
          <w:rFonts w:ascii="Calibri Light" w:hAnsi="Calibri Light" w:cs="Calibri Light"/>
          <w:sz w:val="24"/>
          <w:szCs w:val="24"/>
        </w:rPr>
        <w:t>Child’s home address .......................................................</w:t>
      </w:r>
    </w:p>
    <w:p w:rsidRPr="00825577" w:rsidR="00A37D9C" w:rsidP="00825577" w:rsidRDefault="00000000" w14:paraId="30D34F82" w14:textId="77777777">
      <w:pPr>
        <w:rPr>
          <w:rFonts w:ascii="Calibri Light" w:hAnsi="Calibri Light" w:cs="Calibri Light"/>
          <w:sz w:val="24"/>
          <w:szCs w:val="24"/>
        </w:rPr>
      </w:pPr>
      <w:r w:rsidRPr="00825577">
        <w:rPr>
          <w:rFonts w:ascii="Calibri Light" w:hAnsi="Calibri Light" w:cs="Calibri Light"/>
          <w:sz w:val="24"/>
          <w:szCs w:val="24"/>
        </w:rPr>
        <w:t>....................................................................................................</w:t>
      </w:r>
    </w:p>
    <w:p w:rsidRPr="00825577" w:rsidR="00A37D9C" w:rsidP="00825577" w:rsidRDefault="00000000" w14:paraId="359E0119" w14:textId="77777777">
      <w:pPr>
        <w:rPr>
          <w:rFonts w:ascii="Calibri Light" w:hAnsi="Calibri Light" w:cs="Calibri Light"/>
          <w:sz w:val="24"/>
          <w:szCs w:val="24"/>
        </w:rPr>
      </w:pPr>
      <w:r w:rsidRPr="00825577">
        <w:rPr>
          <w:rFonts w:ascii="Calibri Light" w:hAnsi="Calibri Light" w:cs="Calibri Light"/>
          <w:sz w:val="24"/>
          <w:szCs w:val="24"/>
        </w:rPr>
        <w:t>Postcode .......................................................</w:t>
      </w:r>
    </w:p>
    <w:p w:rsidRPr="00825577" w:rsidR="00A37D9C" w:rsidP="00825577" w:rsidRDefault="00000000" w14:paraId="099CF1E1" w14:textId="77777777">
      <w:pPr>
        <w:rPr>
          <w:rFonts w:ascii="Calibri Light" w:hAnsi="Calibri Light" w:cs="Calibri Light"/>
          <w:sz w:val="24"/>
          <w:szCs w:val="24"/>
        </w:rPr>
      </w:pPr>
      <w:r w:rsidRPr="00825577">
        <w:rPr>
          <w:rFonts w:ascii="Calibri Light" w:hAnsi="Calibri Light" w:cs="Calibri Light"/>
          <w:sz w:val="24"/>
          <w:szCs w:val="24"/>
        </w:rPr>
        <w:t>Home language .......................................................</w:t>
      </w:r>
    </w:p>
    <w:p w:rsidRPr="00825577" w:rsidR="00A37D9C" w:rsidP="00825577" w:rsidRDefault="00000000" w14:paraId="64F7F763" w14:textId="77777777">
      <w:pPr>
        <w:rPr>
          <w:rFonts w:ascii="Calibri Light" w:hAnsi="Calibri Light" w:cs="Calibri Light"/>
          <w:sz w:val="24"/>
          <w:szCs w:val="24"/>
        </w:rPr>
      </w:pPr>
      <w:r w:rsidRPr="00825577">
        <w:rPr>
          <w:rFonts w:ascii="Calibri Light" w:hAnsi="Calibri Light" w:cs="Calibri Light"/>
          <w:sz w:val="24"/>
          <w:szCs w:val="24"/>
        </w:rPr>
        <w:t>Other languages spoken or understood .......................................................</w:t>
      </w:r>
    </w:p>
    <w:p w:rsidRPr="00825577" w:rsidR="00A37D9C" w:rsidP="00825577" w:rsidRDefault="00000000" w14:paraId="17DA8914" w14:textId="77777777">
      <w:pPr>
        <w:rPr>
          <w:rFonts w:ascii="Calibri Light" w:hAnsi="Calibri Light" w:cs="Calibri Light"/>
          <w:sz w:val="24"/>
          <w:szCs w:val="24"/>
        </w:rPr>
      </w:pPr>
      <w:r w:rsidRPr="00825577">
        <w:rPr>
          <w:rFonts w:ascii="Calibri Light" w:hAnsi="Calibri Light" w:cs="Calibri Light"/>
          <w:sz w:val="24"/>
          <w:szCs w:val="24"/>
        </w:rPr>
        <w:t>Current school or early years setting if applicable .......................................................</w:t>
      </w:r>
    </w:p>
    <w:p w:rsidR="00A37D9C" w:rsidP="00825577" w:rsidRDefault="00000000" w14:paraId="35C97E43" w14:textId="77777777">
      <w:pPr>
        <w:rPr>
          <w:rFonts w:ascii="Calibri Light" w:hAnsi="Calibri Light" w:cs="Calibri Light"/>
          <w:sz w:val="24"/>
          <w:szCs w:val="24"/>
        </w:rPr>
      </w:pPr>
      <w:r w:rsidRPr="00825577">
        <w:rPr>
          <w:rFonts w:ascii="Calibri Light" w:hAnsi="Calibri Light" w:cs="Calibri Light"/>
          <w:sz w:val="24"/>
          <w:szCs w:val="24"/>
        </w:rPr>
        <w:t>Year group if applicable .......................................................</w:t>
      </w:r>
    </w:p>
    <w:p w:rsidRPr="00825577" w:rsidR="00825577" w:rsidP="00825577" w:rsidRDefault="00825577" w14:paraId="2FF0CDD4" w14:textId="77777777">
      <w:pPr>
        <w:rPr>
          <w:rFonts w:ascii="Calibri Light" w:hAnsi="Calibri Light" w:cs="Calibri Light"/>
          <w:sz w:val="24"/>
          <w:szCs w:val="24"/>
        </w:rPr>
      </w:pPr>
    </w:p>
    <w:p w:rsidRPr="00825577" w:rsidR="00A37D9C" w:rsidP="595E6CE4" w:rsidRDefault="00000000" w14:paraId="0DFD9A73" w14:textId="77777777">
      <w:pPr>
        <w:rPr>
          <w:rFonts w:ascii="Calibri Light" w:hAnsi="Calibri Light" w:eastAsia="Calibri Light" w:cs="Calibri Light"/>
          <w:b w:val="1"/>
          <w:bCs w:val="1"/>
          <w:sz w:val="24"/>
          <w:szCs w:val="24"/>
        </w:rPr>
      </w:pPr>
      <w:r w:rsidRPr="595E6CE4">
        <w:rPr>
          <w:rFonts w:ascii="Calibri Light" w:hAnsi="Calibri Light" w:eastAsia="Calibri Light" w:cs="Calibri Light"/>
          <w:b w:val="1"/>
          <w:bCs w:val="1"/>
          <w:sz w:val="24"/>
          <w:szCs w:val="24"/>
        </w:rPr>
        <w:t>Parent or Carer 1</w:t>
      </w:r>
    </w:p>
    <w:p w:rsidRPr="00825577" w:rsidR="00A37D9C" w:rsidP="00825577" w:rsidRDefault="00000000" w14:paraId="551AD38A" w14:textId="77777777">
      <w:pPr>
        <w:rPr>
          <w:rFonts w:ascii="Calibri Light" w:hAnsi="Calibri Light" w:cs="Calibri Light"/>
          <w:sz w:val="24"/>
          <w:szCs w:val="24"/>
        </w:rPr>
      </w:pPr>
      <w:r w:rsidRPr="00825577">
        <w:rPr>
          <w:rFonts w:ascii="Calibri Light" w:hAnsi="Calibri Light" w:cs="Calibri Light"/>
          <w:sz w:val="24"/>
          <w:szCs w:val="24"/>
        </w:rPr>
        <w:t xml:space="preserve">Name ........................................   </w:t>
      </w:r>
      <w:proofErr w:type="gramStart"/>
      <w:r w:rsidRPr="00825577">
        <w:rPr>
          <w:rFonts w:ascii="Calibri Light" w:hAnsi="Calibri Light" w:cs="Calibri Light"/>
          <w:sz w:val="24"/>
          <w:szCs w:val="24"/>
        </w:rPr>
        <w:t>Relationship</w:t>
      </w:r>
      <w:proofErr w:type="gramEnd"/>
      <w:r w:rsidRPr="00825577">
        <w:rPr>
          <w:rFonts w:ascii="Calibri Light" w:hAnsi="Calibri Light" w:cs="Calibri Light"/>
          <w:sz w:val="24"/>
          <w:szCs w:val="24"/>
        </w:rPr>
        <w:t xml:space="preserve"> </w:t>
      </w:r>
      <w:proofErr w:type="gramStart"/>
      <w:r w:rsidRPr="00825577">
        <w:rPr>
          <w:rFonts w:ascii="Calibri Light" w:hAnsi="Calibri Light" w:cs="Calibri Light"/>
          <w:sz w:val="24"/>
          <w:szCs w:val="24"/>
        </w:rPr>
        <w:t>to</w:t>
      </w:r>
      <w:proofErr w:type="gramEnd"/>
      <w:r w:rsidRPr="00825577">
        <w:rPr>
          <w:rFonts w:ascii="Calibri Light" w:hAnsi="Calibri Light" w:cs="Calibri Light"/>
          <w:sz w:val="24"/>
          <w:szCs w:val="24"/>
        </w:rPr>
        <w:t xml:space="preserve"> </w:t>
      </w:r>
      <w:proofErr w:type="gramStart"/>
      <w:r w:rsidRPr="00825577">
        <w:rPr>
          <w:rFonts w:ascii="Calibri Light" w:hAnsi="Calibri Light" w:cs="Calibri Light"/>
          <w:sz w:val="24"/>
          <w:szCs w:val="24"/>
        </w:rPr>
        <w:t xml:space="preserve">child </w:t>
      </w:r>
      <w:proofErr w:type="gramEnd"/>
      <w:r w:rsidRPr="00825577">
        <w:rPr>
          <w:rFonts w:ascii="Calibri Light" w:hAnsi="Calibri Light" w:cs="Calibri Light"/>
          <w:sz w:val="24"/>
          <w:szCs w:val="24"/>
        </w:rPr>
        <w:t>........................................</w:t>
      </w:r>
    </w:p>
    <w:p w:rsidRPr="00825577" w:rsidR="00A37D9C" w:rsidP="00825577" w:rsidRDefault="00000000" w14:paraId="013243F5" w14:textId="77777777">
      <w:pPr>
        <w:rPr>
          <w:rFonts w:ascii="Calibri Light" w:hAnsi="Calibri Light" w:cs="Calibri Light"/>
          <w:sz w:val="24"/>
          <w:szCs w:val="24"/>
        </w:rPr>
      </w:pPr>
      <w:r w:rsidRPr="00825577">
        <w:rPr>
          <w:rFonts w:ascii="Calibri Light" w:hAnsi="Calibri Light" w:cs="Calibri Light"/>
          <w:sz w:val="24"/>
          <w:szCs w:val="24"/>
        </w:rPr>
        <w:t xml:space="preserve">Has parental responsibility?    </w:t>
      </w:r>
      <w:r w:rsidRPr="00825577">
        <w:rPr>
          <w:rFonts w:ascii="Segoe UI Symbol" w:hAnsi="Segoe UI Symbol" w:cs="Segoe UI Symbol"/>
          <w:sz w:val="24"/>
          <w:szCs w:val="24"/>
        </w:rPr>
        <w:t>☐</w:t>
      </w:r>
      <w:r w:rsidRPr="00825577">
        <w:rPr>
          <w:rFonts w:ascii="Calibri Light" w:hAnsi="Calibri Light" w:cs="Calibri Light"/>
          <w:sz w:val="24"/>
          <w:szCs w:val="24"/>
        </w:rPr>
        <w:t xml:space="preserve"> Yes    </w:t>
      </w:r>
      <w:r w:rsidRPr="00825577">
        <w:rPr>
          <w:rFonts w:ascii="Segoe UI Symbol" w:hAnsi="Segoe UI Symbol" w:cs="Segoe UI Symbol"/>
          <w:sz w:val="24"/>
          <w:szCs w:val="24"/>
        </w:rPr>
        <w:t>☐</w:t>
      </w:r>
      <w:r w:rsidRPr="00825577">
        <w:rPr>
          <w:rFonts w:ascii="Calibri Light" w:hAnsi="Calibri Light" w:cs="Calibri Light"/>
          <w:sz w:val="24"/>
          <w:szCs w:val="24"/>
        </w:rPr>
        <w:t xml:space="preserve"> No</w:t>
      </w:r>
    </w:p>
    <w:p w:rsidRPr="00825577" w:rsidR="00A37D9C" w:rsidP="00825577" w:rsidRDefault="00000000" w14:paraId="0065B3EC" w14:textId="77777777">
      <w:pPr>
        <w:rPr>
          <w:rFonts w:ascii="Calibri Light" w:hAnsi="Calibri Light" w:cs="Calibri Light"/>
          <w:sz w:val="24"/>
          <w:szCs w:val="24"/>
        </w:rPr>
      </w:pPr>
      <w:r w:rsidRPr="00825577">
        <w:rPr>
          <w:rFonts w:ascii="Calibri Light" w:hAnsi="Calibri Light" w:cs="Calibri Light"/>
          <w:sz w:val="24"/>
          <w:szCs w:val="24"/>
        </w:rPr>
        <w:t xml:space="preserve">Home address    </w:t>
      </w:r>
      <w:r w:rsidRPr="00825577">
        <w:rPr>
          <w:rFonts w:ascii="Segoe UI Symbol" w:hAnsi="Segoe UI Symbol" w:cs="Segoe UI Symbol"/>
          <w:sz w:val="24"/>
          <w:szCs w:val="24"/>
        </w:rPr>
        <w:t>☐</w:t>
      </w:r>
      <w:r w:rsidRPr="00825577">
        <w:rPr>
          <w:rFonts w:ascii="Calibri Light" w:hAnsi="Calibri Light" w:cs="Calibri Light"/>
          <w:sz w:val="24"/>
          <w:szCs w:val="24"/>
        </w:rPr>
        <w:t xml:space="preserve"> Same as child’s home address</w:t>
      </w:r>
    </w:p>
    <w:p w:rsidRPr="00825577" w:rsidR="00A37D9C" w:rsidP="00825577" w:rsidRDefault="00000000" w14:paraId="58B414C3" w14:textId="77777777">
      <w:pPr>
        <w:rPr>
          <w:rFonts w:ascii="Calibri Light" w:hAnsi="Calibri Light" w:cs="Calibri Light"/>
          <w:sz w:val="24"/>
          <w:szCs w:val="24"/>
        </w:rPr>
      </w:pPr>
      <w:r w:rsidRPr="00825577">
        <w:rPr>
          <w:rFonts w:ascii="Calibri Light" w:hAnsi="Calibri Light" w:cs="Calibri Light"/>
          <w:sz w:val="24"/>
          <w:szCs w:val="24"/>
        </w:rPr>
        <w:t>If different .......................................................</w:t>
      </w:r>
    </w:p>
    <w:p w:rsidRPr="00825577" w:rsidR="00A37D9C" w:rsidP="00825577" w:rsidRDefault="00000000" w14:paraId="0F8D72BE" w14:textId="77777777">
      <w:pPr>
        <w:rPr>
          <w:rFonts w:ascii="Calibri Light" w:hAnsi="Calibri Light" w:cs="Calibri Light"/>
          <w:sz w:val="24"/>
          <w:szCs w:val="24"/>
        </w:rPr>
      </w:pPr>
      <w:r w:rsidRPr="00825577">
        <w:rPr>
          <w:rFonts w:ascii="Calibri Light" w:hAnsi="Calibri Light" w:cs="Calibri Light"/>
          <w:sz w:val="24"/>
          <w:szCs w:val="24"/>
        </w:rPr>
        <w:t>....................................................................................................</w:t>
      </w:r>
    </w:p>
    <w:p w:rsidRPr="00825577" w:rsidR="00A37D9C" w:rsidP="00825577" w:rsidRDefault="00000000" w14:paraId="40778E55" w14:textId="77777777">
      <w:pPr>
        <w:rPr>
          <w:rFonts w:ascii="Calibri Light" w:hAnsi="Calibri Light" w:cs="Calibri Light"/>
          <w:sz w:val="24"/>
          <w:szCs w:val="24"/>
        </w:rPr>
      </w:pPr>
      <w:r w:rsidRPr="00825577">
        <w:rPr>
          <w:rFonts w:ascii="Calibri Light" w:hAnsi="Calibri Light" w:cs="Calibri Light"/>
          <w:sz w:val="24"/>
          <w:szCs w:val="24"/>
        </w:rPr>
        <w:t>Telephone number ................................   Alternative number ................................</w:t>
      </w:r>
    </w:p>
    <w:p w:rsidRPr="00825577" w:rsidR="00825577" w:rsidP="00825577" w:rsidRDefault="00000000" w14:paraId="67332781" w14:textId="307F7A26">
      <w:pPr>
        <w:spacing w:line="360" w:lineRule="auto"/>
        <w:rPr>
          <w:rFonts w:ascii="Calibri Light" w:hAnsi="Calibri Light" w:cs="Calibri Light"/>
          <w:sz w:val="24"/>
          <w:szCs w:val="24"/>
        </w:rPr>
      </w:pPr>
      <w:r w:rsidRPr="00825577">
        <w:rPr>
          <w:rFonts w:ascii="Calibri Light" w:hAnsi="Calibri Light" w:cs="Calibri Light"/>
          <w:sz w:val="24"/>
          <w:szCs w:val="24"/>
        </w:rPr>
        <w:t>Email address .......................................................</w:t>
      </w:r>
    </w:p>
    <w:p w:rsidRPr="00825577" w:rsidR="00A37D9C" w:rsidP="595E6CE4" w:rsidRDefault="00000000" w14:paraId="135B214B" w14:textId="77777777">
      <w:pPr>
        <w:rPr>
          <w:rFonts w:ascii="Calibri Light" w:hAnsi="Calibri Light" w:eastAsia="Calibri Light" w:cs="Calibri Light"/>
          <w:b w:val="1"/>
          <w:bCs w:val="1"/>
          <w:sz w:val="24"/>
          <w:szCs w:val="24"/>
        </w:rPr>
      </w:pPr>
      <w:r w:rsidRPr="595E6CE4">
        <w:rPr>
          <w:rFonts w:ascii="Calibri Light" w:hAnsi="Calibri Light" w:eastAsia="Calibri Light" w:cs="Calibri Light"/>
          <w:b w:val="1"/>
          <w:bCs w:val="1"/>
          <w:sz w:val="24"/>
          <w:szCs w:val="24"/>
        </w:rPr>
        <w:t>Parent or Carer 2</w:t>
      </w:r>
    </w:p>
    <w:p w:rsidRPr="00825577" w:rsidR="00A37D9C" w:rsidP="00825577" w:rsidRDefault="00000000" w14:paraId="2A190600" w14:textId="77777777">
      <w:pPr>
        <w:rPr>
          <w:rFonts w:ascii="Calibri Light" w:hAnsi="Calibri Light" w:cs="Calibri Light"/>
          <w:sz w:val="24"/>
          <w:szCs w:val="24"/>
        </w:rPr>
      </w:pPr>
      <w:r w:rsidRPr="00825577">
        <w:rPr>
          <w:rFonts w:ascii="Calibri Light" w:hAnsi="Calibri Light" w:cs="Calibri Light"/>
          <w:sz w:val="24"/>
          <w:szCs w:val="24"/>
        </w:rPr>
        <w:t xml:space="preserve">Name ........................................   </w:t>
      </w:r>
      <w:proofErr w:type="gramStart"/>
      <w:r w:rsidRPr="00825577">
        <w:rPr>
          <w:rFonts w:ascii="Calibri Light" w:hAnsi="Calibri Light" w:cs="Calibri Light"/>
          <w:sz w:val="24"/>
          <w:szCs w:val="24"/>
        </w:rPr>
        <w:t>Relationship</w:t>
      </w:r>
      <w:proofErr w:type="gramEnd"/>
      <w:r w:rsidRPr="00825577">
        <w:rPr>
          <w:rFonts w:ascii="Calibri Light" w:hAnsi="Calibri Light" w:cs="Calibri Light"/>
          <w:sz w:val="24"/>
          <w:szCs w:val="24"/>
        </w:rPr>
        <w:t xml:space="preserve"> </w:t>
      </w:r>
      <w:proofErr w:type="gramStart"/>
      <w:r w:rsidRPr="00825577">
        <w:rPr>
          <w:rFonts w:ascii="Calibri Light" w:hAnsi="Calibri Light" w:cs="Calibri Light"/>
          <w:sz w:val="24"/>
          <w:szCs w:val="24"/>
        </w:rPr>
        <w:t>to</w:t>
      </w:r>
      <w:proofErr w:type="gramEnd"/>
      <w:r w:rsidRPr="00825577">
        <w:rPr>
          <w:rFonts w:ascii="Calibri Light" w:hAnsi="Calibri Light" w:cs="Calibri Light"/>
          <w:sz w:val="24"/>
          <w:szCs w:val="24"/>
        </w:rPr>
        <w:t xml:space="preserve"> </w:t>
      </w:r>
      <w:proofErr w:type="gramStart"/>
      <w:r w:rsidRPr="00825577">
        <w:rPr>
          <w:rFonts w:ascii="Calibri Light" w:hAnsi="Calibri Light" w:cs="Calibri Light"/>
          <w:sz w:val="24"/>
          <w:szCs w:val="24"/>
        </w:rPr>
        <w:t xml:space="preserve">child </w:t>
      </w:r>
      <w:proofErr w:type="gramEnd"/>
      <w:r w:rsidRPr="00825577">
        <w:rPr>
          <w:rFonts w:ascii="Calibri Light" w:hAnsi="Calibri Light" w:cs="Calibri Light"/>
          <w:sz w:val="24"/>
          <w:szCs w:val="24"/>
        </w:rPr>
        <w:t>........................................</w:t>
      </w:r>
    </w:p>
    <w:p w:rsidRPr="00825577" w:rsidR="00A37D9C" w:rsidP="00825577" w:rsidRDefault="00000000" w14:paraId="1D07F9FB" w14:textId="77777777">
      <w:pPr>
        <w:rPr>
          <w:rFonts w:ascii="Calibri Light" w:hAnsi="Calibri Light" w:cs="Calibri Light"/>
          <w:sz w:val="24"/>
          <w:szCs w:val="24"/>
        </w:rPr>
      </w:pPr>
      <w:r w:rsidRPr="00825577">
        <w:rPr>
          <w:rFonts w:ascii="Calibri Light" w:hAnsi="Calibri Light" w:cs="Calibri Light"/>
          <w:sz w:val="24"/>
          <w:szCs w:val="24"/>
        </w:rPr>
        <w:t xml:space="preserve">Has parental responsibility?    </w:t>
      </w:r>
      <w:r w:rsidRPr="00825577">
        <w:rPr>
          <w:rFonts w:ascii="Segoe UI Symbol" w:hAnsi="Segoe UI Symbol" w:cs="Segoe UI Symbol"/>
          <w:sz w:val="24"/>
          <w:szCs w:val="24"/>
        </w:rPr>
        <w:t>☐</w:t>
      </w:r>
      <w:r w:rsidRPr="00825577">
        <w:rPr>
          <w:rFonts w:ascii="Calibri Light" w:hAnsi="Calibri Light" w:cs="Calibri Light"/>
          <w:sz w:val="24"/>
          <w:szCs w:val="24"/>
        </w:rPr>
        <w:t xml:space="preserve"> Yes    </w:t>
      </w:r>
      <w:r w:rsidRPr="00825577">
        <w:rPr>
          <w:rFonts w:ascii="Segoe UI Symbol" w:hAnsi="Segoe UI Symbol" w:cs="Segoe UI Symbol"/>
          <w:sz w:val="24"/>
          <w:szCs w:val="24"/>
        </w:rPr>
        <w:t>☐</w:t>
      </w:r>
      <w:r w:rsidRPr="00825577">
        <w:rPr>
          <w:rFonts w:ascii="Calibri Light" w:hAnsi="Calibri Light" w:cs="Calibri Light"/>
          <w:sz w:val="24"/>
          <w:szCs w:val="24"/>
        </w:rPr>
        <w:t xml:space="preserve"> No</w:t>
      </w:r>
    </w:p>
    <w:p w:rsidRPr="00825577" w:rsidR="00A37D9C" w:rsidP="00825577" w:rsidRDefault="00000000" w14:paraId="560DCCB4" w14:textId="77777777">
      <w:pPr>
        <w:rPr>
          <w:rFonts w:ascii="Calibri Light" w:hAnsi="Calibri Light" w:cs="Calibri Light"/>
          <w:sz w:val="24"/>
          <w:szCs w:val="24"/>
        </w:rPr>
      </w:pPr>
      <w:r w:rsidRPr="00825577">
        <w:rPr>
          <w:rFonts w:ascii="Calibri Light" w:hAnsi="Calibri Light" w:cs="Calibri Light"/>
          <w:sz w:val="24"/>
          <w:szCs w:val="24"/>
        </w:rPr>
        <w:t xml:space="preserve">Home address    </w:t>
      </w:r>
      <w:r w:rsidRPr="00825577">
        <w:rPr>
          <w:rFonts w:ascii="Segoe UI Symbol" w:hAnsi="Segoe UI Symbol" w:cs="Segoe UI Symbol"/>
          <w:sz w:val="24"/>
          <w:szCs w:val="24"/>
        </w:rPr>
        <w:t>☐</w:t>
      </w:r>
      <w:r w:rsidRPr="00825577">
        <w:rPr>
          <w:rFonts w:ascii="Calibri Light" w:hAnsi="Calibri Light" w:cs="Calibri Light"/>
          <w:sz w:val="24"/>
          <w:szCs w:val="24"/>
        </w:rPr>
        <w:t xml:space="preserve"> Same as child’s home address</w:t>
      </w:r>
    </w:p>
    <w:p w:rsidRPr="00825577" w:rsidR="00A37D9C" w:rsidP="00825577" w:rsidRDefault="00000000" w14:paraId="6A72E9E8" w14:textId="77777777">
      <w:pPr>
        <w:rPr>
          <w:rFonts w:ascii="Calibri Light" w:hAnsi="Calibri Light" w:cs="Calibri Light"/>
          <w:sz w:val="24"/>
          <w:szCs w:val="24"/>
        </w:rPr>
      </w:pPr>
      <w:r w:rsidRPr="00825577">
        <w:rPr>
          <w:rFonts w:ascii="Calibri Light" w:hAnsi="Calibri Light" w:cs="Calibri Light"/>
          <w:sz w:val="24"/>
          <w:szCs w:val="24"/>
        </w:rPr>
        <w:t>If different .......................................................</w:t>
      </w:r>
    </w:p>
    <w:p w:rsidRPr="00825577" w:rsidR="00A37D9C" w:rsidP="00825577" w:rsidRDefault="00000000" w14:paraId="55846549" w14:textId="77777777">
      <w:pPr>
        <w:rPr>
          <w:rFonts w:ascii="Calibri Light" w:hAnsi="Calibri Light" w:cs="Calibri Light"/>
          <w:sz w:val="24"/>
          <w:szCs w:val="24"/>
        </w:rPr>
      </w:pPr>
      <w:r w:rsidRPr="00825577">
        <w:rPr>
          <w:rFonts w:ascii="Calibri Light" w:hAnsi="Calibri Light" w:cs="Calibri Light"/>
          <w:sz w:val="24"/>
          <w:szCs w:val="24"/>
        </w:rPr>
        <w:t>....................................................................................................</w:t>
      </w:r>
    </w:p>
    <w:p w:rsidRPr="00825577" w:rsidR="00A37D9C" w:rsidP="00825577" w:rsidRDefault="00000000" w14:paraId="532E92F6" w14:textId="77777777">
      <w:pPr>
        <w:rPr>
          <w:rFonts w:ascii="Calibri Light" w:hAnsi="Calibri Light" w:cs="Calibri Light"/>
          <w:sz w:val="24"/>
          <w:szCs w:val="24"/>
        </w:rPr>
      </w:pPr>
      <w:r w:rsidRPr="00825577">
        <w:rPr>
          <w:rFonts w:ascii="Calibri Light" w:hAnsi="Calibri Light" w:cs="Calibri Light"/>
          <w:sz w:val="24"/>
          <w:szCs w:val="24"/>
        </w:rPr>
        <w:t>Telephone number ................................   Alternative number ................................</w:t>
      </w:r>
    </w:p>
    <w:p w:rsidRPr="00825577" w:rsidR="00A37D9C" w:rsidP="00825577" w:rsidRDefault="00000000" w14:paraId="3CC8C15B" w14:textId="77777777">
      <w:pPr>
        <w:rPr>
          <w:rFonts w:ascii="Calibri Light" w:hAnsi="Calibri Light" w:cs="Calibri Light"/>
          <w:sz w:val="24"/>
          <w:szCs w:val="24"/>
        </w:rPr>
      </w:pPr>
      <w:r w:rsidRPr="00825577">
        <w:rPr>
          <w:rFonts w:ascii="Calibri Light" w:hAnsi="Calibri Light" w:cs="Calibri Light"/>
          <w:sz w:val="24"/>
          <w:szCs w:val="24"/>
        </w:rPr>
        <w:t>Email address .......................................................</w:t>
      </w:r>
    </w:p>
    <w:p w:rsidRPr="00825577" w:rsidR="00A37D9C" w:rsidP="00825577" w:rsidRDefault="00000000" w14:paraId="7CAE9FAA" w14:textId="77777777">
      <w:pPr>
        <w:rPr>
          <w:rFonts w:ascii="Calibri Light" w:hAnsi="Calibri Light" w:cs="Calibri Light"/>
          <w:sz w:val="24"/>
          <w:szCs w:val="24"/>
        </w:rPr>
      </w:pPr>
      <w:r w:rsidRPr="00825577">
        <w:rPr>
          <w:rFonts w:ascii="Calibri Light" w:hAnsi="Calibri Light" w:cs="Calibri Light"/>
          <w:sz w:val="24"/>
          <w:szCs w:val="24"/>
        </w:rPr>
        <w:br w:type="page"/>
      </w:r>
    </w:p>
    <w:p w:rsidRPr="00825577" w:rsidR="00A37D9C" w:rsidP="00825577" w:rsidRDefault="00000000" w14:paraId="52303445" w14:textId="77777777">
      <w:pPr>
        <w:rPr>
          <w:rFonts w:ascii="Calibri" w:hAnsi="Calibri" w:cs="Calibri"/>
          <w:b/>
          <w:bCs/>
          <w:sz w:val="24"/>
          <w:szCs w:val="24"/>
        </w:rPr>
      </w:pPr>
      <w:r w:rsidRPr="00825577">
        <w:rPr>
          <w:rFonts w:ascii="Calibri" w:hAnsi="Calibri" w:cs="Calibri"/>
          <w:b/>
          <w:bCs/>
          <w:sz w:val="24"/>
          <w:szCs w:val="24"/>
        </w:rPr>
        <w:t>Living Arrangements and Parental Responsibility</w:t>
      </w:r>
    </w:p>
    <w:p w:rsidRPr="00825577" w:rsidR="00A37D9C" w:rsidP="00825577" w:rsidRDefault="00000000" w14:paraId="1E520A1E" w14:textId="77777777">
      <w:pPr>
        <w:rPr>
          <w:rFonts w:ascii="Calibri Light" w:hAnsi="Calibri Light" w:cs="Calibri Light"/>
          <w:sz w:val="24"/>
          <w:szCs w:val="24"/>
        </w:rPr>
      </w:pPr>
      <w:r w:rsidRPr="00825577">
        <w:rPr>
          <w:rFonts w:ascii="Calibri Light" w:hAnsi="Calibri Light" w:cs="Calibri Light"/>
          <w:sz w:val="24"/>
          <w:szCs w:val="24"/>
        </w:rPr>
        <w:t>Which parent or carer does your child normally live with? .......................................................</w:t>
      </w:r>
    </w:p>
    <w:p w:rsidRPr="00825577" w:rsidR="00A37D9C" w:rsidP="00825577" w:rsidRDefault="00000000" w14:paraId="4C5AEC93" w14:textId="77777777">
      <w:pPr>
        <w:rPr>
          <w:rFonts w:ascii="Calibri Light" w:hAnsi="Calibri Light" w:cs="Calibri Light"/>
          <w:sz w:val="24"/>
          <w:szCs w:val="24"/>
        </w:rPr>
      </w:pPr>
      <w:r w:rsidRPr="00825577">
        <w:rPr>
          <w:rFonts w:ascii="Calibri Light" w:hAnsi="Calibri Light" w:cs="Calibri Light"/>
          <w:sz w:val="24"/>
          <w:szCs w:val="24"/>
        </w:rPr>
        <w:t>Please include both parents/carers if your child normally lives between two homes.</w:t>
      </w:r>
    </w:p>
    <w:p w:rsidRPr="00825577" w:rsidR="00A37D9C" w:rsidP="00825577" w:rsidRDefault="00000000" w14:paraId="5732AEC6" w14:textId="77777777">
      <w:pPr>
        <w:rPr>
          <w:rFonts w:ascii="Calibri Light" w:hAnsi="Calibri Light" w:cs="Calibri Light"/>
          <w:sz w:val="24"/>
          <w:szCs w:val="24"/>
        </w:rPr>
      </w:pPr>
      <w:r w:rsidRPr="00825577">
        <w:rPr>
          <w:rFonts w:ascii="Calibri Light" w:hAnsi="Calibri Light" w:cs="Calibri Light"/>
          <w:sz w:val="24"/>
          <w:szCs w:val="24"/>
        </w:rPr>
        <w:t xml:space="preserve">Are there any other people who have parental responsibility for this child?    </w:t>
      </w:r>
      <w:r w:rsidRPr="00825577">
        <w:rPr>
          <w:rFonts w:ascii="Segoe UI Symbol" w:hAnsi="Segoe UI Symbol" w:cs="Segoe UI Symbol"/>
          <w:sz w:val="24"/>
          <w:szCs w:val="24"/>
        </w:rPr>
        <w:t>☐</w:t>
      </w:r>
      <w:r w:rsidRPr="00825577">
        <w:rPr>
          <w:rFonts w:ascii="Calibri Light" w:hAnsi="Calibri Light" w:cs="Calibri Light"/>
          <w:sz w:val="24"/>
          <w:szCs w:val="24"/>
        </w:rPr>
        <w:t xml:space="preserve"> Yes    </w:t>
      </w:r>
      <w:r w:rsidRPr="00825577">
        <w:rPr>
          <w:rFonts w:ascii="Segoe UI Symbol" w:hAnsi="Segoe UI Symbol" w:cs="Segoe UI Symbol"/>
          <w:sz w:val="24"/>
          <w:szCs w:val="24"/>
        </w:rPr>
        <w:t>☐</w:t>
      </w:r>
      <w:r w:rsidRPr="00825577">
        <w:rPr>
          <w:rFonts w:ascii="Calibri Light" w:hAnsi="Calibri Light" w:cs="Calibri Light"/>
          <w:sz w:val="24"/>
          <w:szCs w:val="24"/>
        </w:rPr>
        <w:t xml:space="preserve"> No</w:t>
      </w:r>
    </w:p>
    <w:p w:rsidRPr="00825577" w:rsidR="00A37D9C" w:rsidP="00825577" w:rsidRDefault="00000000" w14:paraId="4E67C6EF" w14:textId="77777777">
      <w:pPr>
        <w:rPr>
          <w:rFonts w:ascii="Calibri Light" w:hAnsi="Calibri Light" w:cs="Calibri Light"/>
          <w:sz w:val="24"/>
          <w:szCs w:val="24"/>
        </w:rPr>
      </w:pPr>
      <w:r w:rsidRPr="00825577">
        <w:rPr>
          <w:rFonts w:ascii="Calibri Light" w:hAnsi="Calibri Light" w:cs="Calibri Light"/>
          <w:sz w:val="24"/>
          <w:szCs w:val="24"/>
        </w:rPr>
        <w:t>If yes, please provide their name, relationship to the child and address:</w:t>
      </w:r>
    </w:p>
    <w:p w:rsidRPr="00825577" w:rsidR="00A37D9C" w:rsidP="00825577" w:rsidRDefault="00000000" w14:paraId="7E4792F7" w14:textId="77777777">
      <w:pPr>
        <w:rPr>
          <w:rFonts w:ascii="Calibri Light" w:hAnsi="Calibri Light" w:cs="Calibri Light"/>
          <w:sz w:val="24"/>
          <w:szCs w:val="24"/>
        </w:rPr>
      </w:pPr>
      <w:r w:rsidRPr="00825577">
        <w:rPr>
          <w:rFonts w:ascii="Calibri Light" w:hAnsi="Calibri Light" w:cs="Calibri Light"/>
          <w:sz w:val="24"/>
          <w:szCs w:val="24"/>
        </w:rPr>
        <w:t>....................................................................................................</w:t>
      </w:r>
    </w:p>
    <w:p w:rsidR="00A37D9C" w:rsidP="00825577" w:rsidRDefault="00000000" w14:paraId="1ADE0D43" w14:textId="77777777">
      <w:pPr>
        <w:rPr>
          <w:rFonts w:ascii="Calibri Light" w:hAnsi="Calibri Light" w:cs="Calibri Light"/>
          <w:sz w:val="24"/>
          <w:szCs w:val="24"/>
        </w:rPr>
      </w:pPr>
      <w:r w:rsidRPr="00825577">
        <w:rPr>
          <w:rFonts w:ascii="Calibri Light" w:hAnsi="Calibri Light" w:cs="Calibri Light"/>
          <w:sz w:val="24"/>
          <w:szCs w:val="24"/>
        </w:rPr>
        <w:t>....................................................................................................</w:t>
      </w:r>
    </w:p>
    <w:p w:rsidRPr="00825577" w:rsidR="00825577" w:rsidP="00825577" w:rsidRDefault="00825577" w14:paraId="7086917B" w14:textId="77777777">
      <w:pPr>
        <w:spacing w:after="0"/>
        <w:rPr>
          <w:rFonts w:ascii="Calibri Light" w:hAnsi="Calibri Light" w:cs="Calibri Light"/>
          <w:sz w:val="24"/>
          <w:szCs w:val="24"/>
        </w:rPr>
      </w:pPr>
    </w:p>
    <w:p w:rsidRPr="00825577" w:rsidR="00A37D9C" w:rsidP="00825577" w:rsidRDefault="00000000" w14:paraId="53AF7CCF" w14:textId="77777777">
      <w:pPr>
        <w:rPr>
          <w:rFonts w:ascii="Calibri" w:hAnsi="Calibri" w:cs="Calibri"/>
          <w:b/>
          <w:bCs/>
          <w:sz w:val="24"/>
          <w:szCs w:val="24"/>
        </w:rPr>
      </w:pPr>
      <w:r w:rsidRPr="00825577">
        <w:rPr>
          <w:rFonts w:ascii="Calibri" w:hAnsi="Calibri" w:cs="Calibri"/>
          <w:b/>
          <w:bCs/>
          <w:sz w:val="24"/>
          <w:szCs w:val="24"/>
        </w:rPr>
        <w:t>Legal Arrangements</w:t>
      </w:r>
    </w:p>
    <w:p w:rsidRPr="00825577" w:rsidR="00A37D9C" w:rsidP="00825577" w:rsidRDefault="00000000" w14:paraId="0E53F741" w14:textId="77777777">
      <w:pPr>
        <w:rPr>
          <w:rFonts w:ascii="Calibri Light" w:hAnsi="Calibri Light" w:cs="Calibri Light"/>
          <w:sz w:val="24"/>
          <w:szCs w:val="24"/>
        </w:rPr>
      </w:pPr>
      <w:r w:rsidRPr="00825577">
        <w:rPr>
          <w:rFonts w:ascii="Calibri Light" w:hAnsi="Calibri Light" w:cs="Calibri Light"/>
          <w:sz w:val="24"/>
          <w:szCs w:val="24"/>
        </w:rPr>
        <w:t xml:space="preserve">Are there any court orders, contact arrangements, restrictions or other legal arrangements we need to know about to keep your child safe?    </w:t>
      </w:r>
      <w:r w:rsidRPr="00825577">
        <w:rPr>
          <w:rFonts w:ascii="Segoe UI Symbol" w:hAnsi="Segoe UI Symbol" w:cs="Segoe UI Symbol"/>
          <w:sz w:val="24"/>
          <w:szCs w:val="24"/>
        </w:rPr>
        <w:t>☐</w:t>
      </w:r>
      <w:r w:rsidRPr="00825577">
        <w:rPr>
          <w:rFonts w:ascii="Calibri Light" w:hAnsi="Calibri Light" w:cs="Calibri Light"/>
          <w:sz w:val="24"/>
          <w:szCs w:val="24"/>
        </w:rPr>
        <w:t xml:space="preserve"> Yes    </w:t>
      </w:r>
      <w:r w:rsidRPr="00825577">
        <w:rPr>
          <w:rFonts w:ascii="Segoe UI Symbol" w:hAnsi="Segoe UI Symbol" w:cs="Segoe UI Symbol"/>
          <w:sz w:val="24"/>
          <w:szCs w:val="24"/>
        </w:rPr>
        <w:t>☐</w:t>
      </w:r>
      <w:r w:rsidRPr="00825577">
        <w:rPr>
          <w:rFonts w:ascii="Calibri Light" w:hAnsi="Calibri Light" w:cs="Calibri Light"/>
          <w:sz w:val="24"/>
          <w:szCs w:val="24"/>
        </w:rPr>
        <w:t xml:space="preserve"> No</w:t>
      </w:r>
    </w:p>
    <w:p w:rsidRPr="00825577" w:rsidR="00A37D9C" w:rsidP="00825577" w:rsidRDefault="00000000" w14:paraId="46413B39" w14:textId="77777777">
      <w:pPr>
        <w:rPr>
          <w:rFonts w:ascii="Calibri Light" w:hAnsi="Calibri Light" w:cs="Calibri Light"/>
          <w:sz w:val="24"/>
          <w:szCs w:val="24"/>
        </w:rPr>
      </w:pPr>
      <w:r w:rsidRPr="00825577">
        <w:rPr>
          <w:rFonts w:ascii="Calibri Light" w:hAnsi="Calibri Light" w:cs="Calibri Light"/>
          <w:sz w:val="24"/>
          <w:szCs w:val="24"/>
        </w:rPr>
        <w:t>If yes, please provide relevant details. We may ask for a copy of relevant documentation.</w:t>
      </w:r>
    </w:p>
    <w:p w:rsidR="00A37D9C" w:rsidP="00825577" w:rsidRDefault="00000000" w14:paraId="4F89E5E7" w14:textId="77777777">
      <w:pPr>
        <w:rPr>
          <w:rFonts w:ascii="Calibri Light" w:hAnsi="Calibri Light" w:cs="Calibri Light"/>
          <w:sz w:val="24"/>
          <w:szCs w:val="24"/>
        </w:rPr>
      </w:pPr>
      <w:r w:rsidRPr="00825577">
        <w:rPr>
          <w:rFonts w:ascii="Calibri Light" w:hAnsi="Calibri Light" w:cs="Calibri Light"/>
          <w:sz w:val="24"/>
          <w:szCs w:val="24"/>
        </w:rPr>
        <w:t>....................................................................................................</w:t>
      </w:r>
    </w:p>
    <w:p w:rsidRPr="00825577" w:rsidR="00825577" w:rsidP="00825577" w:rsidRDefault="00825577" w14:paraId="6C2AA2A5" w14:textId="77777777">
      <w:pPr>
        <w:spacing w:after="0"/>
        <w:rPr>
          <w:rFonts w:ascii="Calibri Light" w:hAnsi="Calibri Light" w:cs="Calibri Light"/>
          <w:sz w:val="24"/>
          <w:szCs w:val="24"/>
        </w:rPr>
      </w:pPr>
    </w:p>
    <w:p w:rsidRPr="00825577" w:rsidR="00A37D9C" w:rsidP="00825577" w:rsidRDefault="00000000" w14:paraId="7845B3D8" w14:textId="77777777">
      <w:pPr>
        <w:rPr>
          <w:rFonts w:ascii="Calibri" w:hAnsi="Calibri" w:cs="Calibri"/>
          <w:b/>
          <w:bCs/>
          <w:sz w:val="24"/>
          <w:szCs w:val="24"/>
        </w:rPr>
      </w:pPr>
      <w:r w:rsidRPr="00825577">
        <w:rPr>
          <w:rFonts w:ascii="Calibri" w:hAnsi="Calibri" w:cs="Calibri"/>
          <w:b/>
          <w:bCs/>
          <w:sz w:val="24"/>
          <w:szCs w:val="24"/>
        </w:rPr>
        <w:t>Emergency Contacts and Collection Arrangements</w:t>
      </w:r>
    </w:p>
    <w:p w:rsidRPr="00825577" w:rsidR="00A37D9C" w:rsidP="00825577" w:rsidRDefault="00000000" w14:paraId="25115903" w14:textId="77777777">
      <w:pPr>
        <w:rPr>
          <w:rFonts w:ascii="Calibri Light" w:hAnsi="Calibri Light" w:cs="Calibri Light"/>
          <w:sz w:val="24"/>
          <w:szCs w:val="24"/>
        </w:rPr>
      </w:pPr>
      <w:r w:rsidRPr="00825577">
        <w:rPr>
          <w:rFonts w:ascii="Calibri Light" w:hAnsi="Calibri Light" w:cs="Calibri Light"/>
          <w:sz w:val="24"/>
          <w:szCs w:val="24"/>
        </w:rPr>
        <w:t>Please provide two emergency contacts, other than the parents/carers listed above, where possible. Tell the office if you cannot provide these.</w:t>
      </w:r>
    </w:p>
    <w:p w:rsidRPr="00825577" w:rsidR="00A37D9C" w:rsidP="00825577" w:rsidRDefault="00000000" w14:paraId="25907F2A" w14:textId="77777777">
      <w:pPr>
        <w:rPr>
          <w:rFonts w:ascii="Calibri Light" w:hAnsi="Calibri Light" w:cs="Calibri Light"/>
          <w:sz w:val="24"/>
          <w:szCs w:val="24"/>
        </w:rPr>
      </w:pPr>
      <w:r w:rsidRPr="00825577">
        <w:rPr>
          <w:rFonts w:ascii="Calibri Light" w:hAnsi="Calibri Light" w:cs="Calibri Light"/>
          <w:b/>
          <w:sz w:val="24"/>
          <w:szCs w:val="24"/>
        </w:rPr>
        <w:t>Contact 1</w:t>
      </w:r>
    </w:p>
    <w:p w:rsidRPr="00825577" w:rsidR="00A37D9C" w:rsidP="00825577" w:rsidRDefault="00000000" w14:paraId="336B3524" w14:textId="77777777">
      <w:pPr>
        <w:rPr>
          <w:rFonts w:ascii="Calibri Light" w:hAnsi="Calibri Light" w:cs="Calibri Light"/>
          <w:sz w:val="24"/>
          <w:szCs w:val="24"/>
        </w:rPr>
      </w:pPr>
      <w:r w:rsidRPr="00825577">
        <w:rPr>
          <w:rFonts w:ascii="Calibri Light" w:hAnsi="Calibri Light" w:cs="Calibri Light"/>
          <w:sz w:val="24"/>
          <w:szCs w:val="24"/>
        </w:rPr>
        <w:t xml:space="preserve">Full name ........................................   </w:t>
      </w:r>
      <w:proofErr w:type="gramStart"/>
      <w:r w:rsidRPr="00825577">
        <w:rPr>
          <w:rFonts w:ascii="Calibri Light" w:hAnsi="Calibri Light" w:cs="Calibri Light"/>
          <w:sz w:val="24"/>
          <w:szCs w:val="24"/>
        </w:rPr>
        <w:t>Relationship</w:t>
      </w:r>
      <w:proofErr w:type="gramEnd"/>
      <w:r w:rsidRPr="00825577">
        <w:rPr>
          <w:rFonts w:ascii="Calibri Light" w:hAnsi="Calibri Light" w:cs="Calibri Light"/>
          <w:sz w:val="24"/>
          <w:szCs w:val="24"/>
        </w:rPr>
        <w:t xml:space="preserve"> </w:t>
      </w:r>
      <w:proofErr w:type="gramStart"/>
      <w:r w:rsidRPr="00825577">
        <w:rPr>
          <w:rFonts w:ascii="Calibri Light" w:hAnsi="Calibri Light" w:cs="Calibri Light"/>
          <w:sz w:val="24"/>
          <w:szCs w:val="24"/>
        </w:rPr>
        <w:t>to</w:t>
      </w:r>
      <w:proofErr w:type="gramEnd"/>
      <w:r w:rsidRPr="00825577">
        <w:rPr>
          <w:rFonts w:ascii="Calibri Light" w:hAnsi="Calibri Light" w:cs="Calibri Light"/>
          <w:sz w:val="24"/>
          <w:szCs w:val="24"/>
        </w:rPr>
        <w:t xml:space="preserve"> </w:t>
      </w:r>
      <w:proofErr w:type="gramStart"/>
      <w:r w:rsidRPr="00825577">
        <w:rPr>
          <w:rFonts w:ascii="Calibri Light" w:hAnsi="Calibri Light" w:cs="Calibri Light"/>
          <w:sz w:val="24"/>
          <w:szCs w:val="24"/>
        </w:rPr>
        <w:t xml:space="preserve">child </w:t>
      </w:r>
      <w:proofErr w:type="gramEnd"/>
      <w:r w:rsidRPr="00825577">
        <w:rPr>
          <w:rFonts w:ascii="Calibri Light" w:hAnsi="Calibri Light" w:cs="Calibri Light"/>
          <w:sz w:val="24"/>
          <w:szCs w:val="24"/>
        </w:rPr>
        <w:t>........................................</w:t>
      </w:r>
    </w:p>
    <w:p w:rsidRPr="00825577" w:rsidR="00A37D9C" w:rsidP="00825577" w:rsidRDefault="00000000" w14:paraId="32E27979" w14:textId="77777777">
      <w:pPr>
        <w:rPr>
          <w:rFonts w:ascii="Calibri Light" w:hAnsi="Calibri Light" w:cs="Calibri Light"/>
          <w:sz w:val="24"/>
          <w:szCs w:val="24"/>
        </w:rPr>
      </w:pPr>
      <w:r w:rsidRPr="00825577">
        <w:rPr>
          <w:rFonts w:ascii="Calibri Light" w:hAnsi="Calibri Light" w:cs="Calibri Light"/>
          <w:sz w:val="24"/>
          <w:szCs w:val="24"/>
        </w:rPr>
        <w:t>Telephone number ................................   Alternative number ................................</w:t>
      </w:r>
    </w:p>
    <w:p w:rsidRPr="00825577" w:rsidR="00A37D9C" w:rsidP="00825577" w:rsidRDefault="00000000" w14:paraId="355AF72A" w14:textId="77777777">
      <w:pPr>
        <w:spacing w:line="360" w:lineRule="auto"/>
        <w:rPr>
          <w:rFonts w:ascii="Calibri Light" w:hAnsi="Calibri Light" w:cs="Calibri Light"/>
          <w:sz w:val="24"/>
          <w:szCs w:val="24"/>
        </w:rPr>
      </w:pPr>
      <w:r w:rsidRPr="00825577">
        <w:rPr>
          <w:rFonts w:ascii="Calibri Light" w:hAnsi="Calibri Light" w:cs="Calibri Light"/>
          <w:sz w:val="24"/>
          <w:szCs w:val="24"/>
        </w:rPr>
        <w:t xml:space="preserve">Authorised to collect your child?    </w:t>
      </w:r>
      <w:r w:rsidRPr="00825577">
        <w:rPr>
          <w:rFonts w:ascii="Segoe UI Symbol" w:hAnsi="Segoe UI Symbol" w:cs="Segoe UI Symbol"/>
          <w:sz w:val="24"/>
          <w:szCs w:val="24"/>
        </w:rPr>
        <w:t>☐</w:t>
      </w:r>
      <w:r w:rsidRPr="00825577">
        <w:rPr>
          <w:rFonts w:ascii="Calibri Light" w:hAnsi="Calibri Light" w:cs="Calibri Light"/>
          <w:sz w:val="24"/>
          <w:szCs w:val="24"/>
        </w:rPr>
        <w:t xml:space="preserve"> Yes    </w:t>
      </w:r>
      <w:r w:rsidRPr="00825577">
        <w:rPr>
          <w:rFonts w:ascii="Segoe UI Symbol" w:hAnsi="Segoe UI Symbol" w:cs="Segoe UI Symbol"/>
          <w:sz w:val="24"/>
          <w:szCs w:val="24"/>
        </w:rPr>
        <w:t>☐</w:t>
      </w:r>
      <w:r w:rsidRPr="00825577">
        <w:rPr>
          <w:rFonts w:ascii="Calibri Light" w:hAnsi="Calibri Light" w:cs="Calibri Light"/>
          <w:sz w:val="24"/>
          <w:szCs w:val="24"/>
        </w:rPr>
        <w:t xml:space="preserve"> No</w:t>
      </w:r>
    </w:p>
    <w:p w:rsidRPr="00825577" w:rsidR="00A37D9C" w:rsidP="00825577" w:rsidRDefault="00000000" w14:paraId="7DC8E8C9" w14:textId="77777777">
      <w:pPr>
        <w:rPr>
          <w:rFonts w:ascii="Calibri Light" w:hAnsi="Calibri Light" w:cs="Calibri Light"/>
          <w:b/>
          <w:sz w:val="24"/>
          <w:szCs w:val="24"/>
        </w:rPr>
      </w:pPr>
      <w:r w:rsidRPr="00825577">
        <w:rPr>
          <w:rFonts w:ascii="Calibri Light" w:hAnsi="Calibri Light" w:cs="Calibri Light"/>
          <w:b/>
          <w:sz w:val="24"/>
          <w:szCs w:val="24"/>
        </w:rPr>
        <w:t>Contact 2</w:t>
      </w:r>
    </w:p>
    <w:p w:rsidRPr="00825577" w:rsidR="00A37D9C" w:rsidP="00825577" w:rsidRDefault="00000000" w14:paraId="1F9761C1" w14:textId="77777777">
      <w:pPr>
        <w:rPr>
          <w:rFonts w:ascii="Calibri Light" w:hAnsi="Calibri Light" w:cs="Calibri Light"/>
          <w:sz w:val="24"/>
          <w:szCs w:val="24"/>
        </w:rPr>
      </w:pPr>
      <w:r w:rsidRPr="00825577">
        <w:rPr>
          <w:rFonts w:ascii="Calibri Light" w:hAnsi="Calibri Light" w:cs="Calibri Light"/>
          <w:sz w:val="24"/>
          <w:szCs w:val="24"/>
        </w:rPr>
        <w:t xml:space="preserve">Full name ........................................   </w:t>
      </w:r>
      <w:proofErr w:type="gramStart"/>
      <w:r w:rsidRPr="00825577">
        <w:rPr>
          <w:rFonts w:ascii="Calibri Light" w:hAnsi="Calibri Light" w:cs="Calibri Light"/>
          <w:sz w:val="24"/>
          <w:szCs w:val="24"/>
        </w:rPr>
        <w:t>Relationship</w:t>
      </w:r>
      <w:proofErr w:type="gramEnd"/>
      <w:r w:rsidRPr="00825577">
        <w:rPr>
          <w:rFonts w:ascii="Calibri Light" w:hAnsi="Calibri Light" w:cs="Calibri Light"/>
          <w:sz w:val="24"/>
          <w:szCs w:val="24"/>
        </w:rPr>
        <w:t xml:space="preserve"> </w:t>
      </w:r>
      <w:proofErr w:type="gramStart"/>
      <w:r w:rsidRPr="00825577">
        <w:rPr>
          <w:rFonts w:ascii="Calibri Light" w:hAnsi="Calibri Light" w:cs="Calibri Light"/>
          <w:sz w:val="24"/>
          <w:szCs w:val="24"/>
        </w:rPr>
        <w:t>to</w:t>
      </w:r>
      <w:proofErr w:type="gramEnd"/>
      <w:r w:rsidRPr="00825577">
        <w:rPr>
          <w:rFonts w:ascii="Calibri Light" w:hAnsi="Calibri Light" w:cs="Calibri Light"/>
          <w:sz w:val="24"/>
          <w:szCs w:val="24"/>
        </w:rPr>
        <w:t xml:space="preserve"> </w:t>
      </w:r>
      <w:proofErr w:type="gramStart"/>
      <w:r w:rsidRPr="00825577">
        <w:rPr>
          <w:rFonts w:ascii="Calibri Light" w:hAnsi="Calibri Light" w:cs="Calibri Light"/>
          <w:sz w:val="24"/>
          <w:szCs w:val="24"/>
        </w:rPr>
        <w:t xml:space="preserve">child </w:t>
      </w:r>
      <w:proofErr w:type="gramEnd"/>
      <w:r w:rsidRPr="00825577">
        <w:rPr>
          <w:rFonts w:ascii="Calibri Light" w:hAnsi="Calibri Light" w:cs="Calibri Light"/>
          <w:sz w:val="24"/>
          <w:szCs w:val="24"/>
        </w:rPr>
        <w:t>........................................</w:t>
      </w:r>
    </w:p>
    <w:p w:rsidRPr="00825577" w:rsidR="00A37D9C" w:rsidP="00825577" w:rsidRDefault="00000000" w14:paraId="0D8DF0F9" w14:textId="77777777">
      <w:pPr>
        <w:rPr>
          <w:rFonts w:ascii="Calibri Light" w:hAnsi="Calibri Light" w:cs="Calibri Light"/>
          <w:sz w:val="24"/>
          <w:szCs w:val="24"/>
        </w:rPr>
      </w:pPr>
      <w:r w:rsidRPr="00825577">
        <w:rPr>
          <w:rFonts w:ascii="Calibri Light" w:hAnsi="Calibri Light" w:cs="Calibri Light"/>
          <w:sz w:val="24"/>
          <w:szCs w:val="24"/>
        </w:rPr>
        <w:t>Telephone number ................................   Alternative number ................................</w:t>
      </w:r>
    </w:p>
    <w:p w:rsidR="00A37D9C" w:rsidP="00825577" w:rsidRDefault="00000000" w14:paraId="19623B5A" w14:textId="77777777">
      <w:pPr>
        <w:rPr>
          <w:rFonts w:ascii="Calibri Light" w:hAnsi="Calibri Light" w:cs="Calibri Light"/>
          <w:sz w:val="24"/>
          <w:szCs w:val="24"/>
        </w:rPr>
      </w:pPr>
      <w:r w:rsidRPr="00825577">
        <w:rPr>
          <w:rFonts w:ascii="Calibri Light" w:hAnsi="Calibri Light" w:cs="Calibri Light"/>
          <w:sz w:val="24"/>
          <w:szCs w:val="24"/>
        </w:rPr>
        <w:t xml:space="preserve">Authorised to collect your child?    </w:t>
      </w:r>
      <w:r w:rsidRPr="00825577">
        <w:rPr>
          <w:rFonts w:ascii="Segoe UI Symbol" w:hAnsi="Segoe UI Symbol" w:cs="Segoe UI Symbol"/>
          <w:sz w:val="24"/>
          <w:szCs w:val="24"/>
        </w:rPr>
        <w:t>☐</w:t>
      </w:r>
      <w:r w:rsidRPr="00825577">
        <w:rPr>
          <w:rFonts w:ascii="Calibri Light" w:hAnsi="Calibri Light" w:cs="Calibri Light"/>
          <w:sz w:val="24"/>
          <w:szCs w:val="24"/>
        </w:rPr>
        <w:t xml:space="preserve"> Yes    </w:t>
      </w:r>
      <w:r w:rsidRPr="00825577">
        <w:rPr>
          <w:rFonts w:ascii="Segoe UI Symbol" w:hAnsi="Segoe UI Symbol" w:cs="Segoe UI Symbol"/>
          <w:sz w:val="24"/>
          <w:szCs w:val="24"/>
        </w:rPr>
        <w:t>☐</w:t>
      </w:r>
      <w:r w:rsidRPr="00825577">
        <w:rPr>
          <w:rFonts w:ascii="Calibri Light" w:hAnsi="Calibri Light" w:cs="Calibri Light"/>
          <w:sz w:val="24"/>
          <w:szCs w:val="24"/>
        </w:rPr>
        <w:t xml:space="preserve"> No</w:t>
      </w:r>
    </w:p>
    <w:p w:rsidRPr="00825577" w:rsidR="00825577" w:rsidP="00825577" w:rsidRDefault="00825577" w14:paraId="19B397F0" w14:textId="77777777">
      <w:pPr>
        <w:spacing w:after="0"/>
        <w:rPr>
          <w:rFonts w:ascii="Calibri Light" w:hAnsi="Calibri Light" w:cs="Calibri Light"/>
          <w:sz w:val="24"/>
          <w:szCs w:val="24"/>
        </w:rPr>
      </w:pPr>
    </w:p>
    <w:p w:rsidRPr="00825577" w:rsidR="00A37D9C" w:rsidP="00825577" w:rsidRDefault="00000000" w14:paraId="688BBCB1" w14:textId="77777777">
      <w:pPr>
        <w:rPr>
          <w:rFonts w:ascii="Calibri Light" w:hAnsi="Calibri Light" w:cs="Calibri Light"/>
          <w:b/>
          <w:sz w:val="24"/>
          <w:szCs w:val="24"/>
        </w:rPr>
      </w:pPr>
      <w:r w:rsidRPr="00825577">
        <w:rPr>
          <w:rFonts w:ascii="Calibri Light" w:hAnsi="Calibri Light" w:cs="Calibri Light"/>
          <w:b/>
          <w:sz w:val="24"/>
          <w:szCs w:val="24"/>
        </w:rPr>
        <w:t>Other authorised collectors</w:t>
      </w:r>
    </w:p>
    <w:tbl>
      <w:tblPr>
        <w:tblW w:w="0" w:type="auto"/>
        <w:tblLayout w:type="fixed"/>
        <w:tblLook w:val="04A0" w:firstRow="1" w:lastRow="0" w:firstColumn="1" w:lastColumn="0" w:noHBand="0" w:noVBand="1"/>
      </w:tblPr>
      <w:tblGrid>
        <w:gridCol w:w="3685"/>
        <w:gridCol w:w="3118"/>
        <w:gridCol w:w="3118"/>
      </w:tblGrid>
      <w:tr w:rsidRPr="00825577" w:rsidR="00A37D9C" w14:paraId="76676D00" w14:textId="77777777">
        <w:trPr>
          <w:cantSplit/>
          <w:tblHeader/>
        </w:trPr>
        <w:tc>
          <w:tcPr>
            <w:tcW w:w="3685" w:type="dxa"/>
            <w:tcBorders>
              <w:top w:val="single" w:color="D9D9D9" w:sz="4" w:space="0"/>
              <w:left w:val="single" w:color="D9D9D9" w:sz="4" w:space="0"/>
              <w:bottom w:val="single" w:color="D9D9D9" w:sz="4" w:space="0"/>
              <w:right w:val="single" w:color="D9D9D9" w:sz="4" w:space="0"/>
            </w:tcBorders>
            <w:shd w:val="clear" w:color="auto" w:fill="EDEDED"/>
            <w:tcMar>
              <w:top w:w="65" w:type="dxa"/>
              <w:left w:w="65" w:type="dxa"/>
              <w:bottom w:w="65" w:type="dxa"/>
              <w:right w:w="65" w:type="dxa"/>
            </w:tcMar>
            <w:vAlign w:val="center"/>
          </w:tcPr>
          <w:p w:rsidRPr="00825577" w:rsidR="00A37D9C" w:rsidP="00825577" w:rsidRDefault="00000000" w14:paraId="53D2B9B3" w14:textId="77777777">
            <w:pPr>
              <w:rPr>
                <w:rFonts w:ascii="Calibri Light" w:hAnsi="Calibri Light" w:cs="Calibri Light"/>
                <w:sz w:val="24"/>
                <w:szCs w:val="24"/>
              </w:rPr>
            </w:pPr>
            <w:r w:rsidRPr="00825577">
              <w:rPr>
                <w:rFonts w:ascii="Calibri Light" w:hAnsi="Calibri Light" w:cs="Calibri Light"/>
                <w:b/>
                <w:sz w:val="24"/>
                <w:szCs w:val="24"/>
              </w:rPr>
              <w:t>Full name</w:t>
            </w:r>
          </w:p>
        </w:tc>
        <w:tc>
          <w:tcPr>
            <w:tcW w:w="3118" w:type="dxa"/>
            <w:tcBorders>
              <w:top w:val="single" w:color="D9D9D9" w:sz="4" w:space="0"/>
              <w:left w:val="single" w:color="D9D9D9" w:sz="4" w:space="0"/>
              <w:bottom w:val="single" w:color="D9D9D9" w:sz="4" w:space="0"/>
              <w:right w:val="single" w:color="D9D9D9" w:sz="4" w:space="0"/>
            </w:tcBorders>
            <w:shd w:val="clear" w:color="auto" w:fill="EDEDED"/>
            <w:tcMar>
              <w:top w:w="65" w:type="dxa"/>
              <w:left w:w="65" w:type="dxa"/>
              <w:bottom w:w="65" w:type="dxa"/>
              <w:right w:w="65" w:type="dxa"/>
            </w:tcMar>
            <w:vAlign w:val="center"/>
          </w:tcPr>
          <w:p w:rsidRPr="00825577" w:rsidR="00A37D9C" w:rsidP="00825577" w:rsidRDefault="00000000" w14:paraId="562AFB57" w14:textId="77777777">
            <w:pPr>
              <w:rPr>
                <w:rFonts w:ascii="Calibri Light" w:hAnsi="Calibri Light" w:cs="Calibri Light"/>
                <w:sz w:val="24"/>
                <w:szCs w:val="24"/>
              </w:rPr>
            </w:pPr>
            <w:r w:rsidRPr="00825577">
              <w:rPr>
                <w:rFonts w:ascii="Calibri Light" w:hAnsi="Calibri Light" w:cs="Calibri Light"/>
                <w:b/>
                <w:sz w:val="24"/>
                <w:szCs w:val="24"/>
              </w:rPr>
              <w:t xml:space="preserve">Relationship </w:t>
            </w:r>
            <w:proofErr w:type="gramStart"/>
            <w:r w:rsidRPr="00825577">
              <w:rPr>
                <w:rFonts w:ascii="Calibri Light" w:hAnsi="Calibri Light" w:cs="Calibri Light"/>
                <w:b/>
                <w:sz w:val="24"/>
                <w:szCs w:val="24"/>
              </w:rPr>
              <w:t>to</w:t>
            </w:r>
            <w:proofErr w:type="gramEnd"/>
            <w:r w:rsidRPr="00825577">
              <w:rPr>
                <w:rFonts w:ascii="Calibri Light" w:hAnsi="Calibri Light" w:cs="Calibri Light"/>
                <w:b/>
                <w:sz w:val="24"/>
                <w:szCs w:val="24"/>
              </w:rPr>
              <w:t xml:space="preserve"> child</w:t>
            </w:r>
          </w:p>
        </w:tc>
        <w:tc>
          <w:tcPr>
            <w:tcW w:w="3118" w:type="dxa"/>
            <w:tcBorders>
              <w:top w:val="single" w:color="D9D9D9" w:sz="4" w:space="0"/>
              <w:left w:val="single" w:color="D9D9D9" w:sz="4" w:space="0"/>
              <w:bottom w:val="single" w:color="D9D9D9" w:sz="4" w:space="0"/>
              <w:right w:val="single" w:color="D9D9D9" w:sz="4" w:space="0"/>
            </w:tcBorders>
            <w:shd w:val="clear" w:color="auto" w:fill="EDEDED"/>
            <w:tcMar>
              <w:top w:w="65" w:type="dxa"/>
              <w:left w:w="65" w:type="dxa"/>
              <w:bottom w:w="65" w:type="dxa"/>
              <w:right w:w="65" w:type="dxa"/>
            </w:tcMar>
            <w:vAlign w:val="center"/>
          </w:tcPr>
          <w:p w:rsidRPr="00825577" w:rsidR="00A37D9C" w:rsidP="00825577" w:rsidRDefault="00000000" w14:paraId="49F92759" w14:textId="77777777">
            <w:pPr>
              <w:rPr>
                <w:rFonts w:ascii="Calibri Light" w:hAnsi="Calibri Light" w:cs="Calibri Light"/>
                <w:sz w:val="24"/>
                <w:szCs w:val="24"/>
              </w:rPr>
            </w:pPr>
            <w:r w:rsidRPr="00825577">
              <w:rPr>
                <w:rFonts w:ascii="Calibri Light" w:hAnsi="Calibri Light" w:cs="Calibri Light"/>
                <w:b/>
                <w:sz w:val="24"/>
                <w:szCs w:val="24"/>
              </w:rPr>
              <w:t>Contact number</w:t>
            </w:r>
          </w:p>
        </w:tc>
      </w:tr>
      <w:tr w:rsidRPr="00825577" w:rsidR="00A37D9C" w14:paraId="256F8B51" w14:textId="77777777">
        <w:trPr>
          <w:cantSplit/>
        </w:trPr>
        <w:tc>
          <w:tcPr>
            <w:tcW w:w="3685"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825577" w:rsidR="00A37D9C" w:rsidP="00825577" w:rsidRDefault="00A37D9C" w14:paraId="78CD99E0" w14:textId="77777777">
            <w:pPr>
              <w:rPr>
                <w:rFonts w:ascii="Calibri Light" w:hAnsi="Calibri Light" w:cs="Calibri Light"/>
                <w:sz w:val="24"/>
                <w:szCs w:val="24"/>
              </w:rPr>
            </w:pPr>
          </w:p>
        </w:tc>
        <w:tc>
          <w:tcPr>
            <w:tcW w:w="311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825577" w:rsidR="00A37D9C" w:rsidP="00825577" w:rsidRDefault="00A37D9C" w14:paraId="02951067" w14:textId="77777777">
            <w:pPr>
              <w:rPr>
                <w:rFonts w:ascii="Calibri Light" w:hAnsi="Calibri Light" w:cs="Calibri Light"/>
                <w:sz w:val="24"/>
                <w:szCs w:val="24"/>
              </w:rPr>
            </w:pPr>
          </w:p>
        </w:tc>
        <w:tc>
          <w:tcPr>
            <w:tcW w:w="311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825577" w:rsidR="00A37D9C" w:rsidP="00825577" w:rsidRDefault="00A37D9C" w14:paraId="2BA2F3CB" w14:textId="77777777">
            <w:pPr>
              <w:rPr>
                <w:rFonts w:ascii="Calibri Light" w:hAnsi="Calibri Light" w:cs="Calibri Light"/>
                <w:sz w:val="24"/>
                <w:szCs w:val="24"/>
              </w:rPr>
            </w:pPr>
          </w:p>
        </w:tc>
      </w:tr>
      <w:tr w:rsidRPr="00825577" w:rsidR="00A37D9C" w14:paraId="038C5024" w14:textId="77777777">
        <w:trPr>
          <w:cantSplit/>
        </w:trPr>
        <w:tc>
          <w:tcPr>
            <w:tcW w:w="3685"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825577" w:rsidR="00A37D9C" w:rsidP="00825577" w:rsidRDefault="00A37D9C" w14:paraId="4340615E" w14:textId="77777777">
            <w:pPr>
              <w:rPr>
                <w:rFonts w:ascii="Calibri Light" w:hAnsi="Calibri Light" w:cs="Calibri Light"/>
                <w:sz w:val="24"/>
                <w:szCs w:val="24"/>
              </w:rPr>
            </w:pPr>
          </w:p>
        </w:tc>
        <w:tc>
          <w:tcPr>
            <w:tcW w:w="311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825577" w:rsidR="00A37D9C" w:rsidP="00825577" w:rsidRDefault="00A37D9C" w14:paraId="17E41CCE" w14:textId="77777777">
            <w:pPr>
              <w:rPr>
                <w:rFonts w:ascii="Calibri Light" w:hAnsi="Calibri Light" w:cs="Calibri Light"/>
                <w:sz w:val="24"/>
                <w:szCs w:val="24"/>
              </w:rPr>
            </w:pPr>
          </w:p>
        </w:tc>
        <w:tc>
          <w:tcPr>
            <w:tcW w:w="311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825577" w:rsidR="00A37D9C" w:rsidP="00825577" w:rsidRDefault="00A37D9C" w14:paraId="2531D385" w14:textId="77777777">
            <w:pPr>
              <w:rPr>
                <w:rFonts w:ascii="Calibri Light" w:hAnsi="Calibri Light" w:cs="Calibri Light"/>
                <w:sz w:val="24"/>
                <w:szCs w:val="24"/>
              </w:rPr>
            </w:pPr>
          </w:p>
        </w:tc>
      </w:tr>
    </w:tbl>
    <w:p w:rsidRPr="00825577" w:rsidR="00A37D9C" w:rsidP="00825577" w:rsidRDefault="00A37D9C" w14:paraId="38EB18BF" w14:textId="77777777">
      <w:pPr>
        <w:rPr>
          <w:rFonts w:ascii="Calibri Light" w:hAnsi="Calibri Light" w:cs="Calibri Light"/>
          <w:sz w:val="24"/>
          <w:szCs w:val="24"/>
        </w:rPr>
      </w:pPr>
    </w:p>
    <w:p w:rsidR="00A37D9C" w:rsidP="00825577" w:rsidRDefault="00000000" w14:paraId="2E211C8C" w14:textId="77777777">
      <w:pPr>
        <w:rPr>
          <w:rFonts w:ascii="Calibri Light" w:hAnsi="Calibri Light" w:cs="Calibri Light"/>
          <w:sz w:val="24"/>
          <w:szCs w:val="24"/>
        </w:rPr>
      </w:pPr>
      <w:r w:rsidRPr="00825577">
        <w:rPr>
          <w:rFonts w:ascii="Calibri Light" w:hAnsi="Calibri Light" w:cs="Calibri Light"/>
          <w:sz w:val="24"/>
          <w:szCs w:val="24"/>
        </w:rPr>
        <w:t>Family password for emergency collection .......................................................</w:t>
      </w:r>
    </w:p>
    <w:p w:rsidRPr="00825577" w:rsidR="00825577" w:rsidP="00825577" w:rsidRDefault="00825577" w14:paraId="78F3B4E6" w14:textId="77777777">
      <w:pPr>
        <w:spacing w:after="0"/>
        <w:rPr>
          <w:rFonts w:ascii="Calibri Light" w:hAnsi="Calibri Light" w:cs="Calibri Light"/>
          <w:sz w:val="24"/>
          <w:szCs w:val="24"/>
        </w:rPr>
      </w:pPr>
    </w:p>
    <w:p w:rsidRPr="00825577" w:rsidR="00A37D9C" w:rsidP="00825577" w:rsidRDefault="00000000" w14:paraId="4750F370" w14:textId="77777777">
      <w:pPr>
        <w:rPr>
          <w:rFonts w:ascii="Calibri" w:hAnsi="Calibri" w:cs="Calibri"/>
          <w:b/>
          <w:bCs/>
          <w:sz w:val="24"/>
          <w:szCs w:val="24"/>
        </w:rPr>
      </w:pPr>
      <w:r w:rsidRPr="00825577">
        <w:rPr>
          <w:rFonts w:ascii="Calibri" w:hAnsi="Calibri" w:cs="Calibri"/>
          <w:b/>
          <w:bCs/>
          <w:sz w:val="24"/>
          <w:szCs w:val="24"/>
        </w:rPr>
        <w:t>Arrival and Collection</w:t>
      </w:r>
    </w:p>
    <w:p w:rsidRPr="00825577" w:rsidR="00A37D9C" w:rsidP="00825577" w:rsidRDefault="00000000" w14:paraId="0797DB98" w14:textId="77777777">
      <w:pPr>
        <w:rPr>
          <w:rFonts w:ascii="Calibri Light" w:hAnsi="Calibri Light" w:cs="Calibri Light"/>
          <w:sz w:val="24"/>
          <w:szCs w:val="24"/>
        </w:rPr>
      </w:pPr>
      <w:r w:rsidRPr="00825577">
        <w:rPr>
          <w:rFonts w:ascii="Calibri Light" w:hAnsi="Calibri Light" w:cs="Calibri Light"/>
          <w:sz w:val="24"/>
          <w:szCs w:val="24"/>
        </w:rPr>
        <w:t xml:space="preserve">Children must be </w:t>
      </w:r>
      <w:proofErr w:type="gramStart"/>
      <w:r w:rsidRPr="00825577">
        <w:rPr>
          <w:rFonts w:ascii="Calibri Light" w:hAnsi="Calibri Light" w:cs="Calibri Light"/>
          <w:sz w:val="24"/>
          <w:szCs w:val="24"/>
        </w:rPr>
        <w:t>brought</w:t>
      </w:r>
      <w:proofErr w:type="gramEnd"/>
      <w:r w:rsidRPr="00825577">
        <w:rPr>
          <w:rFonts w:ascii="Calibri Light" w:hAnsi="Calibri Light" w:cs="Calibri Light"/>
          <w:sz w:val="24"/>
          <w:szCs w:val="24"/>
        </w:rPr>
        <w:t xml:space="preserve"> by a responsible adult and handed over to staff. Children must be collected by a parent/carer or authorised adult and must not arrive or leave independently.</w:t>
      </w:r>
    </w:p>
    <w:p w:rsidRPr="00825577" w:rsidR="00A37D9C" w:rsidP="00825577" w:rsidRDefault="00000000" w14:paraId="67D009C4" w14:textId="77777777">
      <w:pPr>
        <w:rPr>
          <w:rFonts w:ascii="Calibri Light" w:hAnsi="Calibri Light" w:cs="Calibri Light"/>
          <w:sz w:val="24"/>
          <w:szCs w:val="24"/>
        </w:rPr>
      </w:pPr>
      <w:r w:rsidRPr="00825577">
        <w:rPr>
          <w:rFonts w:ascii="Calibri Light" w:hAnsi="Calibri Light" w:cs="Calibri Light"/>
          <w:sz w:val="24"/>
          <w:szCs w:val="24"/>
        </w:rPr>
        <w:t>Parents/carers must inform Lympstone Preschool of changes to collection arrangements and notify us directly if their child will not attend a booked session.</w:t>
      </w:r>
    </w:p>
    <w:p w:rsidR="00825577" w:rsidP="00825577" w:rsidRDefault="00825577" w14:paraId="2CF37743" w14:textId="77777777">
      <w:pPr>
        <w:spacing w:after="0"/>
        <w:rPr>
          <w:rFonts w:ascii="Calibri Light" w:hAnsi="Calibri Light" w:cs="Calibri Light"/>
          <w:sz w:val="24"/>
          <w:szCs w:val="24"/>
        </w:rPr>
      </w:pPr>
    </w:p>
    <w:p w:rsidRPr="00825577" w:rsidR="00A37D9C" w:rsidP="00825577" w:rsidRDefault="00000000" w14:paraId="1368FD86" w14:textId="14B98A18">
      <w:pPr>
        <w:rPr>
          <w:rFonts w:ascii="Calibri Light" w:hAnsi="Calibri Light" w:cs="Calibri Light"/>
          <w:sz w:val="24"/>
          <w:szCs w:val="24"/>
        </w:rPr>
      </w:pPr>
      <w:r w:rsidRPr="00825577">
        <w:rPr>
          <w:rFonts w:ascii="Calibri" w:hAnsi="Calibri" w:cs="Calibri"/>
          <w:b/>
          <w:bCs/>
          <w:sz w:val="24"/>
          <w:szCs w:val="24"/>
        </w:rPr>
        <w:t>Medical Information</w:t>
      </w:r>
    </w:p>
    <w:p w:rsidRPr="00825577" w:rsidR="00A37D9C" w:rsidP="00825577" w:rsidRDefault="00000000" w14:paraId="3DD2CC48" w14:textId="77777777">
      <w:pPr>
        <w:rPr>
          <w:rFonts w:ascii="Calibri Light" w:hAnsi="Calibri Light" w:cs="Calibri Light"/>
          <w:sz w:val="24"/>
          <w:szCs w:val="24"/>
        </w:rPr>
      </w:pPr>
      <w:r w:rsidRPr="00825577">
        <w:rPr>
          <w:rFonts w:ascii="Calibri Light" w:hAnsi="Calibri Light" w:cs="Calibri Light"/>
          <w:sz w:val="24"/>
          <w:szCs w:val="24"/>
        </w:rPr>
        <w:t>Name of child’s doctor or GP practice .......................................................</w:t>
      </w:r>
    </w:p>
    <w:p w:rsidRPr="00825577" w:rsidR="00A37D9C" w:rsidP="00825577" w:rsidRDefault="00000000" w14:paraId="5AF3AE63" w14:textId="77777777">
      <w:pPr>
        <w:rPr>
          <w:rFonts w:ascii="Calibri Light" w:hAnsi="Calibri Light" w:cs="Calibri Light"/>
          <w:sz w:val="24"/>
          <w:szCs w:val="24"/>
        </w:rPr>
      </w:pPr>
      <w:r w:rsidRPr="00825577">
        <w:rPr>
          <w:rFonts w:ascii="Calibri Light" w:hAnsi="Calibri Light" w:cs="Calibri Light"/>
          <w:sz w:val="24"/>
          <w:szCs w:val="24"/>
        </w:rPr>
        <w:t>Surgery telephone number .......................................................</w:t>
      </w:r>
    </w:p>
    <w:p w:rsidRPr="00825577" w:rsidR="00A37D9C" w:rsidP="00825577" w:rsidRDefault="00000000" w14:paraId="5175E9B3" w14:textId="77777777">
      <w:pPr>
        <w:rPr>
          <w:rFonts w:ascii="Calibri Light" w:hAnsi="Calibri Light" w:cs="Calibri Light"/>
          <w:sz w:val="24"/>
          <w:szCs w:val="24"/>
        </w:rPr>
      </w:pPr>
      <w:r w:rsidRPr="00825577">
        <w:rPr>
          <w:rFonts w:ascii="Calibri Light" w:hAnsi="Calibri Light" w:cs="Calibri Light"/>
          <w:sz w:val="24"/>
          <w:szCs w:val="24"/>
        </w:rPr>
        <w:t xml:space="preserve">Does your child have any medical conditions or past illnesses or operations that affect their current care?    </w:t>
      </w:r>
      <w:r w:rsidRPr="00825577">
        <w:rPr>
          <w:rFonts w:ascii="Segoe UI Symbol" w:hAnsi="Segoe UI Symbol" w:cs="Segoe UI Symbol"/>
          <w:sz w:val="24"/>
          <w:szCs w:val="24"/>
        </w:rPr>
        <w:t>☐</w:t>
      </w:r>
      <w:r w:rsidRPr="00825577">
        <w:rPr>
          <w:rFonts w:ascii="Calibri Light" w:hAnsi="Calibri Light" w:cs="Calibri Light"/>
          <w:sz w:val="24"/>
          <w:szCs w:val="24"/>
        </w:rPr>
        <w:t xml:space="preserve"> Yes    </w:t>
      </w:r>
      <w:r w:rsidRPr="00825577">
        <w:rPr>
          <w:rFonts w:ascii="Segoe UI Symbol" w:hAnsi="Segoe UI Symbol" w:cs="Segoe UI Symbol"/>
          <w:sz w:val="24"/>
          <w:szCs w:val="24"/>
        </w:rPr>
        <w:t>☐</w:t>
      </w:r>
      <w:r w:rsidRPr="00825577">
        <w:rPr>
          <w:rFonts w:ascii="Calibri Light" w:hAnsi="Calibri Light" w:cs="Calibri Light"/>
          <w:sz w:val="24"/>
          <w:szCs w:val="24"/>
        </w:rPr>
        <w:t xml:space="preserve"> No</w:t>
      </w:r>
    </w:p>
    <w:p w:rsidRPr="00825577" w:rsidR="00A37D9C" w:rsidP="00825577" w:rsidRDefault="00000000" w14:paraId="33935AC9" w14:textId="77777777">
      <w:pPr>
        <w:rPr>
          <w:rFonts w:ascii="Calibri Light" w:hAnsi="Calibri Light" w:cs="Calibri Light"/>
          <w:sz w:val="24"/>
          <w:szCs w:val="24"/>
        </w:rPr>
      </w:pPr>
      <w:r w:rsidRPr="00825577">
        <w:rPr>
          <w:rFonts w:ascii="Calibri Light" w:hAnsi="Calibri Light" w:cs="Calibri Light"/>
          <w:sz w:val="24"/>
          <w:szCs w:val="24"/>
        </w:rPr>
        <w:t>If yes, please provide details:</w:t>
      </w:r>
    </w:p>
    <w:p w:rsidRPr="00825577" w:rsidR="00A37D9C" w:rsidP="00825577" w:rsidRDefault="00000000" w14:paraId="370E93EE" w14:textId="77777777">
      <w:pPr>
        <w:rPr>
          <w:rFonts w:ascii="Calibri Light" w:hAnsi="Calibri Light" w:cs="Calibri Light"/>
          <w:sz w:val="24"/>
          <w:szCs w:val="24"/>
        </w:rPr>
      </w:pPr>
      <w:r w:rsidRPr="00825577">
        <w:rPr>
          <w:rFonts w:ascii="Calibri Light" w:hAnsi="Calibri Light" w:cs="Calibri Light"/>
          <w:sz w:val="24"/>
          <w:szCs w:val="24"/>
        </w:rPr>
        <w:t>....................................................................................................</w:t>
      </w:r>
    </w:p>
    <w:p w:rsidRPr="00825577" w:rsidR="00A37D9C" w:rsidP="00825577" w:rsidRDefault="00000000" w14:paraId="454DF32B" w14:textId="77777777">
      <w:pPr>
        <w:rPr>
          <w:rFonts w:ascii="Calibri Light" w:hAnsi="Calibri Light" w:cs="Calibri Light"/>
          <w:sz w:val="24"/>
          <w:szCs w:val="24"/>
        </w:rPr>
      </w:pPr>
      <w:r w:rsidRPr="00825577">
        <w:rPr>
          <w:rFonts w:ascii="Calibri Light" w:hAnsi="Calibri Light" w:cs="Calibri Light"/>
          <w:sz w:val="24"/>
          <w:szCs w:val="24"/>
        </w:rPr>
        <w:t>....................................................................................................</w:t>
      </w:r>
    </w:p>
    <w:p w:rsidRPr="00825577" w:rsidR="00A37D9C" w:rsidP="00825577" w:rsidRDefault="00000000" w14:paraId="5A768D10" w14:textId="77777777">
      <w:pPr>
        <w:rPr>
          <w:rFonts w:ascii="Calibri Light" w:hAnsi="Calibri Light" w:cs="Calibri Light"/>
          <w:sz w:val="24"/>
          <w:szCs w:val="24"/>
        </w:rPr>
      </w:pPr>
      <w:r w:rsidRPr="00825577">
        <w:rPr>
          <w:rFonts w:ascii="Calibri Light" w:hAnsi="Calibri Light" w:cs="Calibri Light"/>
          <w:sz w:val="24"/>
          <w:szCs w:val="24"/>
        </w:rPr>
        <w:t xml:space="preserve">Does your child have any allergies, intolerances, dietary requirements or food preferences we need to know about?    </w:t>
      </w:r>
      <w:r w:rsidRPr="00825577">
        <w:rPr>
          <w:rFonts w:ascii="Segoe UI Symbol" w:hAnsi="Segoe UI Symbol" w:cs="Segoe UI Symbol"/>
          <w:sz w:val="24"/>
          <w:szCs w:val="24"/>
        </w:rPr>
        <w:t>☐</w:t>
      </w:r>
      <w:r w:rsidRPr="00825577">
        <w:rPr>
          <w:rFonts w:ascii="Calibri Light" w:hAnsi="Calibri Light" w:cs="Calibri Light"/>
          <w:sz w:val="24"/>
          <w:szCs w:val="24"/>
        </w:rPr>
        <w:t xml:space="preserve"> Yes    </w:t>
      </w:r>
      <w:r w:rsidRPr="00825577">
        <w:rPr>
          <w:rFonts w:ascii="Segoe UI Symbol" w:hAnsi="Segoe UI Symbol" w:cs="Segoe UI Symbol"/>
          <w:sz w:val="24"/>
          <w:szCs w:val="24"/>
        </w:rPr>
        <w:t>☐</w:t>
      </w:r>
      <w:r w:rsidRPr="00825577">
        <w:rPr>
          <w:rFonts w:ascii="Calibri Light" w:hAnsi="Calibri Light" w:cs="Calibri Light"/>
          <w:sz w:val="24"/>
          <w:szCs w:val="24"/>
        </w:rPr>
        <w:t xml:space="preserve"> No</w:t>
      </w:r>
    </w:p>
    <w:p w:rsidRPr="00825577" w:rsidR="00A37D9C" w:rsidP="00825577" w:rsidRDefault="00000000" w14:paraId="110E93DB" w14:textId="77777777">
      <w:pPr>
        <w:rPr>
          <w:rFonts w:ascii="Calibri Light" w:hAnsi="Calibri Light" w:cs="Calibri Light"/>
          <w:sz w:val="24"/>
          <w:szCs w:val="24"/>
        </w:rPr>
      </w:pPr>
      <w:r w:rsidRPr="00825577">
        <w:rPr>
          <w:rFonts w:ascii="Calibri Light" w:hAnsi="Calibri Light" w:cs="Calibri Light"/>
          <w:sz w:val="24"/>
          <w:szCs w:val="24"/>
        </w:rPr>
        <w:t>If yes, please include details of any reaction and action required:</w:t>
      </w:r>
    </w:p>
    <w:p w:rsidRPr="00825577" w:rsidR="00A37D9C" w:rsidP="00825577" w:rsidRDefault="00000000" w14:paraId="774AE164" w14:textId="77777777">
      <w:pPr>
        <w:rPr>
          <w:rFonts w:ascii="Calibri Light" w:hAnsi="Calibri Light" w:cs="Calibri Light"/>
          <w:sz w:val="24"/>
          <w:szCs w:val="24"/>
        </w:rPr>
      </w:pPr>
      <w:r w:rsidRPr="00825577">
        <w:rPr>
          <w:rFonts w:ascii="Calibri Light" w:hAnsi="Calibri Light" w:cs="Calibri Light"/>
          <w:sz w:val="24"/>
          <w:szCs w:val="24"/>
        </w:rPr>
        <w:t>....................................................................................................</w:t>
      </w:r>
    </w:p>
    <w:p w:rsidRPr="00825577" w:rsidR="00A37D9C" w:rsidP="00825577" w:rsidRDefault="00000000" w14:paraId="0EB5B94F" w14:textId="77777777">
      <w:pPr>
        <w:rPr>
          <w:rFonts w:ascii="Calibri Light" w:hAnsi="Calibri Light" w:cs="Calibri Light"/>
          <w:sz w:val="24"/>
          <w:szCs w:val="24"/>
        </w:rPr>
      </w:pPr>
      <w:r w:rsidRPr="00825577">
        <w:rPr>
          <w:rFonts w:ascii="Calibri Light" w:hAnsi="Calibri Light" w:cs="Calibri Light"/>
          <w:sz w:val="24"/>
          <w:szCs w:val="24"/>
        </w:rPr>
        <w:t>....................................................................................................</w:t>
      </w:r>
    </w:p>
    <w:p w:rsidRPr="00825577" w:rsidR="00A37D9C" w:rsidP="00825577" w:rsidRDefault="00000000" w14:paraId="6C92C877" w14:textId="77777777">
      <w:pPr>
        <w:rPr>
          <w:rFonts w:ascii="Calibri Light" w:hAnsi="Calibri Light" w:cs="Calibri Light"/>
          <w:sz w:val="24"/>
          <w:szCs w:val="24"/>
        </w:rPr>
      </w:pPr>
      <w:r w:rsidRPr="00825577">
        <w:rPr>
          <w:rFonts w:ascii="Calibri Light" w:hAnsi="Calibri Light" w:cs="Calibri Light"/>
          <w:sz w:val="24"/>
          <w:szCs w:val="24"/>
        </w:rPr>
        <w:t xml:space="preserve">Will your child need any medication while attending?    </w:t>
      </w:r>
      <w:r w:rsidRPr="00825577">
        <w:rPr>
          <w:rFonts w:ascii="Segoe UI Symbol" w:hAnsi="Segoe UI Symbol" w:cs="Segoe UI Symbol"/>
          <w:sz w:val="24"/>
          <w:szCs w:val="24"/>
        </w:rPr>
        <w:t>☐</w:t>
      </w:r>
      <w:r w:rsidRPr="00825577">
        <w:rPr>
          <w:rFonts w:ascii="Calibri Light" w:hAnsi="Calibri Light" w:cs="Calibri Light"/>
          <w:sz w:val="24"/>
          <w:szCs w:val="24"/>
        </w:rPr>
        <w:t xml:space="preserve"> Yes    </w:t>
      </w:r>
      <w:r w:rsidRPr="00825577">
        <w:rPr>
          <w:rFonts w:ascii="Segoe UI Symbol" w:hAnsi="Segoe UI Symbol" w:cs="Segoe UI Symbol"/>
          <w:sz w:val="24"/>
          <w:szCs w:val="24"/>
        </w:rPr>
        <w:t>☐</w:t>
      </w:r>
      <w:r w:rsidRPr="00825577">
        <w:rPr>
          <w:rFonts w:ascii="Calibri Light" w:hAnsi="Calibri Light" w:cs="Calibri Light"/>
          <w:sz w:val="24"/>
          <w:szCs w:val="24"/>
        </w:rPr>
        <w:t xml:space="preserve"> No</w:t>
      </w:r>
    </w:p>
    <w:p w:rsidRPr="00825577" w:rsidR="00A37D9C" w:rsidP="00825577" w:rsidRDefault="00000000" w14:paraId="562162FB" w14:textId="77777777">
      <w:pPr>
        <w:rPr>
          <w:rFonts w:ascii="Calibri Light" w:hAnsi="Calibri Light" w:cs="Calibri Light"/>
          <w:sz w:val="24"/>
          <w:szCs w:val="24"/>
        </w:rPr>
      </w:pPr>
      <w:r w:rsidRPr="00825577">
        <w:rPr>
          <w:rFonts w:ascii="Calibri Light" w:hAnsi="Calibri Light" w:cs="Calibri Light"/>
          <w:sz w:val="24"/>
          <w:szCs w:val="24"/>
        </w:rPr>
        <w:t>If yes, please provide details:</w:t>
      </w:r>
    </w:p>
    <w:p w:rsidRPr="00825577" w:rsidR="00A37D9C" w:rsidP="00825577" w:rsidRDefault="00000000" w14:paraId="59DF2ACC" w14:textId="77777777">
      <w:pPr>
        <w:rPr>
          <w:rFonts w:ascii="Calibri Light" w:hAnsi="Calibri Light" w:cs="Calibri Light"/>
          <w:sz w:val="24"/>
          <w:szCs w:val="24"/>
        </w:rPr>
      </w:pPr>
      <w:r w:rsidRPr="00825577">
        <w:rPr>
          <w:rFonts w:ascii="Calibri Light" w:hAnsi="Calibri Light" w:cs="Calibri Light"/>
          <w:sz w:val="24"/>
          <w:szCs w:val="24"/>
        </w:rPr>
        <w:t>....................................................................................................</w:t>
      </w:r>
    </w:p>
    <w:p w:rsidR="00A37D9C" w:rsidP="00825577" w:rsidRDefault="00000000" w14:paraId="6179B85D" w14:textId="77777777">
      <w:pPr>
        <w:rPr>
          <w:rFonts w:ascii="Calibri Light" w:hAnsi="Calibri Light" w:cs="Calibri Light"/>
          <w:sz w:val="24"/>
          <w:szCs w:val="24"/>
        </w:rPr>
      </w:pPr>
      <w:r w:rsidRPr="00825577">
        <w:rPr>
          <w:rFonts w:ascii="Calibri Light" w:hAnsi="Calibri Light" w:cs="Calibri Light"/>
          <w:sz w:val="24"/>
          <w:szCs w:val="24"/>
        </w:rPr>
        <w:t>Separate medication consent forms, healthcare plans and allergy action plans will be completed where required.</w:t>
      </w:r>
    </w:p>
    <w:p w:rsidRPr="00825577" w:rsidR="00825577" w:rsidP="00825577" w:rsidRDefault="00825577" w14:paraId="4687295E" w14:textId="77777777">
      <w:pPr>
        <w:spacing w:after="0"/>
        <w:rPr>
          <w:rFonts w:ascii="Calibri Light" w:hAnsi="Calibri Light" w:cs="Calibri Light"/>
          <w:sz w:val="24"/>
          <w:szCs w:val="24"/>
        </w:rPr>
      </w:pPr>
    </w:p>
    <w:p w:rsidRPr="00825577" w:rsidR="00A37D9C" w:rsidP="00825577" w:rsidRDefault="00000000" w14:paraId="15A2A2FA" w14:textId="77777777">
      <w:pPr>
        <w:rPr>
          <w:rFonts w:ascii="Calibri" w:hAnsi="Calibri" w:cs="Calibri"/>
          <w:b/>
          <w:bCs/>
          <w:sz w:val="24"/>
          <w:szCs w:val="24"/>
        </w:rPr>
      </w:pPr>
      <w:r w:rsidRPr="00825577">
        <w:rPr>
          <w:rFonts w:ascii="Calibri" w:hAnsi="Calibri" w:cs="Calibri"/>
          <w:b/>
          <w:bCs/>
          <w:sz w:val="24"/>
          <w:szCs w:val="24"/>
        </w:rPr>
        <w:t>Additional Needs and Support</w:t>
      </w:r>
    </w:p>
    <w:p w:rsidRPr="00825577" w:rsidR="00A37D9C" w:rsidP="00825577" w:rsidRDefault="00000000" w14:paraId="1B530679" w14:textId="77777777">
      <w:pPr>
        <w:rPr>
          <w:rFonts w:ascii="Calibri Light" w:hAnsi="Calibri Light" w:cs="Calibri Light"/>
          <w:sz w:val="24"/>
          <w:szCs w:val="24"/>
        </w:rPr>
      </w:pPr>
      <w:r w:rsidRPr="00825577">
        <w:rPr>
          <w:rFonts w:ascii="Calibri Light" w:hAnsi="Calibri Light" w:cs="Calibri Light"/>
          <w:sz w:val="24"/>
          <w:szCs w:val="24"/>
        </w:rPr>
        <w:t xml:space="preserve">Does your child have any SEND, disability or other support needs we should be aware of?    </w:t>
      </w:r>
      <w:r w:rsidRPr="00825577">
        <w:rPr>
          <w:rFonts w:ascii="Segoe UI Symbol" w:hAnsi="Segoe UI Symbol" w:cs="Segoe UI Symbol"/>
          <w:sz w:val="24"/>
          <w:szCs w:val="24"/>
        </w:rPr>
        <w:t>☐</w:t>
      </w:r>
      <w:r w:rsidRPr="00825577">
        <w:rPr>
          <w:rFonts w:ascii="Calibri Light" w:hAnsi="Calibri Light" w:cs="Calibri Light"/>
          <w:sz w:val="24"/>
          <w:szCs w:val="24"/>
        </w:rPr>
        <w:t xml:space="preserve"> Yes    </w:t>
      </w:r>
      <w:r w:rsidRPr="00825577">
        <w:rPr>
          <w:rFonts w:ascii="Segoe UI Symbol" w:hAnsi="Segoe UI Symbol" w:cs="Segoe UI Symbol"/>
          <w:sz w:val="24"/>
          <w:szCs w:val="24"/>
        </w:rPr>
        <w:t>☐</w:t>
      </w:r>
      <w:r w:rsidRPr="00825577">
        <w:rPr>
          <w:rFonts w:ascii="Calibri Light" w:hAnsi="Calibri Light" w:cs="Calibri Light"/>
          <w:sz w:val="24"/>
          <w:szCs w:val="24"/>
        </w:rPr>
        <w:t xml:space="preserve"> No</w:t>
      </w:r>
    </w:p>
    <w:p w:rsidRPr="00825577" w:rsidR="00A37D9C" w:rsidP="00825577" w:rsidRDefault="00000000" w14:paraId="5B2C0588" w14:textId="77777777">
      <w:pPr>
        <w:rPr>
          <w:rFonts w:ascii="Calibri Light" w:hAnsi="Calibri Light" w:cs="Calibri Light"/>
          <w:sz w:val="24"/>
          <w:szCs w:val="24"/>
        </w:rPr>
      </w:pPr>
      <w:r w:rsidRPr="00825577">
        <w:rPr>
          <w:rFonts w:ascii="Calibri Light" w:hAnsi="Calibri Light" w:cs="Calibri Light"/>
          <w:sz w:val="24"/>
          <w:szCs w:val="24"/>
        </w:rPr>
        <w:t>If yes, please tell us anything that will help us support your child:</w:t>
      </w:r>
    </w:p>
    <w:p w:rsidRPr="00825577" w:rsidR="00A37D9C" w:rsidP="00825577" w:rsidRDefault="00000000" w14:paraId="42DD0760" w14:textId="77777777">
      <w:pPr>
        <w:rPr>
          <w:rFonts w:ascii="Calibri Light" w:hAnsi="Calibri Light" w:cs="Calibri Light"/>
          <w:sz w:val="24"/>
          <w:szCs w:val="24"/>
        </w:rPr>
      </w:pPr>
      <w:r w:rsidRPr="00825577">
        <w:rPr>
          <w:rFonts w:ascii="Calibri Light" w:hAnsi="Calibri Light" w:cs="Calibri Light"/>
          <w:sz w:val="24"/>
          <w:szCs w:val="24"/>
        </w:rPr>
        <w:t>....................................................................................................</w:t>
      </w:r>
    </w:p>
    <w:p w:rsidRPr="00825577" w:rsidR="00A37D9C" w:rsidP="00825577" w:rsidRDefault="00000000" w14:paraId="3470C6F7" w14:textId="77777777">
      <w:pPr>
        <w:rPr>
          <w:rFonts w:ascii="Calibri Light" w:hAnsi="Calibri Light" w:cs="Calibri Light"/>
          <w:sz w:val="24"/>
          <w:szCs w:val="24"/>
        </w:rPr>
      </w:pPr>
      <w:r w:rsidRPr="00825577">
        <w:rPr>
          <w:rFonts w:ascii="Calibri Light" w:hAnsi="Calibri Light" w:cs="Calibri Light"/>
          <w:sz w:val="24"/>
          <w:szCs w:val="24"/>
        </w:rPr>
        <w:t>....................................................................................................</w:t>
      </w:r>
    </w:p>
    <w:p w:rsidRPr="00825577" w:rsidR="00A37D9C" w:rsidP="00825577" w:rsidRDefault="00000000" w14:paraId="658DCA72" w14:textId="77777777">
      <w:pPr>
        <w:rPr>
          <w:rFonts w:ascii="Calibri Light" w:hAnsi="Calibri Light" w:cs="Calibri Light"/>
          <w:sz w:val="24"/>
          <w:szCs w:val="24"/>
        </w:rPr>
      </w:pPr>
      <w:r w:rsidRPr="00825577">
        <w:rPr>
          <w:rFonts w:ascii="Calibri Light" w:hAnsi="Calibri Light" w:cs="Calibri Light"/>
          <w:sz w:val="24"/>
          <w:szCs w:val="24"/>
        </w:rPr>
        <w:t xml:space="preserve">Does your child have an EHCP, SEN Support Plan or other relevant support plan?    </w:t>
      </w:r>
      <w:r w:rsidRPr="00825577">
        <w:rPr>
          <w:rFonts w:ascii="Segoe UI Symbol" w:hAnsi="Segoe UI Symbol" w:cs="Segoe UI Symbol"/>
          <w:sz w:val="24"/>
          <w:szCs w:val="24"/>
        </w:rPr>
        <w:t>☐</w:t>
      </w:r>
      <w:r w:rsidRPr="00825577">
        <w:rPr>
          <w:rFonts w:ascii="Calibri Light" w:hAnsi="Calibri Light" w:cs="Calibri Light"/>
          <w:sz w:val="24"/>
          <w:szCs w:val="24"/>
        </w:rPr>
        <w:t xml:space="preserve"> Yes    </w:t>
      </w:r>
      <w:r w:rsidRPr="00825577">
        <w:rPr>
          <w:rFonts w:ascii="Segoe UI Symbol" w:hAnsi="Segoe UI Symbol" w:cs="Segoe UI Symbol"/>
          <w:sz w:val="24"/>
          <w:szCs w:val="24"/>
        </w:rPr>
        <w:t>☐</w:t>
      </w:r>
      <w:r w:rsidRPr="00825577">
        <w:rPr>
          <w:rFonts w:ascii="Calibri Light" w:hAnsi="Calibri Light" w:cs="Calibri Light"/>
          <w:sz w:val="24"/>
          <w:szCs w:val="24"/>
        </w:rPr>
        <w:t xml:space="preserve"> No</w:t>
      </w:r>
    </w:p>
    <w:p w:rsidRPr="00825577" w:rsidR="00A37D9C" w:rsidP="00825577" w:rsidRDefault="00000000" w14:paraId="0B9C53A8" w14:textId="77777777">
      <w:pPr>
        <w:rPr>
          <w:rFonts w:ascii="Calibri Light" w:hAnsi="Calibri Light" w:cs="Calibri Light"/>
          <w:sz w:val="24"/>
          <w:szCs w:val="24"/>
        </w:rPr>
      </w:pPr>
      <w:r w:rsidRPr="00825577">
        <w:rPr>
          <w:rFonts w:ascii="Calibri Light" w:hAnsi="Calibri Light" w:cs="Calibri Light"/>
          <w:sz w:val="24"/>
          <w:szCs w:val="24"/>
        </w:rPr>
        <w:t xml:space="preserve">If yes:    </w:t>
      </w:r>
      <w:r w:rsidRPr="00825577">
        <w:rPr>
          <w:rFonts w:ascii="Segoe UI Symbol" w:hAnsi="Segoe UI Symbol" w:cs="Segoe UI Symbol"/>
          <w:sz w:val="24"/>
          <w:szCs w:val="24"/>
        </w:rPr>
        <w:t>☐</w:t>
      </w:r>
      <w:r w:rsidRPr="00825577">
        <w:rPr>
          <w:rFonts w:ascii="Calibri Light" w:hAnsi="Calibri Light" w:cs="Calibri Light"/>
          <w:sz w:val="24"/>
          <w:szCs w:val="24"/>
        </w:rPr>
        <w:t xml:space="preserve"> Copy provided    </w:t>
      </w:r>
      <w:r w:rsidRPr="00825577">
        <w:rPr>
          <w:rFonts w:ascii="Segoe UI Symbol" w:hAnsi="Segoe UI Symbol" w:cs="Segoe UI Symbol"/>
          <w:sz w:val="24"/>
          <w:szCs w:val="24"/>
        </w:rPr>
        <w:t>☐</w:t>
      </w:r>
      <w:r w:rsidRPr="00825577">
        <w:rPr>
          <w:rFonts w:ascii="Calibri Light" w:hAnsi="Calibri Light" w:cs="Calibri Light"/>
          <w:sz w:val="24"/>
          <w:szCs w:val="24"/>
        </w:rPr>
        <w:t xml:space="preserve"> To follow    </w:t>
      </w:r>
      <w:r w:rsidRPr="00825577">
        <w:rPr>
          <w:rFonts w:ascii="Segoe UI Symbol" w:hAnsi="Segoe UI Symbol" w:cs="Segoe UI Symbol"/>
          <w:sz w:val="24"/>
          <w:szCs w:val="24"/>
        </w:rPr>
        <w:t>☐</w:t>
      </w:r>
      <w:r w:rsidRPr="00825577">
        <w:rPr>
          <w:rFonts w:ascii="Calibri Light" w:hAnsi="Calibri Light" w:cs="Calibri Light"/>
          <w:sz w:val="24"/>
          <w:szCs w:val="24"/>
        </w:rPr>
        <w:t xml:space="preserve"> Please contact me to discuss</w:t>
      </w:r>
    </w:p>
    <w:p w:rsidRPr="00825577" w:rsidR="00A37D9C" w:rsidP="00825577" w:rsidRDefault="00000000" w14:paraId="0741F827" w14:textId="77777777">
      <w:pPr>
        <w:rPr>
          <w:rFonts w:ascii="Calibri Light" w:hAnsi="Calibri Light" w:cs="Calibri Light"/>
          <w:sz w:val="24"/>
          <w:szCs w:val="24"/>
        </w:rPr>
      </w:pPr>
      <w:r w:rsidRPr="00825577">
        <w:rPr>
          <w:rFonts w:ascii="Calibri Light" w:hAnsi="Calibri Light" w:cs="Calibri Light"/>
          <w:sz w:val="24"/>
          <w:szCs w:val="24"/>
        </w:rPr>
        <w:t>Other Information</w:t>
      </w:r>
    </w:p>
    <w:p w:rsidRPr="00825577" w:rsidR="00A37D9C" w:rsidP="00825577" w:rsidRDefault="00000000" w14:paraId="08D9926A" w14:textId="77777777">
      <w:pPr>
        <w:rPr>
          <w:rFonts w:ascii="Calibri Light" w:hAnsi="Calibri Light" w:cs="Calibri Light"/>
          <w:sz w:val="24"/>
          <w:szCs w:val="24"/>
        </w:rPr>
      </w:pPr>
      <w:r w:rsidRPr="00825577">
        <w:rPr>
          <w:rFonts w:ascii="Calibri Light" w:hAnsi="Calibri Light" w:cs="Calibri Light"/>
          <w:sz w:val="24"/>
          <w:szCs w:val="24"/>
        </w:rPr>
        <w:t>Please tell us about interests, routines, worries or any other information that will help your child feel comfortable:</w:t>
      </w:r>
    </w:p>
    <w:p w:rsidRPr="00825577" w:rsidR="00A37D9C" w:rsidP="00825577" w:rsidRDefault="00000000" w14:paraId="1DD2A05C" w14:textId="77777777">
      <w:pPr>
        <w:rPr>
          <w:rFonts w:ascii="Calibri Light" w:hAnsi="Calibri Light" w:cs="Calibri Light"/>
          <w:sz w:val="24"/>
          <w:szCs w:val="24"/>
        </w:rPr>
      </w:pPr>
      <w:r w:rsidRPr="00825577">
        <w:rPr>
          <w:rFonts w:ascii="Calibri Light" w:hAnsi="Calibri Light" w:cs="Calibri Light"/>
          <w:sz w:val="24"/>
          <w:szCs w:val="24"/>
        </w:rPr>
        <w:t>....................................................................................................</w:t>
      </w:r>
    </w:p>
    <w:p w:rsidRPr="00825577" w:rsidR="00A37D9C" w:rsidP="00825577" w:rsidRDefault="00000000" w14:paraId="345EB793" w14:textId="77777777">
      <w:pPr>
        <w:rPr>
          <w:rFonts w:ascii="Calibri Light" w:hAnsi="Calibri Light" w:cs="Calibri Light"/>
          <w:sz w:val="24"/>
          <w:szCs w:val="24"/>
        </w:rPr>
      </w:pPr>
      <w:r w:rsidRPr="00825577">
        <w:rPr>
          <w:rFonts w:ascii="Calibri Light" w:hAnsi="Calibri Light" w:cs="Calibri Light"/>
          <w:sz w:val="24"/>
          <w:szCs w:val="24"/>
        </w:rPr>
        <w:t>....................................................................................................</w:t>
      </w:r>
    </w:p>
    <w:p w:rsidRPr="00825577" w:rsidR="00A37D9C" w:rsidP="00825577" w:rsidRDefault="00000000" w14:paraId="3578CC89" w14:textId="06C00406">
      <w:pPr>
        <w:rPr>
          <w:rFonts w:ascii="Calibri Light" w:hAnsi="Calibri Light" w:cs="Calibri Light"/>
          <w:sz w:val="24"/>
          <w:szCs w:val="24"/>
        </w:rPr>
      </w:pPr>
      <w:r w:rsidRPr="00825577">
        <w:rPr>
          <w:rFonts w:ascii="Calibri Light" w:hAnsi="Calibri Light" w:cs="Calibri Light"/>
          <w:sz w:val="24"/>
          <w:szCs w:val="24"/>
        </w:rPr>
        <w:br w:type="page"/>
      </w:r>
      <w:r w:rsidRPr="00825577">
        <w:rPr>
          <w:rFonts w:ascii="Calibri" w:hAnsi="Calibri" w:cs="Calibri"/>
          <w:b/>
          <w:bCs/>
          <w:sz w:val="24"/>
          <w:szCs w:val="24"/>
        </w:rPr>
        <w:t>Holiday Club Bookings and Opening Hours</w:t>
      </w:r>
    </w:p>
    <w:p w:rsidRPr="00825577" w:rsidR="00A37D9C" w:rsidP="00825577" w:rsidRDefault="00000000" w14:paraId="764B8446" w14:textId="77777777">
      <w:pPr>
        <w:rPr>
          <w:rFonts w:ascii="Calibri Light" w:hAnsi="Calibri Light" w:cs="Calibri Light"/>
          <w:sz w:val="24"/>
          <w:szCs w:val="24"/>
        </w:rPr>
      </w:pPr>
      <w:r w:rsidRPr="00825577">
        <w:rPr>
          <w:rFonts w:ascii="Calibri Light" w:hAnsi="Calibri Light" w:cs="Calibri Light"/>
          <w:sz w:val="24"/>
          <w:szCs w:val="24"/>
        </w:rPr>
        <w:t>Holiday Club sessions must be booked in advance by emailing admin@lympstonepreschool.co.uk with your requested dates and session times. Bookings are subject to availability and are confirmed by the preschool.</w:t>
      </w:r>
    </w:p>
    <w:tbl>
      <w:tblPr>
        <w:tblW w:w="0" w:type="auto"/>
        <w:tblLayout w:type="fixed"/>
        <w:tblLook w:val="04A0" w:firstRow="1" w:lastRow="0" w:firstColumn="1" w:lastColumn="0" w:noHBand="0" w:noVBand="1"/>
      </w:tblPr>
      <w:tblGrid>
        <w:gridCol w:w="3402"/>
        <w:gridCol w:w="6520"/>
      </w:tblGrid>
      <w:tr w:rsidRPr="00825577" w:rsidR="00A37D9C" w14:paraId="1CE75191" w14:textId="77777777">
        <w:trPr>
          <w:cantSplit/>
          <w:tblHeader/>
        </w:trPr>
        <w:tc>
          <w:tcPr>
            <w:tcW w:w="3402" w:type="dxa"/>
            <w:tcBorders>
              <w:top w:val="single" w:color="D9D9D9" w:sz="4" w:space="0"/>
              <w:left w:val="single" w:color="D9D9D9" w:sz="4" w:space="0"/>
              <w:bottom w:val="single" w:color="D9D9D9" w:sz="4" w:space="0"/>
              <w:right w:val="single" w:color="D9D9D9" w:sz="4" w:space="0"/>
            </w:tcBorders>
            <w:shd w:val="clear" w:color="auto" w:fill="EDEDED"/>
            <w:tcMar>
              <w:top w:w="65" w:type="dxa"/>
              <w:left w:w="65" w:type="dxa"/>
              <w:bottom w:w="65" w:type="dxa"/>
              <w:right w:w="65" w:type="dxa"/>
            </w:tcMar>
            <w:vAlign w:val="center"/>
          </w:tcPr>
          <w:p w:rsidRPr="00825577" w:rsidR="00A37D9C" w:rsidP="00825577" w:rsidRDefault="00000000" w14:paraId="4A1E6FD5" w14:textId="77777777">
            <w:pPr>
              <w:rPr>
                <w:rFonts w:ascii="Calibri Light" w:hAnsi="Calibri Light" w:cs="Calibri Light"/>
                <w:sz w:val="24"/>
                <w:szCs w:val="24"/>
              </w:rPr>
            </w:pPr>
            <w:r w:rsidRPr="00825577">
              <w:rPr>
                <w:rFonts w:ascii="Calibri Light" w:hAnsi="Calibri Light" w:cs="Calibri Light"/>
                <w:b/>
                <w:sz w:val="24"/>
                <w:szCs w:val="24"/>
              </w:rPr>
              <w:t>Session</w:t>
            </w:r>
          </w:p>
        </w:tc>
        <w:tc>
          <w:tcPr>
            <w:tcW w:w="6520" w:type="dxa"/>
            <w:tcBorders>
              <w:top w:val="single" w:color="D9D9D9" w:sz="4" w:space="0"/>
              <w:left w:val="single" w:color="D9D9D9" w:sz="4" w:space="0"/>
              <w:bottom w:val="single" w:color="D9D9D9" w:sz="4" w:space="0"/>
              <w:right w:val="single" w:color="D9D9D9" w:sz="4" w:space="0"/>
            </w:tcBorders>
            <w:shd w:val="clear" w:color="auto" w:fill="EDEDED"/>
            <w:tcMar>
              <w:top w:w="65" w:type="dxa"/>
              <w:left w:w="65" w:type="dxa"/>
              <w:bottom w:w="65" w:type="dxa"/>
              <w:right w:w="65" w:type="dxa"/>
            </w:tcMar>
            <w:vAlign w:val="center"/>
          </w:tcPr>
          <w:p w:rsidRPr="00825577" w:rsidR="00A37D9C" w:rsidP="00825577" w:rsidRDefault="00000000" w14:paraId="0CB528B5" w14:textId="77777777">
            <w:pPr>
              <w:rPr>
                <w:rFonts w:ascii="Calibri Light" w:hAnsi="Calibri Light" w:cs="Calibri Light"/>
                <w:sz w:val="24"/>
                <w:szCs w:val="24"/>
              </w:rPr>
            </w:pPr>
            <w:r w:rsidRPr="00825577">
              <w:rPr>
                <w:rFonts w:ascii="Calibri Light" w:hAnsi="Calibri Light" w:cs="Calibri Light"/>
                <w:b/>
                <w:sz w:val="24"/>
                <w:szCs w:val="24"/>
              </w:rPr>
              <w:t>Times</w:t>
            </w:r>
          </w:p>
        </w:tc>
      </w:tr>
      <w:tr w:rsidRPr="00825577" w:rsidR="00A37D9C" w14:paraId="7224B198" w14:textId="77777777">
        <w:trPr>
          <w:cantSplit/>
        </w:trPr>
        <w:tc>
          <w:tcPr>
            <w:tcW w:w="34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825577" w:rsidR="00A37D9C" w:rsidP="00825577" w:rsidRDefault="00000000" w14:paraId="7130E8C9" w14:textId="77777777">
            <w:pPr>
              <w:rPr>
                <w:rFonts w:ascii="Calibri Light" w:hAnsi="Calibri Light" w:cs="Calibri Light"/>
                <w:sz w:val="24"/>
                <w:szCs w:val="24"/>
              </w:rPr>
            </w:pPr>
            <w:r w:rsidRPr="00825577">
              <w:rPr>
                <w:rFonts w:ascii="Calibri Light" w:hAnsi="Calibri Light" w:cs="Calibri Light"/>
                <w:sz w:val="24"/>
                <w:szCs w:val="24"/>
              </w:rPr>
              <w:t>Morning</w:t>
            </w:r>
          </w:p>
        </w:tc>
        <w:tc>
          <w:tcPr>
            <w:tcW w:w="652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825577" w:rsidR="00A37D9C" w:rsidP="00825577" w:rsidRDefault="00000000" w14:paraId="7C5F614D" w14:textId="77777777">
            <w:pPr>
              <w:rPr>
                <w:rFonts w:ascii="Calibri Light" w:hAnsi="Calibri Light" w:cs="Calibri Light"/>
                <w:sz w:val="24"/>
                <w:szCs w:val="24"/>
              </w:rPr>
            </w:pPr>
            <w:r w:rsidRPr="00825577">
              <w:rPr>
                <w:rFonts w:ascii="Calibri Light" w:hAnsi="Calibri Light" w:cs="Calibri Light"/>
                <w:sz w:val="24"/>
                <w:szCs w:val="24"/>
              </w:rPr>
              <w:t>9am–12:30pm</w:t>
            </w:r>
          </w:p>
        </w:tc>
      </w:tr>
      <w:tr w:rsidRPr="00825577" w:rsidR="00A37D9C" w14:paraId="4B0656D8" w14:textId="77777777">
        <w:trPr>
          <w:cantSplit/>
        </w:trPr>
        <w:tc>
          <w:tcPr>
            <w:tcW w:w="34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825577" w:rsidR="00A37D9C" w:rsidP="00825577" w:rsidRDefault="00000000" w14:paraId="04BE0058" w14:textId="77777777">
            <w:pPr>
              <w:rPr>
                <w:rFonts w:ascii="Calibri Light" w:hAnsi="Calibri Light" w:cs="Calibri Light"/>
                <w:sz w:val="24"/>
                <w:szCs w:val="24"/>
              </w:rPr>
            </w:pPr>
            <w:r w:rsidRPr="00825577">
              <w:rPr>
                <w:rFonts w:ascii="Calibri Light" w:hAnsi="Calibri Light" w:cs="Calibri Light"/>
                <w:sz w:val="24"/>
                <w:szCs w:val="24"/>
              </w:rPr>
              <w:t>Day sessions</w:t>
            </w:r>
          </w:p>
        </w:tc>
        <w:tc>
          <w:tcPr>
            <w:tcW w:w="652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825577" w:rsidR="00A37D9C" w:rsidP="00825577" w:rsidRDefault="00000000" w14:paraId="081FE7A5" w14:textId="77777777">
            <w:pPr>
              <w:rPr>
                <w:rFonts w:ascii="Calibri Light" w:hAnsi="Calibri Light" w:cs="Calibri Light"/>
                <w:sz w:val="24"/>
                <w:szCs w:val="24"/>
              </w:rPr>
            </w:pPr>
            <w:r w:rsidRPr="00825577">
              <w:rPr>
                <w:rFonts w:ascii="Calibri Light" w:hAnsi="Calibri Light" w:cs="Calibri Light"/>
                <w:sz w:val="24"/>
                <w:szCs w:val="24"/>
              </w:rPr>
              <w:t>9am–3pm, 9am–4pm or 9am–5pm</w:t>
            </w:r>
          </w:p>
        </w:tc>
      </w:tr>
      <w:tr w:rsidRPr="00825577" w:rsidR="00A37D9C" w14:paraId="614EF96E" w14:textId="77777777">
        <w:trPr>
          <w:cantSplit/>
        </w:trPr>
        <w:tc>
          <w:tcPr>
            <w:tcW w:w="34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825577" w:rsidR="00A37D9C" w:rsidP="00825577" w:rsidRDefault="00000000" w14:paraId="4D3E7542" w14:textId="77777777">
            <w:pPr>
              <w:rPr>
                <w:rFonts w:ascii="Calibri Light" w:hAnsi="Calibri Light" w:cs="Calibri Light"/>
                <w:sz w:val="24"/>
                <w:szCs w:val="24"/>
              </w:rPr>
            </w:pPr>
            <w:r w:rsidRPr="00825577">
              <w:rPr>
                <w:rFonts w:ascii="Calibri Light" w:hAnsi="Calibri Light" w:cs="Calibri Light"/>
                <w:sz w:val="24"/>
                <w:szCs w:val="24"/>
              </w:rPr>
              <w:t>Breakfast Club add-on</w:t>
            </w:r>
          </w:p>
        </w:tc>
        <w:tc>
          <w:tcPr>
            <w:tcW w:w="652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825577" w:rsidR="00A37D9C" w:rsidP="00825577" w:rsidRDefault="00000000" w14:paraId="7025482E" w14:textId="77777777">
            <w:pPr>
              <w:rPr>
                <w:rFonts w:ascii="Calibri Light" w:hAnsi="Calibri Light" w:cs="Calibri Light"/>
                <w:sz w:val="24"/>
                <w:szCs w:val="24"/>
              </w:rPr>
            </w:pPr>
            <w:r w:rsidRPr="00825577">
              <w:rPr>
                <w:rFonts w:ascii="Calibri Light" w:hAnsi="Calibri Light" w:cs="Calibri Light"/>
                <w:sz w:val="24"/>
                <w:szCs w:val="24"/>
              </w:rPr>
              <w:t>8am–9am</w:t>
            </w:r>
          </w:p>
        </w:tc>
      </w:tr>
    </w:tbl>
    <w:p w:rsidRPr="00825577" w:rsidR="00A37D9C" w:rsidP="00825577" w:rsidRDefault="00A37D9C" w14:paraId="2DC3E061" w14:textId="77777777">
      <w:pPr>
        <w:rPr>
          <w:rFonts w:ascii="Calibri Light" w:hAnsi="Calibri Light" w:cs="Calibri Light"/>
          <w:sz w:val="24"/>
          <w:szCs w:val="24"/>
        </w:rPr>
      </w:pPr>
    </w:p>
    <w:p w:rsidRPr="00825577" w:rsidR="00A37D9C" w:rsidP="00825577" w:rsidRDefault="00000000" w14:paraId="4E83C6E6" w14:textId="77777777">
      <w:pPr>
        <w:rPr>
          <w:rFonts w:ascii="Calibri Light" w:hAnsi="Calibri Light" w:cs="Calibri Light"/>
          <w:sz w:val="24"/>
          <w:szCs w:val="24"/>
        </w:rPr>
      </w:pPr>
      <w:r w:rsidRPr="00825577">
        <w:rPr>
          <w:rFonts w:ascii="Calibri Light" w:hAnsi="Calibri Light" w:cs="Calibri Light"/>
          <w:sz w:val="24"/>
          <w:szCs w:val="24"/>
        </w:rPr>
        <w:t>Requested holiday dates and session times:</w:t>
      </w:r>
    </w:p>
    <w:p w:rsidRPr="00825577" w:rsidR="00A37D9C" w:rsidP="00825577" w:rsidRDefault="00000000" w14:paraId="30724158" w14:textId="77777777">
      <w:pPr>
        <w:rPr>
          <w:rFonts w:ascii="Calibri Light" w:hAnsi="Calibri Light" w:cs="Calibri Light"/>
          <w:sz w:val="24"/>
          <w:szCs w:val="24"/>
        </w:rPr>
      </w:pPr>
      <w:r w:rsidRPr="00825577">
        <w:rPr>
          <w:rFonts w:ascii="Calibri Light" w:hAnsi="Calibri Light" w:cs="Calibri Light"/>
          <w:sz w:val="24"/>
          <w:szCs w:val="24"/>
        </w:rPr>
        <w:t>....................................................................................................</w:t>
      </w:r>
    </w:p>
    <w:p w:rsidRPr="00825577" w:rsidR="00A37D9C" w:rsidP="00825577" w:rsidRDefault="00000000" w14:paraId="2A419401" w14:textId="77777777">
      <w:pPr>
        <w:rPr>
          <w:rFonts w:ascii="Calibri Light" w:hAnsi="Calibri Light" w:cs="Calibri Light"/>
          <w:sz w:val="24"/>
          <w:szCs w:val="24"/>
        </w:rPr>
      </w:pPr>
      <w:r w:rsidRPr="00825577">
        <w:rPr>
          <w:rFonts w:ascii="Calibri Light" w:hAnsi="Calibri Light" w:cs="Calibri Light"/>
          <w:sz w:val="24"/>
          <w:szCs w:val="24"/>
        </w:rPr>
        <w:t>....................................................................................................</w:t>
      </w:r>
    </w:p>
    <w:p w:rsidRPr="00825577" w:rsidR="00A37D9C" w:rsidP="00825577" w:rsidRDefault="00000000" w14:paraId="30D7A555" w14:textId="77777777">
      <w:pPr>
        <w:rPr>
          <w:rFonts w:ascii="Calibri Light" w:hAnsi="Calibri Light" w:cs="Calibri Light"/>
          <w:sz w:val="24"/>
          <w:szCs w:val="24"/>
        </w:rPr>
      </w:pPr>
      <w:r w:rsidRPr="00825577">
        <w:rPr>
          <w:rFonts w:ascii="Calibri Light" w:hAnsi="Calibri Light" w:cs="Calibri Light"/>
          <w:sz w:val="24"/>
          <w:szCs w:val="24"/>
        </w:rPr>
        <w:t>....................................................................................................</w:t>
      </w:r>
    </w:p>
    <w:p w:rsidRPr="00825577" w:rsidR="00A37D9C" w:rsidP="00825577" w:rsidRDefault="00000000" w14:paraId="5BEE85D8" w14:textId="77777777">
      <w:pPr>
        <w:rPr>
          <w:rFonts w:ascii="Calibri Light" w:hAnsi="Calibri Light" w:cs="Calibri Light"/>
          <w:sz w:val="24"/>
          <w:szCs w:val="24"/>
        </w:rPr>
      </w:pPr>
      <w:r w:rsidRPr="00825577">
        <w:rPr>
          <w:rFonts w:ascii="Calibri Light" w:hAnsi="Calibri Light" w:cs="Calibri Light"/>
          <w:sz w:val="24"/>
          <w:szCs w:val="24"/>
        </w:rPr>
        <w:t>Opening hours: Monday–Thursday, 8am–5pm; Friday, 8am–4pm. The 5pm session is available Monday–Thursday only.</w:t>
      </w:r>
    </w:p>
    <w:p w:rsidR="00A37D9C" w:rsidP="00825577" w:rsidRDefault="00000000" w14:paraId="689192BF" w14:textId="77777777">
      <w:pPr>
        <w:rPr>
          <w:rFonts w:ascii="Calibri Light" w:hAnsi="Calibri Light" w:cs="Calibri Light"/>
          <w:sz w:val="24"/>
          <w:szCs w:val="24"/>
        </w:rPr>
      </w:pPr>
      <w:r w:rsidRPr="00825577">
        <w:rPr>
          <w:rFonts w:ascii="Calibri Light" w:hAnsi="Calibri Light" w:cs="Calibri Light"/>
          <w:sz w:val="24"/>
          <w:szCs w:val="24"/>
        </w:rPr>
        <w:t xml:space="preserve">If we need to change the opening hours for a particular day, we will contact affected families as soon as possible. Charges for any sessions we cancel will be credited to your Learning Journals account. Any </w:t>
      </w:r>
      <w:proofErr w:type="gramStart"/>
      <w:r w:rsidRPr="00825577">
        <w:rPr>
          <w:rFonts w:ascii="Calibri Light" w:hAnsi="Calibri Light" w:cs="Calibri Light"/>
          <w:sz w:val="24"/>
          <w:szCs w:val="24"/>
        </w:rPr>
        <w:t>funded</w:t>
      </w:r>
      <w:proofErr w:type="gramEnd"/>
      <w:r w:rsidRPr="00825577">
        <w:rPr>
          <w:rFonts w:ascii="Calibri Light" w:hAnsi="Calibri Light" w:cs="Calibri Light"/>
          <w:sz w:val="24"/>
          <w:szCs w:val="24"/>
        </w:rPr>
        <w:t xml:space="preserve"> hours affected will be discussed with you.</w:t>
      </w:r>
    </w:p>
    <w:p w:rsidRPr="00825577" w:rsidR="00825577" w:rsidP="00825577" w:rsidRDefault="00825577" w14:paraId="5F56FB95" w14:textId="77777777">
      <w:pPr>
        <w:spacing w:after="0"/>
        <w:rPr>
          <w:rFonts w:ascii="Calibri Light" w:hAnsi="Calibri Light" w:cs="Calibri Light"/>
          <w:sz w:val="24"/>
          <w:szCs w:val="24"/>
        </w:rPr>
      </w:pPr>
    </w:p>
    <w:p w:rsidRPr="00825577" w:rsidR="00A37D9C" w:rsidP="00825577" w:rsidRDefault="00000000" w14:paraId="33B79D14" w14:textId="77777777">
      <w:pPr>
        <w:rPr>
          <w:rFonts w:ascii="Calibri" w:hAnsi="Calibri" w:cs="Calibri"/>
          <w:b/>
          <w:bCs/>
          <w:sz w:val="24"/>
          <w:szCs w:val="24"/>
        </w:rPr>
      </w:pPr>
      <w:r w:rsidRPr="00825577">
        <w:rPr>
          <w:rFonts w:ascii="Calibri" w:hAnsi="Calibri" w:cs="Calibri"/>
          <w:b/>
          <w:bCs/>
          <w:sz w:val="24"/>
          <w:szCs w:val="24"/>
        </w:rPr>
        <w:t>Fees and Payment</w:t>
      </w:r>
    </w:p>
    <w:p w:rsidRPr="00825577" w:rsidR="00A37D9C" w:rsidP="00825577" w:rsidRDefault="00000000" w14:paraId="2611CD20" w14:textId="77777777">
      <w:pPr>
        <w:rPr>
          <w:rFonts w:ascii="Calibri Light" w:hAnsi="Calibri Light" w:cs="Calibri Light"/>
          <w:sz w:val="24"/>
          <w:szCs w:val="24"/>
        </w:rPr>
      </w:pPr>
      <w:r w:rsidRPr="00825577">
        <w:rPr>
          <w:rFonts w:ascii="Calibri Light" w:hAnsi="Calibri Light" w:cs="Calibri Light"/>
          <w:sz w:val="24"/>
          <w:szCs w:val="24"/>
        </w:rPr>
        <w:t>Holiday Club sessions are charged at £8.00 per hour for children aged 2 years and £7.50 per hour for children aged 3 years and over.</w:t>
      </w:r>
    </w:p>
    <w:p w:rsidRPr="00825577" w:rsidR="00A37D9C" w:rsidP="00825577" w:rsidRDefault="00000000" w14:paraId="13F71BB2" w14:textId="77777777">
      <w:pPr>
        <w:rPr>
          <w:rFonts w:ascii="Calibri Light" w:hAnsi="Calibri Light" w:cs="Calibri Light"/>
          <w:sz w:val="24"/>
          <w:szCs w:val="24"/>
        </w:rPr>
      </w:pPr>
      <w:r w:rsidRPr="00825577">
        <w:rPr>
          <w:rFonts w:ascii="Calibri Light" w:hAnsi="Calibri Light" w:cs="Calibri Light"/>
          <w:sz w:val="24"/>
          <w:szCs w:val="24"/>
        </w:rPr>
        <w:t>Invoices are sent through Learning Journals after booking. Payment must be made in full before your child’s first booked session. No deposit is required.</w:t>
      </w:r>
    </w:p>
    <w:p w:rsidRPr="00825577" w:rsidR="00A37D9C" w:rsidP="00825577" w:rsidRDefault="00000000" w14:paraId="09EE31B1" w14:textId="77777777">
      <w:pPr>
        <w:rPr>
          <w:rFonts w:ascii="Calibri Light" w:hAnsi="Calibri Light" w:cs="Calibri Light"/>
          <w:sz w:val="24"/>
          <w:szCs w:val="24"/>
        </w:rPr>
      </w:pPr>
      <w:r w:rsidRPr="00825577">
        <w:rPr>
          <w:rFonts w:ascii="Calibri Light" w:hAnsi="Calibri Light" w:cs="Calibri Light"/>
          <w:sz w:val="24"/>
          <w:szCs w:val="24"/>
        </w:rPr>
        <w:t>Four weeks’ written notice is required to cancel Holiday Club bookings. Booked chargeable sessions remain payable during absence or within the notice period, in accordance with the Funding and Fees Policy.</w:t>
      </w:r>
    </w:p>
    <w:p w:rsidRPr="00825577" w:rsidR="00A37D9C" w:rsidP="00825577" w:rsidRDefault="00000000" w14:paraId="11F5055B" w14:textId="77777777">
      <w:pPr>
        <w:spacing w:line="360" w:lineRule="auto"/>
        <w:rPr>
          <w:rFonts w:ascii="Calibri Light" w:hAnsi="Calibri Light" w:cs="Calibri Light"/>
          <w:sz w:val="24"/>
          <w:szCs w:val="24"/>
        </w:rPr>
      </w:pPr>
      <w:r w:rsidRPr="00825577">
        <w:rPr>
          <w:rFonts w:ascii="Calibri Light" w:hAnsi="Calibri Light" w:cs="Calibri Light"/>
          <w:sz w:val="24"/>
          <w:szCs w:val="24"/>
        </w:rPr>
        <w:t>Families experiencing payment difficulties should contact the business manager.</w:t>
      </w:r>
    </w:p>
    <w:p w:rsidRPr="00825577" w:rsidR="00A37D9C" w:rsidP="00825577" w:rsidRDefault="00000000" w14:paraId="7FDB346B" w14:textId="77777777">
      <w:pPr>
        <w:rPr>
          <w:rFonts w:ascii="Calibri Light" w:hAnsi="Calibri Light" w:cs="Calibri Light"/>
          <w:b/>
          <w:bCs/>
          <w:sz w:val="24"/>
          <w:szCs w:val="24"/>
        </w:rPr>
      </w:pPr>
      <w:r w:rsidRPr="00825577">
        <w:rPr>
          <w:rFonts w:ascii="Calibri Light" w:hAnsi="Calibri Light" w:cs="Calibri Light"/>
          <w:b/>
          <w:bCs/>
          <w:sz w:val="24"/>
          <w:szCs w:val="24"/>
        </w:rPr>
        <w:t>Early Years Funding</w:t>
      </w:r>
    </w:p>
    <w:p w:rsidRPr="00825577" w:rsidR="00A37D9C" w:rsidP="00825577" w:rsidRDefault="00000000" w14:paraId="1776EE33" w14:textId="77777777">
      <w:pPr>
        <w:rPr>
          <w:rFonts w:ascii="Calibri Light" w:hAnsi="Calibri Light" w:cs="Calibri Light"/>
          <w:sz w:val="24"/>
          <w:szCs w:val="24"/>
        </w:rPr>
      </w:pPr>
      <w:r w:rsidRPr="00825577">
        <w:rPr>
          <w:rFonts w:ascii="Calibri Light" w:hAnsi="Calibri Light" w:cs="Calibri Light"/>
          <w:sz w:val="24"/>
          <w:szCs w:val="24"/>
        </w:rPr>
        <w:t>If you would like to use Early Years Funding, please contact the office before booking. Funding must be agreed in advance and is subject to eligibility, available entitlement and space. Any hours not covered by funding will be charged at the Holiday Club rate.</w:t>
      </w:r>
    </w:p>
    <w:p w:rsidRPr="00825577" w:rsidR="00A37D9C" w:rsidP="00825577" w:rsidRDefault="00000000" w14:paraId="489CE1C9" w14:textId="77777777">
      <w:pPr>
        <w:rPr>
          <w:rFonts w:ascii="Calibri Light" w:hAnsi="Calibri Light" w:cs="Calibri Light"/>
          <w:sz w:val="24"/>
          <w:szCs w:val="24"/>
        </w:rPr>
      </w:pPr>
      <w:r w:rsidRPr="00825577">
        <w:rPr>
          <w:rFonts w:ascii="Calibri Light" w:hAnsi="Calibri Light" w:cs="Calibri Light"/>
          <w:sz w:val="24"/>
          <w:szCs w:val="24"/>
        </w:rPr>
        <w:t xml:space="preserve">Would you like to use Early Years Funding?    </w:t>
      </w:r>
      <w:r w:rsidRPr="00825577">
        <w:rPr>
          <w:rFonts w:ascii="Segoe UI Symbol" w:hAnsi="Segoe UI Symbol" w:cs="Segoe UI Symbol"/>
          <w:sz w:val="24"/>
          <w:szCs w:val="24"/>
        </w:rPr>
        <w:t>☐</w:t>
      </w:r>
      <w:r w:rsidRPr="00825577">
        <w:rPr>
          <w:rFonts w:ascii="Calibri Light" w:hAnsi="Calibri Light" w:cs="Calibri Light"/>
          <w:sz w:val="24"/>
          <w:szCs w:val="24"/>
        </w:rPr>
        <w:t xml:space="preserve"> Yes    </w:t>
      </w:r>
      <w:r w:rsidRPr="00825577">
        <w:rPr>
          <w:rFonts w:ascii="Segoe UI Symbol" w:hAnsi="Segoe UI Symbol" w:cs="Segoe UI Symbol"/>
          <w:sz w:val="24"/>
          <w:szCs w:val="24"/>
        </w:rPr>
        <w:t>☐</w:t>
      </w:r>
      <w:r w:rsidRPr="00825577">
        <w:rPr>
          <w:rFonts w:ascii="Calibri Light" w:hAnsi="Calibri Light" w:cs="Calibri Light"/>
          <w:sz w:val="24"/>
          <w:szCs w:val="24"/>
        </w:rPr>
        <w:t xml:space="preserve"> No</w:t>
      </w:r>
    </w:p>
    <w:p w:rsidRPr="00825577" w:rsidR="00A37D9C" w:rsidP="00825577" w:rsidRDefault="00000000" w14:paraId="458EABE5" w14:textId="77777777">
      <w:pPr>
        <w:rPr>
          <w:rFonts w:ascii="Calibri Light" w:hAnsi="Calibri Light" w:cs="Calibri Light"/>
          <w:sz w:val="24"/>
          <w:szCs w:val="24"/>
        </w:rPr>
      </w:pPr>
      <w:r w:rsidRPr="00825577">
        <w:rPr>
          <w:rFonts w:ascii="Calibri Light" w:hAnsi="Calibri Light" w:cs="Calibri Light"/>
          <w:sz w:val="24"/>
          <w:szCs w:val="24"/>
        </w:rPr>
        <w:t>If yes, please complete a separate Parent Funding Declaration Form and provide the required eligibility and proof-of-age documents. Funding must be confirmed by the office before funded sessions begin.</w:t>
      </w:r>
    </w:p>
    <w:p w:rsidRPr="00825577" w:rsidR="00A37D9C" w:rsidP="00825577" w:rsidRDefault="00000000" w14:paraId="0D653BCC" w14:textId="77777777">
      <w:pPr>
        <w:rPr>
          <w:rFonts w:ascii="Calibri Light" w:hAnsi="Calibri Light" w:cs="Calibri Light"/>
          <w:sz w:val="24"/>
          <w:szCs w:val="24"/>
        </w:rPr>
      </w:pPr>
      <w:r w:rsidRPr="00825577">
        <w:rPr>
          <w:rFonts w:ascii="Calibri Light" w:hAnsi="Calibri Light" w:cs="Calibri Light"/>
          <w:sz w:val="24"/>
          <w:szCs w:val="24"/>
        </w:rPr>
        <w:br w:type="page"/>
      </w:r>
    </w:p>
    <w:p w:rsidRPr="00825577" w:rsidR="00A37D9C" w:rsidP="00825577" w:rsidRDefault="00000000" w14:paraId="7FB3BF25" w14:textId="77777777">
      <w:pPr>
        <w:rPr>
          <w:rFonts w:ascii="Calibri" w:hAnsi="Calibri" w:cs="Calibri"/>
          <w:b/>
          <w:bCs/>
          <w:sz w:val="24"/>
          <w:szCs w:val="24"/>
        </w:rPr>
      </w:pPr>
      <w:r w:rsidRPr="00825577">
        <w:rPr>
          <w:rFonts w:ascii="Calibri" w:hAnsi="Calibri" w:cs="Calibri"/>
          <w:b/>
          <w:bCs/>
          <w:sz w:val="24"/>
          <w:szCs w:val="24"/>
        </w:rPr>
        <w:t>First Aid and Emergency Medical Help</w:t>
      </w:r>
    </w:p>
    <w:p w:rsidRPr="00825577" w:rsidR="00A37D9C" w:rsidP="00825577" w:rsidRDefault="00000000" w14:paraId="2DB8FDEE" w14:textId="77777777">
      <w:pPr>
        <w:rPr>
          <w:rFonts w:ascii="Calibri Light" w:hAnsi="Calibri Light" w:cs="Calibri Light"/>
          <w:sz w:val="24"/>
          <w:szCs w:val="24"/>
        </w:rPr>
      </w:pPr>
      <w:r w:rsidRPr="00825577">
        <w:rPr>
          <w:rFonts w:ascii="Calibri Light" w:hAnsi="Calibri Light" w:cs="Calibri Light"/>
          <w:sz w:val="24"/>
          <w:szCs w:val="24"/>
        </w:rPr>
        <w:t xml:space="preserve">I give permission for appropriately trained staff to provide routine first aid when necessary, including cleaning and dressing minor wounds and applying plasters.    </w:t>
      </w:r>
      <w:r w:rsidRPr="00825577">
        <w:rPr>
          <w:rFonts w:ascii="Segoe UI Symbol" w:hAnsi="Segoe UI Symbol" w:cs="Segoe UI Symbol"/>
          <w:sz w:val="24"/>
          <w:szCs w:val="24"/>
        </w:rPr>
        <w:t>☐</w:t>
      </w:r>
      <w:r w:rsidRPr="00825577">
        <w:rPr>
          <w:rFonts w:ascii="Calibri Light" w:hAnsi="Calibri Light" w:cs="Calibri Light"/>
          <w:sz w:val="24"/>
          <w:szCs w:val="24"/>
        </w:rPr>
        <w:t xml:space="preserve"> Yes    </w:t>
      </w:r>
      <w:r w:rsidRPr="00825577">
        <w:rPr>
          <w:rFonts w:ascii="Segoe UI Symbol" w:hAnsi="Segoe UI Symbol" w:cs="Segoe UI Symbol"/>
          <w:sz w:val="24"/>
          <w:szCs w:val="24"/>
        </w:rPr>
        <w:t>☐</w:t>
      </w:r>
      <w:r w:rsidRPr="00825577">
        <w:rPr>
          <w:rFonts w:ascii="Calibri Light" w:hAnsi="Calibri Light" w:cs="Calibri Light"/>
          <w:sz w:val="24"/>
          <w:szCs w:val="24"/>
        </w:rPr>
        <w:t xml:space="preserve"> No</w:t>
      </w:r>
    </w:p>
    <w:p w:rsidRPr="00825577" w:rsidR="00A37D9C" w:rsidP="00825577" w:rsidRDefault="00000000" w14:paraId="2CF2674F" w14:textId="77777777">
      <w:pPr>
        <w:rPr>
          <w:rFonts w:ascii="Calibri Light" w:hAnsi="Calibri Light" w:cs="Calibri Light"/>
          <w:sz w:val="24"/>
          <w:szCs w:val="24"/>
        </w:rPr>
      </w:pPr>
      <w:r w:rsidRPr="00825577">
        <w:rPr>
          <w:rFonts w:ascii="Calibri Light" w:hAnsi="Calibri Light" w:cs="Calibri Light"/>
          <w:sz w:val="24"/>
          <w:szCs w:val="24"/>
        </w:rPr>
        <w:t xml:space="preserve">If you select No or have concerns about </w:t>
      </w:r>
      <w:proofErr w:type="gramStart"/>
      <w:r w:rsidRPr="00825577">
        <w:rPr>
          <w:rFonts w:ascii="Calibri Light" w:hAnsi="Calibri Light" w:cs="Calibri Light"/>
          <w:sz w:val="24"/>
          <w:szCs w:val="24"/>
        </w:rPr>
        <w:t>particular first</w:t>
      </w:r>
      <w:proofErr w:type="gramEnd"/>
      <w:r w:rsidRPr="00825577">
        <w:rPr>
          <w:rFonts w:ascii="Calibri Light" w:hAnsi="Calibri Light" w:cs="Calibri Light"/>
          <w:sz w:val="24"/>
          <w:szCs w:val="24"/>
        </w:rPr>
        <w:t xml:space="preserve"> aid products or treatments, please discuss these with the office before your child attends.</w:t>
      </w:r>
    </w:p>
    <w:p w:rsidR="00A37D9C" w:rsidP="00825577" w:rsidRDefault="00000000" w14:paraId="6A71FEFD" w14:textId="77777777">
      <w:pPr>
        <w:rPr>
          <w:rFonts w:ascii="Calibri Light" w:hAnsi="Calibri Light" w:cs="Calibri Light"/>
          <w:sz w:val="24"/>
          <w:szCs w:val="24"/>
        </w:rPr>
      </w:pPr>
      <w:r w:rsidRPr="00825577">
        <w:rPr>
          <w:rFonts w:ascii="Calibri Light" w:hAnsi="Calibri Light" w:cs="Calibri Light"/>
          <w:sz w:val="24"/>
          <w:szCs w:val="24"/>
        </w:rPr>
        <w:t>In an accident, illness or medical emergency, staff will act promptly, seek urgent medical advice or call an ambulance where needed, and make every reasonable effort to contact parents/carers. Necessary emergency help will not be delayed while staff try to contact you. Healthcare professionals will make decisions about medical treatment and consent.</w:t>
      </w:r>
    </w:p>
    <w:p w:rsidRPr="00825577" w:rsidR="00426B99" w:rsidP="00426B99" w:rsidRDefault="00426B99" w14:paraId="3A55044F" w14:textId="77777777">
      <w:pPr>
        <w:spacing w:after="0"/>
        <w:rPr>
          <w:rFonts w:ascii="Calibri Light" w:hAnsi="Calibri Light" w:cs="Calibri Light"/>
          <w:sz w:val="24"/>
          <w:szCs w:val="24"/>
        </w:rPr>
      </w:pPr>
    </w:p>
    <w:p w:rsidRPr="00825577" w:rsidR="00A37D9C" w:rsidP="00825577" w:rsidRDefault="00000000" w14:paraId="32502014" w14:textId="77777777">
      <w:pPr>
        <w:rPr>
          <w:rFonts w:ascii="Calibri Light" w:hAnsi="Calibri Light" w:cs="Calibri Light"/>
          <w:b/>
          <w:bCs/>
          <w:sz w:val="24"/>
          <w:szCs w:val="24"/>
        </w:rPr>
      </w:pPr>
      <w:r w:rsidRPr="00825577">
        <w:rPr>
          <w:rFonts w:ascii="Calibri Light" w:hAnsi="Calibri Light" w:cs="Calibri Light"/>
          <w:b/>
          <w:bCs/>
          <w:sz w:val="24"/>
          <w:szCs w:val="24"/>
        </w:rPr>
        <w:t>Emergency Medication Permissions</w:t>
      </w:r>
    </w:p>
    <w:p w:rsidRPr="00825577" w:rsidR="00A37D9C" w:rsidP="00825577" w:rsidRDefault="00000000" w14:paraId="46EB75E2" w14:textId="77777777">
      <w:pPr>
        <w:rPr>
          <w:rFonts w:ascii="Calibri Light" w:hAnsi="Calibri Light" w:cs="Calibri Light"/>
          <w:sz w:val="24"/>
          <w:szCs w:val="24"/>
        </w:rPr>
      </w:pPr>
      <w:r w:rsidRPr="00825577">
        <w:rPr>
          <w:rFonts w:ascii="Calibri Light" w:hAnsi="Calibri Light" w:cs="Calibri Light"/>
          <w:sz w:val="24"/>
          <w:szCs w:val="24"/>
        </w:rPr>
        <w:t>If I cannot be contacted, I give permission for the following medication held by the preschool to be administered in an emergency only, in accordance with the Administration of Medication Policy:</w:t>
      </w:r>
    </w:p>
    <w:tbl>
      <w:tblPr>
        <w:tblW w:w="0" w:type="auto"/>
        <w:tblLayout w:type="fixed"/>
        <w:tblLook w:val="04A0" w:firstRow="1" w:lastRow="0" w:firstColumn="1" w:lastColumn="0" w:noHBand="0" w:noVBand="1"/>
      </w:tblPr>
      <w:tblGrid>
        <w:gridCol w:w="7654"/>
        <w:gridCol w:w="1134"/>
        <w:gridCol w:w="1134"/>
      </w:tblGrid>
      <w:tr w:rsidRPr="00825577" w:rsidR="00A37D9C" w14:paraId="6027DDDF" w14:textId="77777777">
        <w:trPr>
          <w:cantSplit/>
          <w:tblHeader/>
        </w:trPr>
        <w:tc>
          <w:tcPr>
            <w:tcW w:w="7654" w:type="dxa"/>
            <w:tcBorders>
              <w:top w:val="single" w:color="D9D9D9" w:sz="4" w:space="0"/>
              <w:left w:val="single" w:color="D9D9D9" w:sz="4" w:space="0"/>
              <w:bottom w:val="single" w:color="D9D9D9" w:sz="4" w:space="0"/>
              <w:right w:val="single" w:color="D9D9D9" w:sz="4" w:space="0"/>
            </w:tcBorders>
            <w:shd w:val="clear" w:color="auto" w:fill="EDEDED"/>
            <w:tcMar>
              <w:top w:w="65" w:type="dxa"/>
              <w:left w:w="65" w:type="dxa"/>
              <w:bottom w:w="65" w:type="dxa"/>
              <w:right w:w="65" w:type="dxa"/>
            </w:tcMar>
            <w:vAlign w:val="center"/>
          </w:tcPr>
          <w:p w:rsidRPr="00825577" w:rsidR="00A37D9C" w:rsidP="00825577" w:rsidRDefault="00000000" w14:paraId="5216380A" w14:textId="77777777">
            <w:pPr>
              <w:rPr>
                <w:rFonts w:ascii="Calibri Light" w:hAnsi="Calibri Light" w:cs="Calibri Light"/>
                <w:sz w:val="24"/>
                <w:szCs w:val="24"/>
              </w:rPr>
            </w:pPr>
            <w:proofErr w:type="gramStart"/>
            <w:r w:rsidRPr="00825577">
              <w:rPr>
                <w:rFonts w:ascii="Calibri Light" w:hAnsi="Calibri Light" w:cs="Calibri Light"/>
                <w:b/>
                <w:sz w:val="24"/>
                <w:szCs w:val="24"/>
              </w:rPr>
              <w:t>Particular medicine</w:t>
            </w:r>
            <w:proofErr w:type="gramEnd"/>
          </w:p>
        </w:tc>
        <w:tc>
          <w:tcPr>
            <w:tcW w:w="1134" w:type="dxa"/>
            <w:tcBorders>
              <w:top w:val="single" w:color="D9D9D9" w:sz="4" w:space="0"/>
              <w:left w:val="single" w:color="D9D9D9" w:sz="4" w:space="0"/>
              <w:bottom w:val="single" w:color="D9D9D9" w:sz="4" w:space="0"/>
              <w:right w:val="single" w:color="D9D9D9" w:sz="4" w:space="0"/>
            </w:tcBorders>
            <w:shd w:val="clear" w:color="auto" w:fill="EDEDED"/>
            <w:tcMar>
              <w:top w:w="65" w:type="dxa"/>
              <w:left w:w="65" w:type="dxa"/>
              <w:bottom w:w="65" w:type="dxa"/>
              <w:right w:w="65" w:type="dxa"/>
            </w:tcMar>
            <w:vAlign w:val="center"/>
          </w:tcPr>
          <w:p w:rsidRPr="00825577" w:rsidR="00A37D9C" w:rsidP="00825577" w:rsidRDefault="00000000" w14:paraId="3970C8C6" w14:textId="77777777">
            <w:pPr>
              <w:rPr>
                <w:rFonts w:ascii="Calibri Light" w:hAnsi="Calibri Light" w:cs="Calibri Light"/>
                <w:sz w:val="24"/>
                <w:szCs w:val="24"/>
              </w:rPr>
            </w:pPr>
            <w:r w:rsidRPr="00825577">
              <w:rPr>
                <w:rFonts w:ascii="Calibri Light" w:hAnsi="Calibri Light" w:cs="Calibri Light"/>
                <w:b/>
                <w:sz w:val="24"/>
                <w:szCs w:val="24"/>
              </w:rPr>
              <w:t>Yes</w:t>
            </w:r>
          </w:p>
        </w:tc>
        <w:tc>
          <w:tcPr>
            <w:tcW w:w="1134" w:type="dxa"/>
            <w:tcBorders>
              <w:top w:val="single" w:color="D9D9D9" w:sz="4" w:space="0"/>
              <w:left w:val="single" w:color="D9D9D9" w:sz="4" w:space="0"/>
              <w:bottom w:val="single" w:color="D9D9D9" w:sz="4" w:space="0"/>
              <w:right w:val="single" w:color="D9D9D9" w:sz="4" w:space="0"/>
            </w:tcBorders>
            <w:shd w:val="clear" w:color="auto" w:fill="EDEDED"/>
            <w:tcMar>
              <w:top w:w="65" w:type="dxa"/>
              <w:left w:w="65" w:type="dxa"/>
              <w:bottom w:w="65" w:type="dxa"/>
              <w:right w:w="65" w:type="dxa"/>
            </w:tcMar>
            <w:vAlign w:val="center"/>
          </w:tcPr>
          <w:p w:rsidRPr="00825577" w:rsidR="00A37D9C" w:rsidP="00825577" w:rsidRDefault="00000000" w14:paraId="36D33869" w14:textId="77777777">
            <w:pPr>
              <w:rPr>
                <w:rFonts w:ascii="Calibri Light" w:hAnsi="Calibri Light" w:cs="Calibri Light"/>
                <w:sz w:val="24"/>
                <w:szCs w:val="24"/>
              </w:rPr>
            </w:pPr>
            <w:r w:rsidRPr="00825577">
              <w:rPr>
                <w:rFonts w:ascii="Calibri Light" w:hAnsi="Calibri Light" w:cs="Calibri Light"/>
                <w:b/>
                <w:sz w:val="24"/>
                <w:szCs w:val="24"/>
              </w:rPr>
              <w:t>No</w:t>
            </w:r>
          </w:p>
        </w:tc>
      </w:tr>
      <w:tr w:rsidRPr="00825577" w:rsidR="00A37D9C" w14:paraId="7E1EDCD6" w14:textId="77777777">
        <w:trPr>
          <w:cantSplit/>
        </w:trPr>
        <w:tc>
          <w:tcPr>
            <w:tcW w:w="7654"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825577" w:rsidR="00A37D9C" w:rsidP="00825577" w:rsidRDefault="00000000" w14:paraId="7477AA05" w14:textId="77777777">
            <w:pPr>
              <w:rPr>
                <w:rFonts w:ascii="Calibri Light" w:hAnsi="Calibri Light" w:cs="Calibri Light"/>
                <w:sz w:val="24"/>
                <w:szCs w:val="24"/>
              </w:rPr>
            </w:pPr>
            <w:r w:rsidRPr="00825577">
              <w:rPr>
                <w:rFonts w:ascii="Calibri Light" w:hAnsi="Calibri Light" w:cs="Calibri Light"/>
                <w:sz w:val="24"/>
                <w:szCs w:val="24"/>
              </w:rPr>
              <w:t>Calpol Infant Sugar Free Oral Suspension</w:t>
            </w:r>
            <w:r w:rsidRPr="00825577">
              <w:rPr>
                <w:rFonts w:ascii="Calibri Light" w:hAnsi="Calibri Light" w:cs="Calibri Light"/>
                <w:sz w:val="24"/>
                <w:szCs w:val="24"/>
              </w:rPr>
              <w:br/>
            </w:r>
            <w:r w:rsidRPr="00825577">
              <w:rPr>
                <w:rFonts w:ascii="Calibri Light" w:hAnsi="Calibri Light" w:cs="Calibri Light"/>
                <w:sz w:val="24"/>
                <w:szCs w:val="24"/>
              </w:rPr>
              <w:t>Paracetamol 120 mg per 5 ml</w:t>
            </w:r>
          </w:p>
        </w:tc>
        <w:tc>
          <w:tcPr>
            <w:tcW w:w="1134"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825577" w:rsidR="00A37D9C" w:rsidP="00825577" w:rsidRDefault="00000000" w14:paraId="2DC2853E" w14:textId="77777777">
            <w:pPr>
              <w:rPr>
                <w:rFonts w:ascii="Calibri Light" w:hAnsi="Calibri Light" w:cs="Calibri Light"/>
                <w:sz w:val="24"/>
                <w:szCs w:val="24"/>
              </w:rPr>
            </w:pPr>
            <w:r w:rsidRPr="00825577">
              <w:rPr>
                <w:rFonts w:ascii="Segoe UI Symbol" w:hAnsi="Segoe UI Symbol" w:cs="Segoe UI Symbol"/>
                <w:sz w:val="24"/>
                <w:szCs w:val="24"/>
              </w:rPr>
              <w:t>☐</w:t>
            </w:r>
          </w:p>
        </w:tc>
        <w:tc>
          <w:tcPr>
            <w:tcW w:w="1134"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825577" w:rsidR="00A37D9C" w:rsidP="00825577" w:rsidRDefault="00000000" w14:paraId="1A7E6614" w14:textId="77777777">
            <w:pPr>
              <w:rPr>
                <w:rFonts w:ascii="Calibri Light" w:hAnsi="Calibri Light" w:cs="Calibri Light"/>
                <w:sz w:val="24"/>
                <w:szCs w:val="24"/>
              </w:rPr>
            </w:pPr>
            <w:r w:rsidRPr="00825577">
              <w:rPr>
                <w:rFonts w:ascii="Segoe UI Symbol" w:hAnsi="Segoe UI Symbol" w:cs="Segoe UI Symbol"/>
                <w:sz w:val="24"/>
                <w:szCs w:val="24"/>
              </w:rPr>
              <w:t>☐</w:t>
            </w:r>
          </w:p>
        </w:tc>
      </w:tr>
      <w:tr w:rsidRPr="00825577" w:rsidR="00A37D9C" w14:paraId="619E0C94" w14:textId="77777777">
        <w:trPr>
          <w:cantSplit/>
        </w:trPr>
        <w:tc>
          <w:tcPr>
            <w:tcW w:w="7654"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825577" w:rsidR="00A37D9C" w:rsidP="00825577" w:rsidRDefault="00000000" w14:paraId="010AFA34" w14:textId="77777777">
            <w:pPr>
              <w:rPr>
                <w:rFonts w:ascii="Calibri Light" w:hAnsi="Calibri Light" w:cs="Calibri Light"/>
                <w:sz w:val="24"/>
                <w:szCs w:val="24"/>
              </w:rPr>
            </w:pPr>
            <w:r w:rsidRPr="00825577">
              <w:rPr>
                <w:rFonts w:ascii="Calibri Light" w:hAnsi="Calibri Light" w:cs="Calibri Light"/>
                <w:sz w:val="24"/>
                <w:szCs w:val="24"/>
              </w:rPr>
              <w:t>Piriton Syrup</w:t>
            </w:r>
            <w:r w:rsidRPr="00825577">
              <w:rPr>
                <w:rFonts w:ascii="Calibri Light" w:hAnsi="Calibri Light" w:cs="Calibri Light"/>
                <w:sz w:val="24"/>
                <w:szCs w:val="24"/>
              </w:rPr>
              <w:br/>
            </w:r>
            <w:r w:rsidRPr="00825577">
              <w:rPr>
                <w:rFonts w:ascii="Calibri Light" w:hAnsi="Calibri Light" w:cs="Calibri Light"/>
                <w:sz w:val="24"/>
                <w:szCs w:val="24"/>
              </w:rPr>
              <w:t>Chlorphenamine maleate 2 mg per 5 ml</w:t>
            </w:r>
          </w:p>
        </w:tc>
        <w:tc>
          <w:tcPr>
            <w:tcW w:w="1134"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825577" w:rsidR="00A37D9C" w:rsidP="00825577" w:rsidRDefault="00000000" w14:paraId="1D2D4521" w14:textId="77777777">
            <w:pPr>
              <w:rPr>
                <w:rFonts w:ascii="Calibri Light" w:hAnsi="Calibri Light" w:cs="Calibri Light"/>
                <w:sz w:val="24"/>
                <w:szCs w:val="24"/>
              </w:rPr>
            </w:pPr>
            <w:r w:rsidRPr="00825577">
              <w:rPr>
                <w:rFonts w:ascii="Segoe UI Symbol" w:hAnsi="Segoe UI Symbol" w:cs="Segoe UI Symbol"/>
                <w:sz w:val="24"/>
                <w:szCs w:val="24"/>
              </w:rPr>
              <w:t>☐</w:t>
            </w:r>
          </w:p>
        </w:tc>
        <w:tc>
          <w:tcPr>
            <w:tcW w:w="1134"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825577" w:rsidR="00A37D9C" w:rsidP="00825577" w:rsidRDefault="00000000" w14:paraId="6CC1CB38" w14:textId="77777777">
            <w:pPr>
              <w:rPr>
                <w:rFonts w:ascii="Calibri Light" w:hAnsi="Calibri Light" w:cs="Calibri Light"/>
                <w:sz w:val="24"/>
                <w:szCs w:val="24"/>
              </w:rPr>
            </w:pPr>
            <w:r w:rsidRPr="00825577">
              <w:rPr>
                <w:rFonts w:ascii="Segoe UI Symbol" w:hAnsi="Segoe UI Symbol" w:cs="Segoe UI Symbol"/>
                <w:sz w:val="24"/>
                <w:szCs w:val="24"/>
              </w:rPr>
              <w:t>☐</w:t>
            </w:r>
          </w:p>
        </w:tc>
      </w:tr>
    </w:tbl>
    <w:p w:rsidRPr="00825577" w:rsidR="00A37D9C" w:rsidP="00825577" w:rsidRDefault="00A37D9C" w14:paraId="07557B49" w14:textId="77777777">
      <w:pPr>
        <w:rPr>
          <w:rFonts w:ascii="Calibri Light" w:hAnsi="Calibri Light" w:cs="Calibri Light"/>
          <w:sz w:val="24"/>
          <w:szCs w:val="24"/>
        </w:rPr>
      </w:pPr>
    </w:p>
    <w:p w:rsidRPr="00825577" w:rsidR="00A37D9C" w:rsidP="00825577" w:rsidRDefault="00000000" w14:paraId="75675A1C" w14:textId="77777777">
      <w:pPr>
        <w:rPr>
          <w:rFonts w:ascii="Calibri Light" w:hAnsi="Calibri Light" w:cs="Calibri Light"/>
          <w:sz w:val="24"/>
          <w:szCs w:val="24"/>
        </w:rPr>
      </w:pPr>
      <w:r w:rsidRPr="00825577">
        <w:rPr>
          <w:rFonts w:ascii="Calibri Light" w:hAnsi="Calibri Light" w:cs="Calibri Light"/>
          <w:sz w:val="24"/>
          <w:szCs w:val="24"/>
        </w:rPr>
        <w:t>Staff will check suitability, the correct dose and any previous doses before administration. These medicines do not replace or delay urgent medical assessment or treatment.</w:t>
      </w:r>
    </w:p>
    <w:p w:rsidRPr="00825577" w:rsidR="00A37D9C" w:rsidP="00825577" w:rsidRDefault="00000000" w14:paraId="18F8E606" w14:textId="77777777">
      <w:pPr>
        <w:rPr>
          <w:rFonts w:ascii="Calibri Light" w:hAnsi="Calibri Light" w:cs="Calibri Light"/>
          <w:sz w:val="24"/>
          <w:szCs w:val="24"/>
        </w:rPr>
      </w:pPr>
      <w:r w:rsidRPr="00825577">
        <w:rPr>
          <w:rFonts w:ascii="Calibri Light" w:hAnsi="Calibri Light" w:cs="Calibri Light"/>
          <w:sz w:val="24"/>
          <w:szCs w:val="24"/>
        </w:rPr>
        <w:t>Please give details of any known reaction or reason your child must not receive either medicine:</w:t>
      </w:r>
    </w:p>
    <w:p w:rsidRPr="00825577" w:rsidR="00A37D9C" w:rsidP="00825577" w:rsidRDefault="00000000" w14:paraId="1F9D45C7" w14:textId="77777777">
      <w:pPr>
        <w:rPr>
          <w:rFonts w:ascii="Calibri Light" w:hAnsi="Calibri Light" w:cs="Calibri Light"/>
          <w:sz w:val="24"/>
          <w:szCs w:val="24"/>
        </w:rPr>
      </w:pPr>
      <w:r w:rsidRPr="00825577">
        <w:rPr>
          <w:rFonts w:ascii="Calibri Light" w:hAnsi="Calibri Light" w:cs="Calibri Light"/>
          <w:sz w:val="24"/>
          <w:szCs w:val="24"/>
        </w:rPr>
        <w:t>....................................................................................................</w:t>
      </w:r>
    </w:p>
    <w:p w:rsidR="00A37D9C" w:rsidP="00825577" w:rsidRDefault="00000000" w14:paraId="6F8AB5B6" w14:textId="77777777">
      <w:pPr>
        <w:rPr>
          <w:rFonts w:ascii="Calibri Light" w:hAnsi="Calibri Light" w:cs="Calibri Light"/>
          <w:sz w:val="24"/>
          <w:szCs w:val="24"/>
        </w:rPr>
      </w:pPr>
      <w:r w:rsidRPr="00825577">
        <w:rPr>
          <w:rFonts w:ascii="Calibri Light" w:hAnsi="Calibri Light" w:cs="Calibri Light"/>
          <w:sz w:val="24"/>
          <w:szCs w:val="24"/>
        </w:rPr>
        <w:t>Signed ........................................................   Date ............................</w:t>
      </w:r>
    </w:p>
    <w:p w:rsidRPr="00825577" w:rsidR="00825577" w:rsidP="00825577" w:rsidRDefault="00825577" w14:paraId="74400895" w14:textId="77777777">
      <w:pPr>
        <w:spacing w:after="0"/>
        <w:rPr>
          <w:rFonts w:ascii="Calibri Light" w:hAnsi="Calibri Light" w:cs="Calibri Light"/>
          <w:sz w:val="24"/>
          <w:szCs w:val="24"/>
        </w:rPr>
      </w:pPr>
    </w:p>
    <w:p w:rsidRPr="00825577" w:rsidR="00A37D9C" w:rsidP="00825577" w:rsidRDefault="00000000" w14:paraId="3769FFD4" w14:textId="77777777">
      <w:pPr>
        <w:rPr>
          <w:rFonts w:ascii="Calibri" w:hAnsi="Calibri" w:cs="Calibri"/>
          <w:b/>
          <w:bCs/>
          <w:sz w:val="24"/>
          <w:szCs w:val="24"/>
        </w:rPr>
      </w:pPr>
      <w:r w:rsidRPr="00825577">
        <w:rPr>
          <w:rFonts w:ascii="Calibri" w:hAnsi="Calibri" w:cs="Calibri"/>
          <w:b/>
          <w:bCs/>
          <w:sz w:val="24"/>
          <w:szCs w:val="24"/>
        </w:rPr>
        <w:t>Intimate Care</w:t>
      </w:r>
    </w:p>
    <w:p w:rsidRPr="00825577" w:rsidR="00A37D9C" w:rsidP="00825577" w:rsidRDefault="00000000" w14:paraId="78883377" w14:textId="77777777">
      <w:pPr>
        <w:rPr>
          <w:rFonts w:ascii="Calibri Light" w:hAnsi="Calibri Light" w:cs="Calibri Light"/>
          <w:sz w:val="24"/>
          <w:szCs w:val="24"/>
        </w:rPr>
      </w:pPr>
      <w:r w:rsidRPr="00825577">
        <w:rPr>
          <w:rFonts w:ascii="Calibri Light" w:hAnsi="Calibri Light" w:cs="Calibri Light"/>
          <w:sz w:val="24"/>
          <w:szCs w:val="24"/>
        </w:rPr>
        <w:t xml:space="preserve">I give permission for staff to provide appropriate intimate care support when needed, including help with toileting, changing nappies or soiled clothing, and washing.    </w:t>
      </w:r>
      <w:r w:rsidRPr="00825577">
        <w:rPr>
          <w:rFonts w:ascii="Segoe UI Symbol" w:hAnsi="Segoe UI Symbol" w:cs="Segoe UI Symbol"/>
          <w:sz w:val="24"/>
          <w:szCs w:val="24"/>
        </w:rPr>
        <w:t>☐</w:t>
      </w:r>
      <w:r w:rsidRPr="00825577">
        <w:rPr>
          <w:rFonts w:ascii="Calibri Light" w:hAnsi="Calibri Light" w:cs="Calibri Light"/>
          <w:sz w:val="24"/>
          <w:szCs w:val="24"/>
        </w:rPr>
        <w:t xml:space="preserve"> Yes    </w:t>
      </w:r>
      <w:r w:rsidRPr="00825577">
        <w:rPr>
          <w:rFonts w:ascii="Segoe UI Symbol" w:hAnsi="Segoe UI Symbol" w:cs="Segoe UI Symbol"/>
          <w:sz w:val="24"/>
          <w:szCs w:val="24"/>
        </w:rPr>
        <w:t>☐</w:t>
      </w:r>
      <w:r w:rsidRPr="00825577">
        <w:rPr>
          <w:rFonts w:ascii="Calibri Light" w:hAnsi="Calibri Light" w:cs="Calibri Light"/>
          <w:sz w:val="24"/>
          <w:szCs w:val="24"/>
        </w:rPr>
        <w:t xml:space="preserve"> No</w:t>
      </w:r>
    </w:p>
    <w:p w:rsidRPr="00825577" w:rsidR="00A37D9C" w:rsidP="00825577" w:rsidRDefault="00000000" w14:paraId="1C2B5910" w14:textId="77777777">
      <w:pPr>
        <w:rPr>
          <w:rFonts w:ascii="Calibri Light" w:hAnsi="Calibri Light" w:cs="Calibri Light"/>
          <w:sz w:val="24"/>
          <w:szCs w:val="24"/>
        </w:rPr>
      </w:pPr>
      <w:r w:rsidRPr="00825577">
        <w:rPr>
          <w:rFonts w:ascii="Calibri Light" w:hAnsi="Calibri Light" w:cs="Calibri Light"/>
          <w:sz w:val="24"/>
          <w:szCs w:val="24"/>
        </w:rPr>
        <w:t xml:space="preserve">I give permission for Sudocrem to be used when </w:t>
      </w:r>
      <w:proofErr w:type="gramStart"/>
      <w:r w:rsidRPr="00825577">
        <w:rPr>
          <w:rFonts w:ascii="Calibri Light" w:hAnsi="Calibri Light" w:cs="Calibri Light"/>
          <w:sz w:val="24"/>
          <w:szCs w:val="24"/>
        </w:rPr>
        <w:t>necessary</w:t>
      </w:r>
      <w:proofErr w:type="gramEnd"/>
      <w:r w:rsidRPr="00825577">
        <w:rPr>
          <w:rFonts w:ascii="Calibri Light" w:hAnsi="Calibri Light" w:cs="Calibri Light"/>
          <w:sz w:val="24"/>
          <w:szCs w:val="24"/>
        </w:rPr>
        <w:t xml:space="preserve"> during intimate care if no parent-supplied cream is available.    </w:t>
      </w:r>
      <w:r w:rsidRPr="00825577">
        <w:rPr>
          <w:rFonts w:ascii="Segoe UI Symbol" w:hAnsi="Segoe UI Symbol" w:cs="Segoe UI Symbol"/>
          <w:sz w:val="24"/>
          <w:szCs w:val="24"/>
        </w:rPr>
        <w:t>☐</w:t>
      </w:r>
      <w:r w:rsidRPr="00825577">
        <w:rPr>
          <w:rFonts w:ascii="Calibri Light" w:hAnsi="Calibri Light" w:cs="Calibri Light"/>
          <w:sz w:val="24"/>
          <w:szCs w:val="24"/>
        </w:rPr>
        <w:t xml:space="preserve"> Yes    </w:t>
      </w:r>
      <w:r w:rsidRPr="00825577">
        <w:rPr>
          <w:rFonts w:ascii="Segoe UI Symbol" w:hAnsi="Segoe UI Symbol" w:cs="Segoe UI Symbol"/>
          <w:sz w:val="24"/>
          <w:szCs w:val="24"/>
        </w:rPr>
        <w:t>☐</w:t>
      </w:r>
      <w:r w:rsidRPr="00825577">
        <w:rPr>
          <w:rFonts w:ascii="Calibri Light" w:hAnsi="Calibri Light" w:cs="Calibri Light"/>
          <w:sz w:val="24"/>
          <w:szCs w:val="24"/>
        </w:rPr>
        <w:t xml:space="preserve"> No</w:t>
      </w:r>
    </w:p>
    <w:p w:rsidRPr="00825577" w:rsidR="00A37D9C" w:rsidP="00825577" w:rsidRDefault="00000000" w14:paraId="460485F7" w14:textId="77777777">
      <w:pPr>
        <w:rPr>
          <w:rFonts w:ascii="Calibri Light" w:hAnsi="Calibri Light" w:cs="Calibri Light"/>
          <w:sz w:val="24"/>
          <w:szCs w:val="24"/>
        </w:rPr>
      </w:pPr>
      <w:r w:rsidRPr="00825577">
        <w:rPr>
          <w:rFonts w:ascii="Calibri Light" w:hAnsi="Calibri Light" w:cs="Calibri Light"/>
          <w:sz w:val="24"/>
          <w:szCs w:val="24"/>
        </w:rPr>
        <w:t>Please tell us about any skin sensitivities, care needs or preferred products:</w:t>
      </w:r>
    </w:p>
    <w:p w:rsidRPr="00825577" w:rsidR="00A37D9C" w:rsidP="00825577" w:rsidRDefault="00000000" w14:paraId="369435B0" w14:textId="77777777">
      <w:pPr>
        <w:rPr>
          <w:rFonts w:ascii="Calibri Light" w:hAnsi="Calibri Light" w:cs="Calibri Light"/>
          <w:sz w:val="24"/>
          <w:szCs w:val="24"/>
        </w:rPr>
      </w:pPr>
      <w:r w:rsidRPr="00825577">
        <w:rPr>
          <w:rFonts w:ascii="Calibri Light" w:hAnsi="Calibri Light" w:cs="Calibri Light"/>
          <w:sz w:val="24"/>
          <w:szCs w:val="24"/>
        </w:rPr>
        <w:t>....................................................................................................</w:t>
      </w:r>
    </w:p>
    <w:p w:rsidR="00A37D9C" w:rsidP="00825577" w:rsidRDefault="00000000" w14:paraId="6EDC7C6C" w14:textId="77777777">
      <w:pPr>
        <w:rPr>
          <w:rFonts w:ascii="Calibri Light" w:hAnsi="Calibri Light" w:cs="Calibri Light"/>
          <w:sz w:val="24"/>
          <w:szCs w:val="24"/>
        </w:rPr>
      </w:pPr>
      <w:r w:rsidRPr="00825577">
        <w:rPr>
          <w:rFonts w:ascii="Calibri Light" w:hAnsi="Calibri Light" w:cs="Calibri Light"/>
          <w:sz w:val="24"/>
          <w:szCs w:val="24"/>
        </w:rPr>
        <w:t>Any cream supplied by parents/carers must be labelled with the child’s name, with permission and instructions for its use.</w:t>
      </w:r>
    </w:p>
    <w:p w:rsidRPr="00825577" w:rsidR="00825577" w:rsidP="00825577" w:rsidRDefault="00825577" w14:paraId="328C2C2D" w14:textId="77777777">
      <w:pPr>
        <w:spacing w:after="0"/>
        <w:rPr>
          <w:rFonts w:ascii="Calibri Light" w:hAnsi="Calibri Light" w:cs="Calibri Light"/>
          <w:sz w:val="24"/>
          <w:szCs w:val="24"/>
        </w:rPr>
      </w:pPr>
    </w:p>
    <w:p w:rsidRPr="00825577" w:rsidR="00A37D9C" w:rsidP="00825577" w:rsidRDefault="00000000" w14:paraId="1B9E331F" w14:textId="77777777">
      <w:pPr>
        <w:rPr>
          <w:rFonts w:asciiTheme="majorHAnsi" w:hAnsiTheme="majorHAnsi" w:cstheme="majorHAnsi"/>
          <w:b/>
          <w:bCs/>
          <w:sz w:val="24"/>
          <w:szCs w:val="24"/>
        </w:rPr>
      </w:pPr>
      <w:r w:rsidRPr="00825577">
        <w:rPr>
          <w:rFonts w:asciiTheme="majorHAnsi" w:hAnsiTheme="majorHAnsi" w:cstheme="majorHAnsi"/>
          <w:b/>
          <w:bCs/>
          <w:sz w:val="24"/>
          <w:szCs w:val="24"/>
        </w:rPr>
        <w:t>Sun Safety</w:t>
      </w:r>
    </w:p>
    <w:p w:rsidRPr="00825577" w:rsidR="00A37D9C" w:rsidP="00825577" w:rsidRDefault="00000000" w14:paraId="1F1BF7B8" w14:textId="77777777">
      <w:pPr>
        <w:rPr>
          <w:rFonts w:ascii="Calibri Light" w:hAnsi="Calibri Light" w:cs="Calibri Light"/>
          <w:sz w:val="24"/>
          <w:szCs w:val="24"/>
        </w:rPr>
      </w:pPr>
      <w:r w:rsidRPr="00825577">
        <w:rPr>
          <w:rFonts w:ascii="Calibri Light" w:hAnsi="Calibri Light" w:cs="Calibri Light"/>
          <w:sz w:val="24"/>
          <w:szCs w:val="24"/>
        </w:rPr>
        <w:t>Please apply sunscreen before attendance during warmer weather. Children will wear a sunhat when in direct sunlight, and staff will reapply sunscreen when necessary.</w:t>
      </w:r>
    </w:p>
    <w:p w:rsidRPr="00825577" w:rsidR="00A37D9C" w:rsidP="00825577" w:rsidRDefault="00000000" w14:paraId="0EFAFDF3" w14:textId="77777777">
      <w:pPr>
        <w:rPr>
          <w:rFonts w:ascii="Calibri Light" w:hAnsi="Calibri Light" w:cs="Calibri Light"/>
          <w:sz w:val="24"/>
          <w:szCs w:val="24"/>
        </w:rPr>
      </w:pPr>
      <w:r w:rsidRPr="00825577">
        <w:rPr>
          <w:rFonts w:ascii="Calibri Light" w:hAnsi="Calibri Light" w:cs="Calibri Light"/>
          <w:sz w:val="24"/>
          <w:szCs w:val="24"/>
        </w:rPr>
        <w:t xml:space="preserve">I give permission for staff to apply the preschool’s sunscreen to my child.    </w:t>
      </w:r>
      <w:r w:rsidRPr="00825577">
        <w:rPr>
          <w:rFonts w:ascii="Segoe UI Symbol" w:hAnsi="Segoe UI Symbol" w:cs="Segoe UI Symbol"/>
          <w:sz w:val="24"/>
          <w:szCs w:val="24"/>
        </w:rPr>
        <w:t>☐</w:t>
      </w:r>
      <w:r w:rsidRPr="00825577">
        <w:rPr>
          <w:rFonts w:ascii="Calibri Light" w:hAnsi="Calibri Light" w:cs="Calibri Light"/>
          <w:sz w:val="24"/>
          <w:szCs w:val="24"/>
        </w:rPr>
        <w:t xml:space="preserve"> Yes    </w:t>
      </w:r>
      <w:r w:rsidRPr="00825577">
        <w:rPr>
          <w:rFonts w:ascii="Segoe UI Symbol" w:hAnsi="Segoe UI Symbol" w:cs="Segoe UI Symbol"/>
          <w:sz w:val="24"/>
          <w:szCs w:val="24"/>
        </w:rPr>
        <w:t>☐</w:t>
      </w:r>
      <w:r w:rsidRPr="00825577">
        <w:rPr>
          <w:rFonts w:ascii="Calibri Light" w:hAnsi="Calibri Light" w:cs="Calibri Light"/>
          <w:sz w:val="24"/>
          <w:szCs w:val="24"/>
        </w:rPr>
        <w:t xml:space="preserve"> No</w:t>
      </w:r>
    </w:p>
    <w:p w:rsidRPr="00825577" w:rsidR="00A37D9C" w:rsidP="00825577" w:rsidRDefault="00000000" w14:paraId="4DED1E48" w14:textId="77777777">
      <w:pPr>
        <w:rPr>
          <w:rFonts w:ascii="Calibri Light" w:hAnsi="Calibri Light" w:cs="Calibri Light"/>
          <w:sz w:val="24"/>
          <w:szCs w:val="24"/>
        </w:rPr>
      </w:pPr>
      <w:r w:rsidRPr="00825577">
        <w:rPr>
          <w:rFonts w:ascii="Calibri Light" w:hAnsi="Calibri Light" w:cs="Calibri Light"/>
          <w:sz w:val="24"/>
          <w:szCs w:val="24"/>
        </w:rPr>
        <w:t>Please tell us about any sunscreen allergies or skin sensitivities:</w:t>
      </w:r>
    </w:p>
    <w:p w:rsidRPr="00825577" w:rsidR="00A37D9C" w:rsidP="00825577" w:rsidRDefault="00000000" w14:paraId="1CAF832E" w14:textId="77777777">
      <w:pPr>
        <w:rPr>
          <w:rFonts w:ascii="Calibri Light" w:hAnsi="Calibri Light" w:cs="Calibri Light"/>
          <w:sz w:val="24"/>
          <w:szCs w:val="24"/>
        </w:rPr>
      </w:pPr>
      <w:r w:rsidRPr="00825577">
        <w:rPr>
          <w:rFonts w:ascii="Calibri Light" w:hAnsi="Calibri Light" w:cs="Calibri Light"/>
          <w:sz w:val="24"/>
          <w:szCs w:val="24"/>
        </w:rPr>
        <w:t>....................................................................................................</w:t>
      </w:r>
    </w:p>
    <w:p w:rsidRPr="00825577" w:rsidR="00A37D9C" w:rsidP="00825577" w:rsidRDefault="00000000" w14:paraId="14483915" w14:textId="77777777">
      <w:pPr>
        <w:rPr>
          <w:rFonts w:ascii="Calibri Light" w:hAnsi="Calibri Light" w:cs="Calibri Light"/>
          <w:sz w:val="24"/>
          <w:szCs w:val="24"/>
        </w:rPr>
      </w:pPr>
      <w:r w:rsidRPr="00825577">
        <w:rPr>
          <w:rFonts w:ascii="Calibri Light" w:hAnsi="Calibri Light" w:cs="Calibri Light"/>
          <w:sz w:val="24"/>
          <w:szCs w:val="24"/>
        </w:rPr>
        <w:t>If your child requires a particular sunscreen, please supply it labelled with their name and provide instructions for use.</w:t>
      </w:r>
    </w:p>
    <w:p w:rsidR="00825577" w:rsidP="00825577" w:rsidRDefault="00825577" w14:paraId="4ED15645" w14:textId="77777777">
      <w:pPr>
        <w:spacing w:after="0"/>
        <w:rPr>
          <w:rFonts w:ascii="Calibri Light" w:hAnsi="Calibri Light" w:cs="Calibri Light"/>
          <w:sz w:val="24"/>
          <w:szCs w:val="24"/>
        </w:rPr>
      </w:pPr>
    </w:p>
    <w:p w:rsidRPr="00825577" w:rsidR="00A37D9C" w:rsidP="00825577" w:rsidRDefault="00000000" w14:paraId="0E76A322" w14:textId="4196BCAF">
      <w:pPr>
        <w:rPr>
          <w:rFonts w:ascii="Calibri Light" w:hAnsi="Calibri Light" w:cs="Calibri Light"/>
          <w:sz w:val="24"/>
          <w:szCs w:val="24"/>
        </w:rPr>
      </w:pPr>
      <w:r w:rsidRPr="00825577">
        <w:rPr>
          <w:rFonts w:ascii="Calibri" w:hAnsi="Calibri" w:cs="Calibri"/>
          <w:b/>
          <w:bCs/>
          <w:sz w:val="24"/>
          <w:szCs w:val="24"/>
        </w:rPr>
        <w:t>Learning Journals</w:t>
      </w:r>
    </w:p>
    <w:p w:rsidRPr="00825577" w:rsidR="00A37D9C" w:rsidP="00825577" w:rsidRDefault="00000000" w14:paraId="785D024D" w14:textId="77777777">
      <w:pPr>
        <w:rPr>
          <w:rFonts w:ascii="Calibri Light" w:hAnsi="Calibri Light" w:cs="Calibri Light"/>
          <w:sz w:val="24"/>
          <w:szCs w:val="24"/>
        </w:rPr>
      </w:pPr>
      <w:r w:rsidRPr="00825577">
        <w:rPr>
          <w:rFonts w:ascii="Calibri Light" w:hAnsi="Calibri Light" w:cs="Calibri Light"/>
          <w:sz w:val="24"/>
          <w:szCs w:val="24"/>
        </w:rPr>
        <w:t xml:space="preserve">Lympstone Preschool uses Learning Journals, a secure online </w:t>
      </w:r>
      <w:proofErr w:type="gramStart"/>
      <w:r w:rsidRPr="00825577">
        <w:rPr>
          <w:rFonts w:ascii="Calibri Light" w:hAnsi="Calibri Light" w:cs="Calibri Light"/>
          <w:sz w:val="24"/>
          <w:szCs w:val="24"/>
        </w:rPr>
        <w:t>system,</w:t>
      </w:r>
      <w:proofErr w:type="gramEnd"/>
      <w:r w:rsidRPr="00825577">
        <w:rPr>
          <w:rFonts w:ascii="Calibri Light" w:hAnsi="Calibri Light" w:cs="Calibri Light"/>
          <w:sz w:val="24"/>
          <w:szCs w:val="24"/>
        </w:rPr>
        <w:t xml:space="preserve"> for child records, parent/carer communication, information sharing and invoicing.</w:t>
      </w:r>
    </w:p>
    <w:p w:rsidRPr="00825577" w:rsidR="00A37D9C" w:rsidP="00825577" w:rsidRDefault="00000000" w14:paraId="232E3198" w14:textId="77777777">
      <w:pPr>
        <w:rPr>
          <w:rFonts w:ascii="Calibri Light" w:hAnsi="Calibri Light" w:cs="Calibri Light"/>
          <w:sz w:val="24"/>
          <w:szCs w:val="24"/>
        </w:rPr>
      </w:pPr>
      <w:r w:rsidRPr="00825577">
        <w:rPr>
          <w:rFonts w:ascii="Calibri Light" w:hAnsi="Calibri Light" w:cs="Calibri Light"/>
          <w:sz w:val="24"/>
          <w:szCs w:val="24"/>
        </w:rPr>
        <w:t>We use the parent/carer details provided to create accounts. You will receive an email invitation to create your own secure login. Our Privacy Notice explains how information is used. Optional photographs and videos are covered by the separate choices below.</w:t>
      </w:r>
    </w:p>
    <w:p w:rsidRPr="00825577" w:rsidR="00A37D9C" w:rsidP="00825577" w:rsidRDefault="00000000" w14:paraId="3E31642B" w14:textId="77777777">
      <w:pPr>
        <w:rPr>
          <w:rFonts w:ascii="Calibri Light" w:hAnsi="Calibri Light" w:cs="Calibri Light"/>
          <w:sz w:val="24"/>
          <w:szCs w:val="24"/>
        </w:rPr>
      </w:pPr>
      <w:r w:rsidRPr="00825577">
        <w:rPr>
          <w:rFonts w:ascii="Segoe UI Symbol" w:hAnsi="Segoe UI Symbol" w:cs="Segoe UI Symbol"/>
          <w:sz w:val="24"/>
          <w:szCs w:val="24"/>
        </w:rPr>
        <w:t>☐</w:t>
      </w:r>
      <w:r w:rsidRPr="00825577">
        <w:rPr>
          <w:rFonts w:ascii="Calibri Light" w:hAnsi="Calibri Light" w:cs="Calibri Light"/>
          <w:sz w:val="24"/>
          <w:szCs w:val="24"/>
        </w:rPr>
        <w:t xml:space="preserve"> I understand how Learning Journals is used and that accounts will be set up for my child and the listed parents/carers.</w:t>
      </w:r>
    </w:p>
    <w:p w:rsidR="00A37D9C" w:rsidP="00825577" w:rsidRDefault="00000000" w14:paraId="07DC9832" w14:textId="77777777">
      <w:pPr>
        <w:rPr>
          <w:rFonts w:ascii="Calibri Light" w:hAnsi="Calibri Light" w:cs="Calibri Light"/>
          <w:sz w:val="24"/>
          <w:szCs w:val="24"/>
        </w:rPr>
      </w:pPr>
      <w:r w:rsidRPr="00825577">
        <w:rPr>
          <w:rFonts w:ascii="Calibri Light" w:hAnsi="Calibri Light" w:cs="Calibri Light"/>
          <w:sz w:val="24"/>
          <w:szCs w:val="24"/>
        </w:rPr>
        <w:t>I understand that I must not download, copy, screenshot or share images or videos featuring other children, even if they are unidentifiable.</w:t>
      </w:r>
    </w:p>
    <w:p w:rsidRPr="00825577" w:rsidR="00825577" w:rsidP="00825577" w:rsidRDefault="00825577" w14:paraId="65676F79" w14:textId="77777777">
      <w:pPr>
        <w:spacing w:after="0"/>
        <w:rPr>
          <w:rFonts w:ascii="Calibri Light" w:hAnsi="Calibri Light" w:cs="Calibri Light"/>
          <w:sz w:val="24"/>
          <w:szCs w:val="24"/>
        </w:rPr>
      </w:pPr>
    </w:p>
    <w:p w:rsidRPr="00825577" w:rsidR="00A37D9C" w:rsidP="00825577" w:rsidRDefault="00000000" w14:paraId="34C77016" w14:textId="77777777">
      <w:pPr>
        <w:rPr>
          <w:rFonts w:ascii="Calibri" w:hAnsi="Calibri" w:cs="Calibri"/>
          <w:b/>
          <w:bCs/>
          <w:sz w:val="24"/>
          <w:szCs w:val="24"/>
        </w:rPr>
      </w:pPr>
      <w:r w:rsidRPr="00825577">
        <w:rPr>
          <w:rFonts w:ascii="Calibri" w:hAnsi="Calibri" w:cs="Calibri"/>
          <w:b/>
          <w:bCs/>
          <w:sz w:val="24"/>
          <w:szCs w:val="24"/>
        </w:rPr>
        <w:t>Photography and Videos</w:t>
      </w:r>
    </w:p>
    <w:p w:rsidRPr="00825577" w:rsidR="00A37D9C" w:rsidP="00825577" w:rsidRDefault="00000000" w14:paraId="6223BF20" w14:textId="77777777">
      <w:pPr>
        <w:rPr>
          <w:rFonts w:ascii="Calibri Light" w:hAnsi="Calibri Light" w:cs="Calibri Light"/>
          <w:sz w:val="24"/>
          <w:szCs w:val="24"/>
        </w:rPr>
      </w:pPr>
      <w:r w:rsidRPr="00825577">
        <w:rPr>
          <w:rFonts w:ascii="Calibri Light" w:hAnsi="Calibri Light" w:cs="Calibri Light"/>
          <w:sz w:val="24"/>
          <w:szCs w:val="24"/>
        </w:rPr>
        <w:t>With permission, photographs and videos may be taken on secure preschool devices to share your child’s activities through Learning Journals.</w:t>
      </w:r>
    </w:p>
    <w:p w:rsidRPr="00825577" w:rsidR="00A37D9C" w:rsidP="00825577" w:rsidRDefault="00000000" w14:paraId="1068253D" w14:textId="77777777">
      <w:pPr>
        <w:rPr>
          <w:rFonts w:ascii="Calibri Light" w:hAnsi="Calibri Light" w:cs="Calibri Light"/>
          <w:sz w:val="24"/>
          <w:szCs w:val="24"/>
        </w:rPr>
      </w:pPr>
      <w:r w:rsidRPr="00825577">
        <w:rPr>
          <w:rFonts w:ascii="Calibri Light" w:hAnsi="Calibri Light" w:cs="Calibri Light"/>
          <w:sz w:val="24"/>
          <w:szCs w:val="24"/>
        </w:rPr>
        <w:t xml:space="preserve">I give permission for photographs and videos of my child to be taken and shared through their own Learning Journals account.    </w:t>
      </w:r>
      <w:r w:rsidRPr="00825577">
        <w:rPr>
          <w:rFonts w:ascii="Segoe UI Symbol" w:hAnsi="Segoe UI Symbol" w:cs="Segoe UI Symbol"/>
          <w:sz w:val="24"/>
          <w:szCs w:val="24"/>
        </w:rPr>
        <w:t>☐</w:t>
      </w:r>
      <w:r w:rsidRPr="00825577">
        <w:rPr>
          <w:rFonts w:ascii="Calibri Light" w:hAnsi="Calibri Light" w:cs="Calibri Light"/>
          <w:sz w:val="24"/>
          <w:szCs w:val="24"/>
        </w:rPr>
        <w:t xml:space="preserve"> Yes    </w:t>
      </w:r>
      <w:r w:rsidRPr="00825577">
        <w:rPr>
          <w:rFonts w:ascii="Segoe UI Symbol" w:hAnsi="Segoe UI Symbol" w:cs="Segoe UI Symbol"/>
          <w:sz w:val="24"/>
          <w:szCs w:val="24"/>
        </w:rPr>
        <w:t>☐</w:t>
      </w:r>
      <w:r w:rsidRPr="00825577">
        <w:rPr>
          <w:rFonts w:ascii="Calibri Light" w:hAnsi="Calibri Light" w:cs="Calibri Light"/>
          <w:sz w:val="24"/>
          <w:szCs w:val="24"/>
        </w:rPr>
        <w:t xml:space="preserve"> No</w:t>
      </w:r>
    </w:p>
    <w:p w:rsidRPr="00825577" w:rsidR="00A37D9C" w:rsidP="00825577" w:rsidRDefault="00000000" w14:paraId="06695D3F" w14:textId="77777777">
      <w:pPr>
        <w:rPr>
          <w:rFonts w:ascii="Calibri Light" w:hAnsi="Calibri Light" w:cs="Calibri Light"/>
          <w:sz w:val="24"/>
          <w:szCs w:val="24"/>
        </w:rPr>
      </w:pPr>
      <w:r w:rsidRPr="00825577">
        <w:rPr>
          <w:rFonts w:ascii="Calibri Light" w:hAnsi="Calibri Light" w:cs="Calibri Light"/>
          <w:sz w:val="24"/>
          <w:szCs w:val="24"/>
        </w:rPr>
        <w:t xml:space="preserve">I give permission for my child to appear in group photographs or videos shared securely through Learning Journals with the parents/carers of the other children pictured.    </w:t>
      </w:r>
      <w:r w:rsidRPr="00825577">
        <w:rPr>
          <w:rFonts w:ascii="Segoe UI Symbol" w:hAnsi="Segoe UI Symbol" w:cs="Segoe UI Symbol"/>
          <w:sz w:val="24"/>
          <w:szCs w:val="24"/>
        </w:rPr>
        <w:t>☐</w:t>
      </w:r>
      <w:r w:rsidRPr="00825577">
        <w:rPr>
          <w:rFonts w:ascii="Calibri Light" w:hAnsi="Calibri Light" w:cs="Calibri Light"/>
          <w:sz w:val="24"/>
          <w:szCs w:val="24"/>
        </w:rPr>
        <w:t xml:space="preserve"> Yes    </w:t>
      </w:r>
      <w:r w:rsidRPr="00825577">
        <w:rPr>
          <w:rFonts w:ascii="Segoe UI Symbol" w:hAnsi="Segoe UI Symbol" w:cs="Segoe UI Symbol"/>
          <w:sz w:val="24"/>
          <w:szCs w:val="24"/>
        </w:rPr>
        <w:t>☐</w:t>
      </w:r>
      <w:r w:rsidRPr="00825577">
        <w:rPr>
          <w:rFonts w:ascii="Calibri Light" w:hAnsi="Calibri Light" w:cs="Calibri Light"/>
          <w:sz w:val="24"/>
          <w:szCs w:val="24"/>
        </w:rPr>
        <w:t xml:space="preserve"> No</w:t>
      </w:r>
    </w:p>
    <w:p w:rsidRPr="00825577" w:rsidR="00A37D9C" w:rsidP="00825577" w:rsidRDefault="00000000" w14:paraId="132AE353" w14:textId="77777777">
      <w:pPr>
        <w:rPr>
          <w:rFonts w:ascii="Calibri Light" w:hAnsi="Calibri Light" w:cs="Calibri Light"/>
          <w:sz w:val="24"/>
          <w:szCs w:val="24"/>
        </w:rPr>
      </w:pPr>
      <w:r w:rsidRPr="00825577">
        <w:rPr>
          <w:rFonts w:ascii="Calibri Light" w:hAnsi="Calibri Light" w:cs="Calibri Light"/>
          <w:sz w:val="24"/>
          <w:szCs w:val="24"/>
        </w:rPr>
        <w:t>For any identifiable image used outside Learning Journals, we will seek separate permission for the specific image before use.</w:t>
      </w:r>
    </w:p>
    <w:p w:rsidRPr="00825577" w:rsidR="00A37D9C" w:rsidP="00825577" w:rsidRDefault="00000000" w14:paraId="6F5FABC9" w14:textId="77777777">
      <w:pPr>
        <w:rPr>
          <w:rFonts w:ascii="Calibri Light" w:hAnsi="Calibri Light" w:cs="Calibri Light"/>
          <w:sz w:val="24"/>
          <w:szCs w:val="24"/>
        </w:rPr>
      </w:pPr>
      <w:r w:rsidRPr="00825577">
        <w:rPr>
          <w:rFonts w:ascii="Calibri Light" w:hAnsi="Calibri Light" w:cs="Calibri Light"/>
          <w:sz w:val="24"/>
          <w:szCs w:val="24"/>
        </w:rPr>
        <w:t>Please tick where you are happy for us to contact you about using an image:</w:t>
      </w:r>
    </w:p>
    <w:p w:rsidRPr="00825577" w:rsidR="00A37D9C" w:rsidP="00825577" w:rsidRDefault="00000000" w14:paraId="444E268B" w14:textId="77777777">
      <w:pPr>
        <w:rPr>
          <w:rFonts w:ascii="Calibri Light" w:hAnsi="Calibri Light" w:cs="Calibri Light"/>
          <w:sz w:val="24"/>
          <w:szCs w:val="24"/>
        </w:rPr>
      </w:pPr>
      <w:r w:rsidRPr="00825577">
        <w:rPr>
          <w:rFonts w:ascii="Segoe UI Symbol" w:hAnsi="Segoe UI Symbol" w:cs="Segoe UI Symbol"/>
          <w:sz w:val="24"/>
          <w:szCs w:val="24"/>
        </w:rPr>
        <w:t>☐</w:t>
      </w:r>
      <w:r w:rsidRPr="00825577">
        <w:rPr>
          <w:rFonts w:ascii="Calibri Light" w:hAnsi="Calibri Light" w:cs="Calibri Light"/>
          <w:sz w:val="24"/>
          <w:szCs w:val="24"/>
        </w:rPr>
        <w:t xml:space="preserve"> Website    </w:t>
      </w:r>
      <w:r w:rsidRPr="00825577">
        <w:rPr>
          <w:rFonts w:ascii="Segoe UI Symbol" w:hAnsi="Segoe UI Symbol" w:cs="Segoe UI Symbol"/>
          <w:sz w:val="24"/>
          <w:szCs w:val="24"/>
        </w:rPr>
        <w:t>☐</w:t>
      </w:r>
      <w:r w:rsidRPr="00825577">
        <w:rPr>
          <w:rFonts w:ascii="Calibri Light" w:hAnsi="Calibri Light" w:cs="Calibri Light"/>
          <w:sz w:val="24"/>
          <w:szCs w:val="24"/>
        </w:rPr>
        <w:t xml:space="preserve"> Preschool newsletter    </w:t>
      </w:r>
      <w:r w:rsidRPr="00825577">
        <w:rPr>
          <w:rFonts w:ascii="Segoe UI Symbol" w:hAnsi="Segoe UI Symbol" w:cs="Segoe UI Symbol"/>
          <w:sz w:val="24"/>
          <w:szCs w:val="24"/>
        </w:rPr>
        <w:t>☐</w:t>
      </w:r>
      <w:r w:rsidRPr="00825577">
        <w:rPr>
          <w:rFonts w:ascii="Calibri Light" w:hAnsi="Calibri Light" w:cs="Calibri Light"/>
          <w:sz w:val="24"/>
          <w:szCs w:val="24"/>
        </w:rPr>
        <w:t xml:space="preserve"> </w:t>
      </w:r>
      <w:proofErr w:type="gramStart"/>
      <w:r w:rsidRPr="00825577">
        <w:rPr>
          <w:rFonts w:ascii="Calibri Light" w:hAnsi="Calibri Light" w:cs="Calibri Light"/>
          <w:sz w:val="24"/>
          <w:szCs w:val="24"/>
        </w:rPr>
        <w:t>Social media</w:t>
      </w:r>
      <w:proofErr w:type="gramEnd"/>
      <w:r w:rsidRPr="00825577">
        <w:rPr>
          <w:rFonts w:ascii="Calibri Light" w:hAnsi="Calibri Light" w:cs="Calibri Light"/>
          <w:sz w:val="24"/>
          <w:szCs w:val="24"/>
        </w:rPr>
        <w:br/>
      </w:r>
      <w:r w:rsidRPr="00825577">
        <w:rPr>
          <w:rFonts w:ascii="Segoe UI Symbol" w:hAnsi="Segoe UI Symbol" w:cs="Segoe UI Symbol"/>
          <w:sz w:val="24"/>
          <w:szCs w:val="24"/>
        </w:rPr>
        <w:t>☐</w:t>
      </w:r>
      <w:r w:rsidRPr="00825577">
        <w:rPr>
          <w:rFonts w:ascii="Calibri Light" w:hAnsi="Calibri Light" w:cs="Calibri Light"/>
          <w:sz w:val="24"/>
          <w:szCs w:val="24"/>
        </w:rPr>
        <w:t xml:space="preserve"> Printed displays    </w:t>
      </w:r>
      <w:r w:rsidRPr="00825577">
        <w:rPr>
          <w:rFonts w:ascii="Segoe UI Symbol" w:hAnsi="Segoe UI Symbol" w:cs="Segoe UI Symbol"/>
          <w:sz w:val="24"/>
          <w:szCs w:val="24"/>
        </w:rPr>
        <w:t>☐</w:t>
      </w:r>
      <w:r w:rsidRPr="00825577">
        <w:rPr>
          <w:rFonts w:ascii="Calibri Light" w:hAnsi="Calibri Light" w:cs="Calibri Light"/>
          <w:sz w:val="24"/>
          <w:szCs w:val="24"/>
        </w:rPr>
        <w:t xml:space="preserve"> Press or media</w:t>
      </w:r>
    </w:p>
    <w:p w:rsidRPr="00825577" w:rsidR="00A37D9C" w:rsidP="00825577" w:rsidRDefault="00000000" w14:paraId="05298B53" w14:textId="77777777">
      <w:pPr>
        <w:rPr>
          <w:rFonts w:ascii="Calibri Light" w:hAnsi="Calibri Light" w:cs="Calibri Light"/>
          <w:sz w:val="24"/>
          <w:szCs w:val="24"/>
        </w:rPr>
      </w:pPr>
      <w:r w:rsidRPr="00825577">
        <w:rPr>
          <w:rFonts w:ascii="Calibri Light" w:hAnsi="Calibri Light" w:cs="Calibri Light"/>
          <w:sz w:val="24"/>
          <w:szCs w:val="24"/>
        </w:rPr>
        <w:t>These choices allow us to contact you; they do not give permission to publish an image.</w:t>
      </w:r>
    </w:p>
    <w:p w:rsidR="00A37D9C" w:rsidP="00825577" w:rsidRDefault="00000000" w14:paraId="25D2A70D" w14:textId="77777777">
      <w:pPr>
        <w:rPr>
          <w:rFonts w:ascii="Calibri Light" w:hAnsi="Calibri Light" w:cs="Calibri Light"/>
          <w:sz w:val="24"/>
          <w:szCs w:val="24"/>
        </w:rPr>
      </w:pPr>
      <w:r w:rsidRPr="00825577">
        <w:rPr>
          <w:rFonts w:ascii="Calibri Light" w:hAnsi="Calibri Light" w:cs="Calibri Light"/>
          <w:sz w:val="24"/>
          <w:szCs w:val="24"/>
        </w:rPr>
        <w:t>Photography permissions are optional. You can withdraw or change them at any time by contacting the office at admin@lympstonepreschool.co.uk. Refusing or withdrawing permission will not affect your child’s place. We will record your changes and discuss any effect on images already shared.</w:t>
      </w:r>
    </w:p>
    <w:p w:rsidRPr="00825577" w:rsidR="00825577" w:rsidP="00825577" w:rsidRDefault="00825577" w14:paraId="1E6835ED" w14:textId="77777777">
      <w:pPr>
        <w:spacing w:after="0"/>
        <w:rPr>
          <w:rFonts w:ascii="Calibri Light" w:hAnsi="Calibri Light" w:cs="Calibri Light"/>
          <w:sz w:val="24"/>
          <w:szCs w:val="24"/>
        </w:rPr>
      </w:pPr>
    </w:p>
    <w:p w:rsidRPr="00825577" w:rsidR="00A37D9C" w:rsidP="00825577" w:rsidRDefault="00000000" w14:paraId="1D5F6488" w14:textId="77777777">
      <w:pPr>
        <w:rPr>
          <w:rFonts w:ascii="Calibri" w:hAnsi="Calibri" w:cs="Calibri"/>
          <w:b/>
          <w:bCs/>
          <w:sz w:val="24"/>
          <w:szCs w:val="24"/>
        </w:rPr>
      </w:pPr>
      <w:r w:rsidRPr="00825577">
        <w:rPr>
          <w:rFonts w:ascii="Calibri" w:hAnsi="Calibri" w:cs="Calibri"/>
          <w:b/>
          <w:bCs/>
          <w:sz w:val="24"/>
          <w:szCs w:val="24"/>
        </w:rPr>
        <w:t>Short Local Walks and Outings</w:t>
      </w:r>
    </w:p>
    <w:p w:rsidRPr="00825577" w:rsidR="00A37D9C" w:rsidP="00825577" w:rsidRDefault="00000000" w14:paraId="6FA081D5" w14:textId="77777777">
      <w:pPr>
        <w:rPr>
          <w:rFonts w:ascii="Calibri Light" w:hAnsi="Calibri Light" w:cs="Calibri Light"/>
          <w:sz w:val="24"/>
          <w:szCs w:val="24"/>
        </w:rPr>
      </w:pPr>
      <w:r w:rsidRPr="00825577">
        <w:rPr>
          <w:rFonts w:ascii="Calibri Light" w:hAnsi="Calibri Light" w:cs="Calibri Light"/>
          <w:sz w:val="24"/>
          <w:szCs w:val="24"/>
        </w:rPr>
        <w:t>Children may take part in short walks and outings within Lympstone Village, supervised by staff with appropriate adult-to-child ratios and risk assessments in place.</w:t>
      </w:r>
    </w:p>
    <w:p w:rsidRPr="00825577" w:rsidR="00A37D9C" w:rsidP="00825577" w:rsidRDefault="00000000" w14:paraId="7BA1ACB4" w14:textId="77777777">
      <w:pPr>
        <w:rPr>
          <w:rFonts w:ascii="Calibri Light" w:hAnsi="Calibri Light" w:cs="Calibri Light"/>
          <w:sz w:val="24"/>
          <w:szCs w:val="24"/>
        </w:rPr>
      </w:pPr>
      <w:r w:rsidRPr="00825577">
        <w:rPr>
          <w:rFonts w:ascii="Calibri Light" w:hAnsi="Calibri Light" w:cs="Calibri Light"/>
          <w:sz w:val="24"/>
          <w:szCs w:val="24"/>
        </w:rPr>
        <w:t xml:space="preserve">I give permission for my child to take part in these short local walks and outings.    </w:t>
      </w:r>
      <w:r w:rsidRPr="00825577">
        <w:rPr>
          <w:rFonts w:ascii="Segoe UI Symbol" w:hAnsi="Segoe UI Symbol" w:cs="Segoe UI Symbol"/>
          <w:sz w:val="24"/>
          <w:szCs w:val="24"/>
        </w:rPr>
        <w:t>☐</w:t>
      </w:r>
      <w:r w:rsidRPr="00825577">
        <w:rPr>
          <w:rFonts w:ascii="Calibri Light" w:hAnsi="Calibri Light" w:cs="Calibri Light"/>
          <w:sz w:val="24"/>
          <w:szCs w:val="24"/>
        </w:rPr>
        <w:t xml:space="preserve"> Yes    </w:t>
      </w:r>
      <w:r w:rsidRPr="00825577">
        <w:rPr>
          <w:rFonts w:ascii="Segoe UI Symbol" w:hAnsi="Segoe UI Symbol" w:cs="Segoe UI Symbol"/>
          <w:sz w:val="24"/>
          <w:szCs w:val="24"/>
        </w:rPr>
        <w:t>☐</w:t>
      </w:r>
      <w:r w:rsidRPr="00825577">
        <w:rPr>
          <w:rFonts w:ascii="Calibri Light" w:hAnsi="Calibri Light" w:cs="Calibri Light"/>
          <w:sz w:val="24"/>
          <w:szCs w:val="24"/>
        </w:rPr>
        <w:t xml:space="preserve"> No</w:t>
      </w:r>
    </w:p>
    <w:p w:rsidR="00A37D9C" w:rsidP="00825577" w:rsidRDefault="00000000" w14:paraId="046B7DFD" w14:textId="77777777">
      <w:pPr>
        <w:rPr>
          <w:rFonts w:ascii="Calibri Light" w:hAnsi="Calibri Light" w:cs="Calibri Light"/>
          <w:sz w:val="24"/>
          <w:szCs w:val="24"/>
        </w:rPr>
      </w:pPr>
      <w:r w:rsidRPr="00825577">
        <w:rPr>
          <w:rFonts w:ascii="Calibri Light" w:hAnsi="Calibri Light" w:cs="Calibri Light"/>
          <w:sz w:val="24"/>
          <w:szCs w:val="24"/>
        </w:rPr>
        <w:t>Separate information and consent will be provided for any trips further afield.</w:t>
      </w:r>
    </w:p>
    <w:p w:rsidRPr="00825577" w:rsidR="00426B99" w:rsidP="00426B99" w:rsidRDefault="00426B99" w14:paraId="56D0B268" w14:textId="77777777">
      <w:pPr>
        <w:spacing w:after="0"/>
        <w:rPr>
          <w:rFonts w:ascii="Calibri Light" w:hAnsi="Calibri Light" w:cs="Calibri Light"/>
          <w:sz w:val="24"/>
          <w:szCs w:val="24"/>
        </w:rPr>
      </w:pPr>
    </w:p>
    <w:p w:rsidRPr="00426B99" w:rsidR="00A37D9C" w:rsidP="00825577" w:rsidRDefault="00000000" w14:paraId="173E4CD8" w14:textId="5679691C">
      <w:pPr>
        <w:rPr>
          <w:rFonts w:ascii="Calibri Light" w:hAnsi="Calibri Light" w:cs="Calibri Light"/>
          <w:sz w:val="24"/>
          <w:szCs w:val="24"/>
        </w:rPr>
      </w:pPr>
      <w:r w:rsidRPr="00426B99">
        <w:rPr>
          <w:rFonts w:ascii="Calibri" w:hAnsi="Calibri" w:cs="Calibri"/>
          <w:b/>
          <w:bCs/>
          <w:sz w:val="24"/>
          <w:szCs w:val="24"/>
        </w:rPr>
        <w:t>Consent to Use Health and Additional Support Information</w:t>
      </w:r>
    </w:p>
    <w:p w:rsidRPr="00825577" w:rsidR="00A37D9C" w:rsidP="00825577" w:rsidRDefault="00000000" w14:paraId="4C16C82B" w14:textId="77777777">
      <w:pPr>
        <w:rPr>
          <w:rFonts w:ascii="Calibri Light" w:hAnsi="Calibri Light" w:cs="Calibri Light"/>
          <w:sz w:val="24"/>
          <w:szCs w:val="24"/>
        </w:rPr>
      </w:pPr>
      <w:r w:rsidRPr="00825577">
        <w:rPr>
          <w:rFonts w:ascii="Segoe UI Symbol" w:hAnsi="Segoe UI Symbol" w:cs="Segoe UI Symbol"/>
          <w:sz w:val="24"/>
          <w:szCs w:val="24"/>
        </w:rPr>
        <w:t>☐</w:t>
      </w:r>
      <w:r w:rsidRPr="00825577">
        <w:rPr>
          <w:rFonts w:ascii="Calibri Light" w:hAnsi="Calibri Light" w:cs="Calibri Light"/>
          <w:sz w:val="24"/>
          <w:szCs w:val="24"/>
        </w:rPr>
        <w:t xml:space="preserve"> I explicitly consent to Lympstone Preschool recording, storing and using the health, allergy, medication and SEND information I provide to plan and deliver my child’s care and support. Relevant information may be accessed by authorised staff and stored in Learning Journals where appropriate.</w:t>
      </w:r>
    </w:p>
    <w:p w:rsidRPr="00825577" w:rsidR="00A37D9C" w:rsidP="00825577" w:rsidRDefault="00000000" w14:paraId="210A0153" w14:textId="77777777">
      <w:pPr>
        <w:rPr>
          <w:rFonts w:ascii="Calibri Light" w:hAnsi="Calibri Light" w:cs="Calibri Light"/>
          <w:sz w:val="24"/>
          <w:szCs w:val="24"/>
        </w:rPr>
      </w:pPr>
      <w:r w:rsidRPr="00825577">
        <w:rPr>
          <w:rFonts w:ascii="Calibri Light" w:hAnsi="Calibri Light" w:cs="Calibri Light"/>
          <w:sz w:val="24"/>
          <w:szCs w:val="24"/>
        </w:rPr>
        <w:t xml:space="preserve">I can withdraw this consent by contacting admin@lympstonepreschool.co.uk. The preschool will discuss how this affects the care it can safely provide. Records may still be retained where another lawful basis and applicable condition </w:t>
      </w:r>
      <w:proofErr w:type="gramStart"/>
      <w:r w:rsidRPr="00825577">
        <w:rPr>
          <w:rFonts w:ascii="Calibri Light" w:hAnsi="Calibri Light" w:cs="Calibri Light"/>
          <w:sz w:val="24"/>
          <w:szCs w:val="24"/>
        </w:rPr>
        <w:t>require</w:t>
      </w:r>
      <w:proofErr w:type="gramEnd"/>
      <w:r w:rsidRPr="00825577">
        <w:rPr>
          <w:rFonts w:ascii="Calibri Light" w:hAnsi="Calibri Light" w:cs="Calibri Light"/>
          <w:sz w:val="24"/>
          <w:szCs w:val="24"/>
        </w:rPr>
        <w:t xml:space="preserve"> or </w:t>
      </w:r>
      <w:proofErr w:type="gramStart"/>
      <w:r w:rsidRPr="00825577">
        <w:rPr>
          <w:rFonts w:ascii="Calibri Light" w:hAnsi="Calibri Light" w:cs="Calibri Light"/>
          <w:sz w:val="24"/>
          <w:szCs w:val="24"/>
        </w:rPr>
        <w:t>permit</w:t>
      </w:r>
      <w:proofErr w:type="gramEnd"/>
      <w:r w:rsidRPr="00825577">
        <w:rPr>
          <w:rFonts w:ascii="Calibri Light" w:hAnsi="Calibri Light" w:cs="Calibri Light"/>
          <w:sz w:val="24"/>
          <w:szCs w:val="24"/>
        </w:rPr>
        <w:t xml:space="preserve"> this.</w:t>
      </w:r>
    </w:p>
    <w:p w:rsidR="00A37D9C" w:rsidP="00825577" w:rsidRDefault="00000000" w14:paraId="17E18F9E" w14:textId="77777777">
      <w:pPr>
        <w:rPr>
          <w:rFonts w:ascii="Calibri Light" w:hAnsi="Calibri Light" w:cs="Calibri Light"/>
          <w:sz w:val="24"/>
          <w:szCs w:val="24"/>
        </w:rPr>
      </w:pPr>
      <w:r w:rsidRPr="00825577">
        <w:rPr>
          <w:rFonts w:ascii="Calibri Light" w:hAnsi="Calibri Light" w:cs="Calibri Light"/>
          <w:sz w:val="24"/>
          <w:szCs w:val="24"/>
        </w:rPr>
        <w:t>Separate permission will be sought for planned referrals or additional support where appropriate. Necessary safeguarding or emergency information may be used or shared without consent where the law allows.</w:t>
      </w:r>
    </w:p>
    <w:p w:rsidRPr="00825577" w:rsidR="00825577" w:rsidP="00825577" w:rsidRDefault="00825577" w14:paraId="6382880E" w14:textId="77777777">
      <w:pPr>
        <w:spacing w:after="0"/>
        <w:rPr>
          <w:rFonts w:ascii="Calibri Light" w:hAnsi="Calibri Light" w:cs="Calibri Light"/>
          <w:sz w:val="24"/>
          <w:szCs w:val="24"/>
        </w:rPr>
      </w:pPr>
    </w:p>
    <w:p w:rsidRPr="00825577" w:rsidR="00A37D9C" w:rsidP="00825577" w:rsidRDefault="00000000" w14:paraId="434F584C" w14:textId="77777777">
      <w:pPr>
        <w:rPr>
          <w:rFonts w:ascii="Calibri" w:hAnsi="Calibri" w:cs="Calibri"/>
          <w:b/>
          <w:bCs/>
          <w:sz w:val="24"/>
          <w:szCs w:val="24"/>
        </w:rPr>
      </w:pPr>
      <w:r w:rsidRPr="00825577">
        <w:rPr>
          <w:rFonts w:ascii="Calibri" w:hAnsi="Calibri" w:cs="Calibri"/>
          <w:b/>
          <w:bCs/>
          <w:sz w:val="24"/>
          <w:szCs w:val="24"/>
        </w:rPr>
        <w:t>Privacy and Data Protection</w:t>
      </w:r>
    </w:p>
    <w:p w:rsidRPr="00825577" w:rsidR="00A37D9C" w:rsidP="00825577" w:rsidRDefault="00000000" w14:paraId="55FB226A" w14:textId="77777777">
      <w:pPr>
        <w:rPr>
          <w:rFonts w:ascii="Calibri Light" w:hAnsi="Calibri Light" w:cs="Calibri Light"/>
          <w:sz w:val="24"/>
          <w:szCs w:val="24"/>
        </w:rPr>
      </w:pPr>
      <w:r w:rsidRPr="00825577">
        <w:rPr>
          <w:rFonts w:ascii="Calibri Light" w:hAnsi="Calibri Light" w:cs="Calibri Light"/>
          <w:sz w:val="24"/>
          <w:szCs w:val="24"/>
        </w:rPr>
        <w:t>Lympstone Preschool will collect, use, store and, where necessary, share information about your child and family in accordance with data protection legislation and our Privacy Notice. Information may be shared with relevant organisations or professionals where there is a lawful basis or safeguarding requirement to do so.</w:t>
      </w:r>
    </w:p>
    <w:p w:rsidRPr="00825577" w:rsidR="00A37D9C" w:rsidP="00825577" w:rsidRDefault="00000000" w14:paraId="1E642F4D" w14:textId="77777777">
      <w:pPr>
        <w:rPr>
          <w:rFonts w:ascii="Calibri Light" w:hAnsi="Calibri Light" w:cs="Calibri Light"/>
          <w:sz w:val="24"/>
          <w:szCs w:val="24"/>
        </w:rPr>
      </w:pPr>
      <w:r w:rsidRPr="00825577">
        <w:rPr>
          <w:rFonts w:ascii="Calibri Light" w:hAnsi="Calibri Light" w:cs="Calibri Light"/>
          <w:sz w:val="24"/>
          <w:szCs w:val="24"/>
        </w:rPr>
        <w:t>Our Privacy Notice explains how we use personal information, who we may share it with, how long it is retained and your rights. It is available on our website or from the office.</w:t>
      </w:r>
    </w:p>
    <w:p w:rsidRPr="00825577" w:rsidR="00A37D9C" w:rsidP="00825577" w:rsidRDefault="00000000" w14:paraId="04775AF1" w14:textId="77777777">
      <w:pPr>
        <w:rPr>
          <w:rFonts w:ascii="Calibri Light" w:hAnsi="Calibri Light" w:cs="Calibri Light"/>
          <w:sz w:val="24"/>
          <w:szCs w:val="24"/>
        </w:rPr>
      </w:pPr>
      <w:r w:rsidRPr="00825577">
        <w:rPr>
          <w:rFonts w:ascii="Segoe UI Symbol" w:hAnsi="Segoe UI Symbol" w:cs="Segoe UI Symbol"/>
          <w:sz w:val="24"/>
          <w:szCs w:val="24"/>
        </w:rPr>
        <w:t>☐</w:t>
      </w:r>
      <w:r w:rsidRPr="00825577">
        <w:rPr>
          <w:rFonts w:ascii="Calibri Light" w:hAnsi="Calibri Light" w:cs="Calibri Light"/>
          <w:sz w:val="24"/>
          <w:szCs w:val="24"/>
        </w:rPr>
        <w:t xml:space="preserve"> I confirm that I have been provided with, or know how to access, Lympstone Preschool’s Privacy Notice.</w:t>
      </w:r>
    </w:p>
    <w:p w:rsidRPr="00825577" w:rsidR="00A37D9C" w:rsidP="00825577" w:rsidRDefault="00000000" w14:paraId="71E88B57" w14:textId="77777777">
      <w:pPr>
        <w:rPr>
          <w:rFonts w:ascii="Calibri Light" w:hAnsi="Calibri Light" w:cs="Calibri Light"/>
          <w:sz w:val="24"/>
          <w:szCs w:val="24"/>
        </w:rPr>
      </w:pPr>
      <w:r w:rsidRPr="00825577">
        <w:rPr>
          <w:rFonts w:ascii="Calibri Light" w:hAnsi="Calibri Light" w:cs="Calibri Light"/>
          <w:sz w:val="24"/>
          <w:szCs w:val="24"/>
        </w:rPr>
        <w:t>Policies and Final Parent or Carer Declaration</w:t>
      </w:r>
    </w:p>
    <w:p w:rsidRPr="00825577" w:rsidR="00A37D9C" w:rsidP="00825577" w:rsidRDefault="00000000" w14:paraId="013686DD" w14:textId="77777777">
      <w:pPr>
        <w:rPr>
          <w:rFonts w:ascii="Calibri Light" w:hAnsi="Calibri Light" w:cs="Calibri Light"/>
          <w:sz w:val="24"/>
          <w:szCs w:val="24"/>
        </w:rPr>
      </w:pPr>
      <w:r w:rsidRPr="00825577">
        <w:rPr>
          <w:rFonts w:ascii="Calibri Light" w:hAnsi="Calibri Light" w:cs="Calibri Light"/>
          <w:sz w:val="24"/>
          <w:szCs w:val="24"/>
        </w:rPr>
        <w:t>Lympstone Preschool’s relevant policies and procedures apply to this provision and are available on our website or as paper copies from the office.</w:t>
      </w:r>
    </w:p>
    <w:p w:rsidRPr="00825577" w:rsidR="00A37D9C" w:rsidP="00825577" w:rsidRDefault="00000000" w14:paraId="23E0824F" w14:textId="77777777">
      <w:pPr>
        <w:rPr>
          <w:rFonts w:ascii="Calibri Light" w:hAnsi="Calibri Light" w:cs="Calibri Light"/>
          <w:sz w:val="24"/>
          <w:szCs w:val="24"/>
        </w:rPr>
      </w:pPr>
      <w:r w:rsidRPr="00825577">
        <w:rPr>
          <w:rFonts w:ascii="Calibri Light" w:hAnsi="Calibri Light" w:cs="Calibri Light"/>
          <w:sz w:val="24"/>
          <w:szCs w:val="24"/>
        </w:rPr>
        <w:t>I confirm that:</w:t>
      </w:r>
    </w:p>
    <w:p w:rsidRPr="00825577" w:rsidR="00A37D9C" w:rsidP="00825577" w:rsidRDefault="00000000" w14:paraId="76F3E91D" w14:textId="77777777">
      <w:pPr>
        <w:rPr>
          <w:rFonts w:ascii="Calibri Light" w:hAnsi="Calibri Light" w:cs="Calibri Light"/>
          <w:sz w:val="24"/>
          <w:szCs w:val="24"/>
        </w:rPr>
      </w:pPr>
      <w:r w:rsidRPr="00825577">
        <w:rPr>
          <w:rFonts w:ascii="Calibri Light" w:hAnsi="Calibri Light" w:cs="Calibri Light"/>
          <w:sz w:val="24"/>
          <w:szCs w:val="24"/>
        </w:rPr>
        <w:t>• The information provided is accurate and complete to the best of my knowledge,</w:t>
      </w:r>
    </w:p>
    <w:p w:rsidRPr="00825577" w:rsidR="00A37D9C" w:rsidP="00825577" w:rsidRDefault="00000000" w14:paraId="0642EFC4" w14:textId="77777777">
      <w:pPr>
        <w:rPr>
          <w:rFonts w:ascii="Calibri Light" w:hAnsi="Calibri Light" w:cs="Calibri Light"/>
          <w:sz w:val="24"/>
          <w:szCs w:val="24"/>
        </w:rPr>
      </w:pPr>
      <w:r w:rsidRPr="00825577">
        <w:rPr>
          <w:rFonts w:ascii="Calibri Light" w:hAnsi="Calibri Light" w:cs="Calibri Light"/>
          <w:sz w:val="24"/>
          <w:szCs w:val="24"/>
        </w:rPr>
        <w:t>• I have parental responsibility for this child, or appropriate authority to complete the form and give the recorded permissions; I will provide details of that authority if requested,</w:t>
      </w:r>
    </w:p>
    <w:p w:rsidRPr="00825577" w:rsidR="00A37D9C" w:rsidP="00825577" w:rsidRDefault="00000000" w14:paraId="50F4F590" w14:textId="77777777">
      <w:pPr>
        <w:rPr>
          <w:rFonts w:ascii="Calibri Light" w:hAnsi="Calibri Light" w:cs="Calibri Light"/>
          <w:sz w:val="24"/>
          <w:szCs w:val="24"/>
        </w:rPr>
      </w:pPr>
      <w:r w:rsidRPr="00825577">
        <w:rPr>
          <w:rFonts w:ascii="Calibri Light" w:hAnsi="Calibri Light" w:cs="Calibri Light"/>
          <w:sz w:val="24"/>
          <w:szCs w:val="24"/>
        </w:rPr>
        <w:t>• I will promptly inform the preschool of changes to contact details, medical needs, collection arrangements or other relevant information,</w:t>
      </w:r>
    </w:p>
    <w:p w:rsidRPr="00825577" w:rsidR="00A37D9C" w:rsidP="00825577" w:rsidRDefault="00000000" w14:paraId="607D7A77" w14:textId="77777777">
      <w:pPr>
        <w:rPr>
          <w:rFonts w:ascii="Calibri Light" w:hAnsi="Calibri Light" w:cs="Calibri Light"/>
          <w:sz w:val="24"/>
          <w:szCs w:val="24"/>
        </w:rPr>
      </w:pPr>
      <w:r w:rsidRPr="00825577">
        <w:rPr>
          <w:rFonts w:ascii="Calibri Light" w:hAnsi="Calibri Light" w:cs="Calibri Light"/>
          <w:sz w:val="24"/>
          <w:szCs w:val="24"/>
        </w:rPr>
        <w:t>• I understand and agree to follow the arrival and collection arrangements,</w:t>
      </w:r>
    </w:p>
    <w:p w:rsidRPr="00825577" w:rsidR="00A37D9C" w:rsidP="00825577" w:rsidRDefault="00000000" w14:paraId="48D00950" w14:textId="77777777">
      <w:pPr>
        <w:rPr>
          <w:rFonts w:ascii="Calibri Light" w:hAnsi="Calibri Light" w:cs="Calibri Light"/>
          <w:sz w:val="24"/>
          <w:szCs w:val="24"/>
        </w:rPr>
      </w:pPr>
      <w:r w:rsidRPr="00825577">
        <w:rPr>
          <w:rFonts w:ascii="Calibri Light" w:hAnsi="Calibri Light" w:cs="Calibri Light"/>
          <w:sz w:val="24"/>
          <w:szCs w:val="24"/>
        </w:rPr>
        <w:t>• I have read and agree to the Funding and Fees Policy and will support the preschool’s Behaviour Management Policy,</w:t>
      </w:r>
    </w:p>
    <w:p w:rsidRPr="00825577" w:rsidR="00A37D9C" w:rsidP="00825577" w:rsidRDefault="00000000" w14:paraId="700212FC" w14:textId="77777777">
      <w:pPr>
        <w:rPr>
          <w:rFonts w:ascii="Calibri Light" w:hAnsi="Calibri Light" w:cs="Calibri Light"/>
          <w:sz w:val="24"/>
          <w:szCs w:val="24"/>
        </w:rPr>
      </w:pPr>
      <w:r w:rsidRPr="00825577">
        <w:rPr>
          <w:rFonts w:ascii="Calibri Light" w:hAnsi="Calibri Light" w:cs="Calibri Light"/>
          <w:sz w:val="24"/>
          <w:szCs w:val="24"/>
        </w:rPr>
        <w:t>• I know where to access the preschool’s policies and procedures and will keep informed of updates,</w:t>
      </w:r>
    </w:p>
    <w:p w:rsidRPr="00825577" w:rsidR="00A37D9C" w:rsidP="00825577" w:rsidRDefault="00000000" w14:paraId="1A9F2DFB" w14:textId="77777777">
      <w:pPr>
        <w:rPr>
          <w:rFonts w:ascii="Calibri Light" w:hAnsi="Calibri Light" w:cs="Calibri Light"/>
          <w:sz w:val="24"/>
          <w:szCs w:val="24"/>
        </w:rPr>
      </w:pPr>
      <w:r w:rsidRPr="00825577">
        <w:rPr>
          <w:rFonts w:ascii="Calibri Light" w:hAnsi="Calibri Light" w:cs="Calibri Light"/>
          <w:sz w:val="24"/>
          <w:szCs w:val="24"/>
        </w:rPr>
        <w:t>• The choices recorded are my current instructions; I will notify the office of changes and understand that optional photography consent can be withdrawn at any time.</w:t>
      </w:r>
    </w:p>
    <w:p w:rsidRPr="00825577" w:rsidR="00A37D9C" w:rsidP="00825577" w:rsidRDefault="00000000" w14:paraId="67B3C754" w14:textId="77777777">
      <w:pPr>
        <w:rPr>
          <w:rFonts w:ascii="Calibri Light" w:hAnsi="Calibri Light" w:cs="Calibri Light"/>
          <w:sz w:val="24"/>
          <w:szCs w:val="24"/>
        </w:rPr>
      </w:pPr>
      <w:r w:rsidRPr="00825577">
        <w:rPr>
          <w:rFonts w:ascii="Calibri Light" w:hAnsi="Calibri Light" w:cs="Calibri Light"/>
          <w:sz w:val="24"/>
          <w:szCs w:val="24"/>
        </w:rPr>
        <w:t>Signed ........................................................</w:t>
      </w:r>
    </w:p>
    <w:p w:rsidRPr="00825577" w:rsidR="00A37D9C" w:rsidP="00825577" w:rsidRDefault="00000000" w14:paraId="76F2D6DA" w14:textId="77777777">
      <w:pPr>
        <w:rPr>
          <w:rFonts w:ascii="Calibri Light" w:hAnsi="Calibri Light" w:cs="Calibri Light"/>
          <w:sz w:val="24"/>
          <w:szCs w:val="24"/>
        </w:rPr>
      </w:pPr>
      <w:r w:rsidRPr="00825577">
        <w:rPr>
          <w:rFonts w:ascii="Calibri Light" w:hAnsi="Calibri Light" w:cs="Calibri Light"/>
          <w:sz w:val="24"/>
          <w:szCs w:val="24"/>
        </w:rPr>
        <w:t>Print name ...................................................</w:t>
      </w:r>
    </w:p>
    <w:p w:rsidR="00A37D9C" w:rsidP="00825577" w:rsidRDefault="00000000" w14:paraId="5D295444" w14:textId="77777777">
      <w:pPr>
        <w:rPr>
          <w:rFonts w:ascii="Calibri Light" w:hAnsi="Calibri Light" w:cs="Calibri Light"/>
          <w:sz w:val="24"/>
          <w:szCs w:val="24"/>
        </w:rPr>
      </w:pPr>
      <w:r w:rsidRPr="00825577">
        <w:rPr>
          <w:rFonts w:ascii="Calibri Light" w:hAnsi="Calibri Light" w:cs="Calibri Light"/>
          <w:sz w:val="24"/>
          <w:szCs w:val="24"/>
        </w:rPr>
        <w:t>Relationship to child ......................................   Date ............................</w:t>
      </w:r>
    </w:p>
    <w:p w:rsidRPr="00825577" w:rsidR="00825577" w:rsidP="00825577" w:rsidRDefault="00825577" w14:paraId="693452E3" w14:textId="77777777">
      <w:pPr>
        <w:spacing w:after="0"/>
        <w:rPr>
          <w:rFonts w:ascii="Calibri Light" w:hAnsi="Calibri Light" w:cs="Calibri Light"/>
          <w:sz w:val="24"/>
          <w:szCs w:val="24"/>
        </w:rPr>
      </w:pPr>
    </w:p>
    <w:p w:rsidRPr="00825577" w:rsidR="00A37D9C" w:rsidP="00825577" w:rsidRDefault="00000000" w14:paraId="1592A446" w14:textId="77777777">
      <w:pPr>
        <w:rPr>
          <w:rFonts w:asciiTheme="majorHAnsi" w:hAnsiTheme="majorHAnsi" w:cstheme="majorHAnsi"/>
          <w:b/>
          <w:bCs/>
          <w:sz w:val="24"/>
          <w:szCs w:val="24"/>
        </w:rPr>
      </w:pPr>
      <w:r w:rsidRPr="00825577">
        <w:rPr>
          <w:rFonts w:asciiTheme="majorHAnsi" w:hAnsiTheme="majorHAnsi" w:cstheme="majorHAnsi"/>
          <w:b/>
          <w:bCs/>
          <w:sz w:val="24"/>
          <w:szCs w:val="24"/>
        </w:rPr>
        <w:t>Office Use Only</w:t>
      </w:r>
    </w:p>
    <w:tbl>
      <w:tblPr>
        <w:tblW w:w="0" w:type="auto"/>
        <w:tblLayout w:type="fixed"/>
        <w:tblLook w:val="04A0" w:firstRow="1" w:lastRow="0" w:firstColumn="1" w:lastColumn="0" w:noHBand="0" w:noVBand="1"/>
      </w:tblPr>
      <w:tblGrid>
        <w:gridCol w:w="5102"/>
        <w:gridCol w:w="4819"/>
      </w:tblGrid>
      <w:tr w:rsidRPr="00825577" w:rsidR="00A37D9C" w14:paraId="7E6A771D" w14:textId="77777777">
        <w:trPr>
          <w:cantSplit/>
          <w:tblHeader/>
        </w:trPr>
        <w:tc>
          <w:tcPr>
            <w:tcW w:w="5102" w:type="dxa"/>
            <w:tcBorders>
              <w:top w:val="single" w:color="D9D9D9" w:sz="4" w:space="0"/>
              <w:left w:val="single" w:color="D9D9D9" w:sz="4" w:space="0"/>
              <w:bottom w:val="single" w:color="D9D9D9" w:sz="4" w:space="0"/>
              <w:right w:val="single" w:color="D9D9D9" w:sz="4" w:space="0"/>
            </w:tcBorders>
            <w:shd w:val="clear" w:color="auto" w:fill="EDEDED"/>
            <w:tcMar>
              <w:top w:w="65" w:type="dxa"/>
              <w:left w:w="65" w:type="dxa"/>
              <w:bottom w:w="65" w:type="dxa"/>
              <w:right w:w="65" w:type="dxa"/>
            </w:tcMar>
            <w:vAlign w:val="center"/>
          </w:tcPr>
          <w:p w:rsidRPr="00825577" w:rsidR="00A37D9C" w:rsidP="00825577" w:rsidRDefault="00000000" w14:paraId="35B4D6AA" w14:textId="77777777">
            <w:pPr>
              <w:rPr>
                <w:rFonts w:ascii="Calibri Light" w:hAnsi="Calibri Light" w:cs="Calibri Light"/>
                <w:sz w:val="24"/>
                <w:szCs w:val="24"/>
              </w:rPr>
            </w:pPr>
            <w:r w:rsidRPr="00825577">
              <w:rPr>
                <w:rFonts w:ascii="Calibri Light" w:hAnsi="Calibri Light" w:cs="Calibri Light"/>
                <w:b/>
                <w:sz w:val="24"/>
                <w:szCs w:val="24"/>
              </w:rPr>
              <w:t>Check</w:t>
            </w:r>
          </w:p>
        </w:tc>
        <w:tc>
          <w:tcPr>
            <w:tcW w:w="4819" w:type="dxa"/>
            <w:tcBorders>
              <w:top w:val="single" w:color="D9D9D9" w:sz="4" w:space="0"/>
              <w:left w:val="single" w:color="D9D9D9" w:sz="4" w:space="0"/>
              <w:bottom w:val="single" w:color="D9D9D9" w:sz="4" w:space="0"/>
              <w:right w:val="single" w:color="D9D9D9" w:sz="4" w:space="0"/>
            </w:tcBorders>
            <w:shd w:val="clear" w:color="auto" w:fill="EDEDED"/>
            <w:tcMar>
              <w:top w:w="65" w:type="dxa"/>
              <w:left w:w="65" w:type="dxa"/>
              <w:bottom w:w="65" w:type="dxa"/>
              <w:right w:w="65" w:type="dxa"/>
            </w:tcMar>
            <w:vAlign w:val="center"/>
          </w:tcPr>
          <w:p w:rsidRPr="00825577" w:rsidR="00A37D9C" w:rsidP="00825577" w:rsidRDefault="00000000" w14:paraId="759C0B4D" w14:textId="77777777">
            <w:pPr>
              <w:rPr>
                <w:rFonts w:ascii="Calibri Light" w:hAnsi="Calibri Light" w:cs="Calibri Light"/>
                <w:sz w:val="24"/>
                <w:szCs w:val="24"/>
              </w:rPr>
            </w:pPr>
            <w:r w:rsidRPr="00825577">
              <w:rPr>
                <w:rFonts w:ascii="Calibri Light" w:hAnsi="Calibri Light" w:cs="Calibri Light"/>
                <w:b/>
                <w:sz w:val="24"/>
                <w:szCs w:val="24"/>
              </w:rPr>
              <w:t>Details</w:t>
            </w:r>
          </w:p>
        </w:tc>
      </w:tr>
      <w:tr w:rsidRPr="00825577" w:rsidR="00A37D9C" w14:paraId="773C4443" w14:textId="77777777">
        <w:trPr>
          <w:cantSplit/>
        </w:trPr>
        <w:tc>
          <w:tcPr>
            <w:tcW w:w="51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825577" w:rsidR="00A37D9C" w:rsidP="00825577" w:rsidRDefault="00000000" w14:paraId="55689456" w14:textId="77777777">
            <w:pPr>
              <w:rPr>
                <w:rFonts w:ascii="Calibri Light" w:hAnsi="Calibri Light" w:cs="Calibri Light"/>
                <w:sz w:val="24"/>
                <w:szCs w:val="24"/>
              </w:rPr>
            </w:pPr>
            <w:r w:rsidRPr="00825577">
              <w:rPr>
                <w:rFonts w:ascii="Calibri Light" w:hAnsi="Calibri Light" w:cs="Calibri Light"/>
                <w:sz w:val="24"/>
                <w:szCs w:val="24"/>
              </w:rPr>
              <w:t>First attendance date</w:t>
            </w:r>
          </w:p>
        </w:tc>
        <w:tc>
          <w:tcPr>
            <w:tcW w:w="4819"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825577" w:rsidR="00A37D9C" w:rsidP="00825577" w:rsidRDefault="00A37D9C" w14:paraId="280F8A60" w14:textId="77777777">
            <w:pPr>
              <w:rPr>
                <w:rFonts w:ascii="Calibri Light" w:hAnsi="Calibri Light" w:cs="Calibri Light"/>
                <w:sz w:val="24"/>
                <w:szCs w:val="24"/>
              </w:rPr>
            </w:pPr>
          </w:p>
        </w:tc>
      </w:tr>
      <w:tr w:rsidRPr="00825577" w:rsidR="00A37D9C" w14:paraId="6CF75577" w14:textId="77777777">
        <w:trPr>
          <w:cantSplit/>
        </w:trPr>
        <w:tc>
          <w:tcPr>
            <w:tcW w:w="51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825577" w:rsidR="00A37D9C" w:rsidP="00825577" w:rsidRDefault="00000000" w14:paraId="5E13B1CE" w14:textId="77777777">
            <w:pPr>
              <w:rPr>
                <w:rFonts w:ascii="Calibri Light" w:hAnsi="Calibri Light" w:cs="Calibri Light"/>
                <w:sz w:val="24"/>
                <w:szCs w:val="24"/>
              </w:rPr>
            </w:pPr>
            <w:r w:rsidRPr="00825577">
              <w:rPr>
                <w:rFonts w:ascii="Calibri Light" w:hAnsi="Calibri Light" w:cs="Calibri Light"/>
                <w:sz w:val="24"/>
                <w:szCs w:val="24"/>
              </w:rPr>
              <w:t>Registration checked by</w:t>
            </w:r>
          </w:p>
        </w:tc>
        <w:tc>
          <w:tcPr>
            <w:tcW w:w="4819"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825577" w:rsidR="00A37D9C" w:rsidP="00825577" w:rsidRDefault="00A37D9C" w14:paraId="3499023B" w14:textId="77777777">
            <w:pPr>
              <w:rPr>
                <w:rFonts w:ascii="Calibri Light" w:hAnsi="Calibri Light" w:cs="Calibri Light"/>
                <w:sz w:val="24"/>
                <w:szCs w:val="24"/>
              </w:rPr>
            </w:pPr>
          </w:p>
        </w:tc>
      </w:tr>
      <w:tr w:rsidRPr="00825577" w:rsidR="00A37D9C" w14:paraId="35C6B8D5" w14:textId="77777777">
        <w:trPr>
          <w:cantSplit/>
        </w:trPr>
        <w:tc>
          <w:tcPr>
            <w:tcW w:w="51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825577" w:rsidR="00A37D9C" w:rsidP="00825577" w:rsidRDefault="00000000" w14:paraId="6796B3BC" w14:textId="77777777">
            <w:pPr>
              <w:rPr>
                <w:rFonts w:ascii="Calibri Light" w:hAnsi="Calibri Light" w:cs="Calibri Light"/>
                <w:sz w:val="24"/>
                <w:szCs w:val="24"/>
              </w:rPr>
            </w:pPr>
            <w:r w:rsidRPr="00825577">
              <w:rPr>
                <w:rFonts w:ascii="Calibri Light" w:hAnsi="Calibri Light" w:cs="Calibri Light"/>
                <w:sz w:val="24"/>
                <w:szCs w:val="24"/>
              </w:rPr>
              <w:t>Sessions or bookings confirmed</w:t>
            </w:r>
          </w:p>
        </w:tc>
        <w:tc>
          <w:tcPr>
            <w:tcW w:w="4819"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825577" w:rsidR="00A37D9C" w:rsidP="00825577" w:rsidRDefault="00000000" w14:paraId="1B7A16BB" w14:textId="77777777">
            <w:pPr>
              <w:rPr>
                <w:rFonts w:ascii="Calibri Light" w:hAnsi="Calibri Light" w:cs="Calibri Light"/>
                <w:sz w:val="24"/>
                <w:szCs w:val="24"/>
              </w:rPr>
            </w:pPr>
            <w:r w:rsidRPr="00825577">
              <w:rPr>
                <w:rFonts w:ascii="Segoe UI Symbol" w:hAnsi="Segoe UI Symbol" w:cs="Segoe UI Symbol"/>
                <w:sz w:val="24"/>
                <w:szCs w:val="24"/>
              </w:rPr>
              <w:t>☐</w:t>
            </w:r>
          </w:p>
        </w:tc>
      </w:tr>
      <w:tr w:rsidRPr="00825577" w:rsidR="00A37D9C" w14:paraId="788DCC80" w14:textId="77777777">
        <w:trPr>
          <w:cantSplit/>
        </w:trPr>
        <w:tc>
          <w:tcPr>
            <w:tcW w:w="51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825577" w:rsidR="00A37D9C" w:rsidP="00825577" w:rsidRDefault="00000000" w14:paraId="23ADA65C" w14:textId="77777777">
            <w:pPr>
              <w:rPr>
                <w:rFonts w:ascii="Calibri Light" w:hAnsi="Calibri Light" w:cs="Calibri Light"/>
                <w:sz w:val="24"/>
                <w:szCs w:val="24"/>
              </w:rPr>
            </w:pPr>
            <w:r w:rsidRPr="00825577">
              <w:rPr>
                <w:rFonts w:ascii="Calibri Light" w:hAnsi="Calibri Light" w:cs="Calibri Light"/>
                <w:sz w:val="24"/>
                <w:szCs w:val="24"/>
              </w:rPr>
              <w:t>Learning Journals account set up</w:t>
            </w:r>
          </w:p>
        </w:tc>
        <w:tc>
          <w:tcPr>
            <w:tcW w:w="4819"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825577" w:rsidR="00A37D9C" w:rsidP="00825577" w:rsidRDefault="00000000" w14:paraId="57D3EF3D" w14:textId="77777777">
            <w:pPr>
              <w:rPr>
                <w:rFonts w:ascii="Calibri Light" w:hAnsi="Calibri Light" w:cs="Calibri Light"/>
                <w:sz w:val="24"/>
                <w:szCs w:val="24"/>
              </w:rPr>
            </w:pPr>
            <w:r w:rsidRPr="00825577">
              <w:rPr>
                <w:rFonts w:ascii="Segoe UI Symbol" w:hAnsi="Segoe UI Symbol" w:cs="Segoe UI Symbol"/>
                <w:sz w:val="24"/>
                <w:szCs w:val="24"/>
              </w:rPr>
              <w:t>☐</w:t>
            </w:r>
          </w:p>
        </w:tc>
      </w:tr>
      <w:tr w:rsidRPr="00825577" w:rsidR="00A37D9C" w14:paraId="795D443F" w14:textId="77777777">
        <w:trPr>
          <w:cantSplit/>
        </w:trPr>
        <w:tc>
          <w:tcPr>
            <w:tcW w:w="51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825577" w:rsidR="00A37D9C" w:rsidP="00825577" w:rsidRDefault="00000000" w14:paraId="72EB466E" w14:textId="77777777">
            <w:pPr>
              <w:rPr>
                <w:rFonts w:ascii="Calibri Light" w:hAnsi="Calibri Light" w:cs="Calibri Light"/>
                <w:sz w:val="24"/>
                <w:szCs w:val="24"/>
              </w:rPr>
            </w:pPr>
            <w:r w:rsidRPr="00825577">
              <w:rPr>
                <w:rFonts w:ascii="Calibri Light" w:hAnsi="Calibri Light" w:cs="Calibri Light"/>
                <w:sz w:val="24"/>
                <w:szCs w:val="24"/>
              </w:rPr>
              <w:t>Medical allergy or support needs</w:t>
            </w:r>
          </w:p>
        </w:tc>
        <w:tc>
          <w:tcPr>
            <w:tcW w:w="4819"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825577" w:rsidR="00A37D9C" w:rsidP="00825577" w:rsidRDefault="00000000" w14:paraId="46F9D495" w14:textId="77777777">
            <w:pPr>
              <w:rPr>
                <w:rFonts w:ascii="Calibri Light" w:hAnsi="Calibri Light" w:cs="Calibri Light"/>
                <w:sz w:val="24"/>
                <w:szCs w:val="24"/>
              </w:rPr>
            </w:pPr>
            <w:r w:rsidRPr="00825577">
              <w:rPr>
                <w:rFonts w:ascii="Segoe UI Symbol" w:hAnsi="Segoe UI Symbol" w:cs="Segoe UI Symbol"/>
                <w:sz w:val="24"/>
                <w:szCs w:val="24"/>
              </w:rPr>
              <w:t>☐</w:t>
            </w:r>
            <w:r w:rsidRPr="00825577">
              <w:rPr>
                <w:rFonts w:ascii="Calibri Light" w:hAnsi="Calibri Light" w:cs="Calibri Light"/>
                <w:sz w:val="24"/>
                <w:szCs w:val="24"/>
              </w:rPr>
              <w:t xml:space="preserve"> None identified   </w:t>
            </w:r>
            <w:r w:rsidRPr="00825577">
              <w:rPr>
                <w:rFonts w:ascii="Segoe UI Symbol" w:hAnsi="Segoe UI Symbol" w:cs="Segoe UI Symbol"/>
                <w:sz w:val="24"/>
                <w:szCs w:val="24"/>
              </w:rPr>
              <w:t>☐</w:t>
            </w:r>
            <w:r w:rsidRPr="00825577">
              <w:rPr>
                <w:rFonts w:ascii="Calibri Light" w:hAnsi="Calibri Light" w:cs="Calibri Light"/>
                <w:sz w:val="24"/>
                <w:szCs w:val="24"/>
              </w:rPr>
              <w:t xml:space="preserve"> Arrangements required</w:t>
            </w:r>
          </w:p>
        </w:tc>
      </w:tr>
      <w:tr w:rsidRPr="00825577" w:rsidR="00A37D9C" w14:paraId="783326A8" w14:textId="77777777">
        <w:trPr>
          <w:cantSplit/>
        </w:trPr>
        <w:tc>
          <w:tcPr>
            <w:tcW w:w="51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825577" w:rsidR="00A37D9C" w:rsidP="00825577" w:rsidRDefault="00000000" w14:paraId="0A102937" w14:textId="77777777">
            <w:pPr>
              <w:rPr>
                <w:rFonts w:ascii="Calibri Light" w:hAnsi="Calibri Light" w:cs="Calibri Light"/>
                <w:sz w:val="24"/>
                <w:szCs w:val="24"/>
              </w:rPr>
            </w:pPr>
            <w:r w:rsidRPr="00825577">
              <w:rPr>
                <w:rFonts w:ascii="Calibri Light" w:hAnsi="Calibri Light" w:cs="Calibri Light"/>
                <w:sz w:val="24"/>
                <w:szCs w:val="24"/>
              </w:rPr>
              <w:t>Required medication or support plans completed</w:t>
            </w:r>
          </w:p>
        </w:tc>
        <w:tc>
          <w:tcPr>
            <w:tcW w:w="4819"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825577" w:rsidR="00A37D9C" w:rsidP="00825577" w:rsidRDefault="00000000" w14:paraId="2909CE11" w14:textId="77777777">
            <w:pPr>
              <w:rPr>
                <w:rFonts w:ascii="Calibri Light" w:hAnsi="Calibri Light" w:cs="Calibri Light"/>
                <w:sz w:val="24"/>
                <w:szCs w:val="24"/>
              </w:rPr>
            </w:pPr>
            <w:r w:rsidRPr="00825577">
              <w:rPr>
                <w:rFonts w:ascii="Segoe UI Symbol" w:hAnsi="Segoe UI Symbol" w:cs="Segoe UI Symbol"/>
                <w:sz w:val="24"/>
                <w:szCs w:val="24"/>
              </w:rPr>
              <w:t>☐</w:t>
            </w:r>
            <w:r w:rsidRPr="00825577">
              <w:rPr>
                <w:rFonts w:ascii="Calibri Light" w:hAnsi="Calibri Light" w:cs="Calibri Light"/>
                <w:sz w:val="24"/>
                <w:szCs w:val="24"/>
              </w:rPr>
              <w:t xml:space="preserve"> Yes   </w:t>
            </w:r>
            <w:r w:rsidRPr="00825577">
              <w:rPr>
                <w:rFonts w:ascii="Segoe UI Symbol" w:hAnsi="Segoe UI Symbol" w:cs="Segoe UI Symbol"/>
                <w:sz w:val="24"/>
                <w:szCs w:val="24"/>
              </w:rPr>
              <w:t>☐</w:t>
            </w:r>
            <w:r w:rsidRPr="00825577">
              <w:rPr>
                <w:rFonts w:ascii="Calibri Light" w:hAnsi="Calibri Light" w:cs="Calibri Light"/>
                <w:sz w:val="24"/>
                <w:szCs w:val="24"/>
              </w:rPr>
              <w:t xml:space="preserve"> Not applicable</w:t>
            </w:r>
          </w:p>
        </w:tc>
      </w:tr>
      <w:tr w:rsidRPr="00825577" w:rsidR="00A37D9C" w14:paraId="316A1DC3" w14:textId="77777777">
        <w:trPr>
          <w:cantSplit/>
        </w:trPr>
        <w:tc>
          <w:tcPr>
            <w:tcW w:w="51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825577" w:rsidR="00A37D9C" w:rsidP="00825577" w:rsidRDefault="00000000" w14:paraId="5D5EFBFB" w14:textId="77777777">
            <w:pPr>
              <w:rPr>
                <w:rFonts w:ascii="Calibri Light" w:hAnsi="Calibri Light" w:cs="Calibri Light"/>
                <w:sz w:val="24"/>
                <w:szCs w:val="24"/>
              </w:rPr>
            </w:pPr>
            <w:r w:rsidRPr="00825577">
              <w:rPr>
                <w:rFonts w:ascii="Calibri Light" w:hAnsi="Calibri Light" w:cs="Calibri Light"/>
                <w:sz w:val="24"/>
                <w:szCs w:val="24"/>
              </w:rPr>
              <w:t>Funding arrangements confirmed</w:t>
            </w:r>
          </w:p>
        </w:tc>
        <w:tc>
          <w:tcPr>
            <w:tcW w:w="4819"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825577" w:rsidR="00A37D9C" w:rsidP="00825577" w:rsidRDefault="00000000" w14:paraId="1FF5BD41" w14:textId="77777777">
            <w:pPr>
              <w:rPr>
                <w:rFonts w:ascii="Calibri Light" w:hAnsi="Calibri Light" w:cs="Calibri Light"/>
                <w:sz w:val="24"/>
                <w:szCs w:val="24"/>
              </w:rPr>
            </w:pPr>
            <w:r w:rsidRPr="00825577">
              <w:rPr>
                <w:rFonts w:ascii="Segoe UI Symbol" w:hAnsi="Segoe UI Symbol" w:cs="Segoe UI Symbol"/>
                <w:sz w:val="24"/>
                <w:szCs w:val="24"/>
              </w:rPr>
              <w:t>☐</w:t>
            </w:r>
            <w:r w:rsidRPr="00825577">
              <w:rPr>
                <w:rFonts w:ascii="Calibri Light" w:hAnsi="Calibri Light" w:cs="Calibri Light"/>
                <w:sz w:val="24"/>
                <w:szCs w:val="24"/>
              </w:rPr>
              <w:t xml:space="preserve"> Yes   </w:t>
            </w:r>
            <w:r w:rsidRPr="00825577">
              <w:rPr>
                <w:rFonts w:ascii="Segoe UI Symbol" w:hAnsi="Segoe UI Symbol" w:cs="Segoe UI Symbol"/>
                <w:sz w:val="24"/>
                <w:szCs w:val="24"/>
              </w:rPr>
              <w:t>☐</w:t>
            </w:r>
            <w:r w:rsidRPr="00825577">
              <w:rPr>
                <w:rFonts w:ascii="Calibri Light" w:hAnsi="Calibri Light" w:cs="Calibri Light"/>
                <w:sz w:val="24"/>
                <w:szCs w:val="24"/>
              </w:rPr>
              <w:t xml:space="preserve"> Not applicable</w:t>
            </w:r>
          </w:p>
        </w:tc>
      </w:tr>
    </w:tbl>
    <w:p w:rsidRPr="00825577" w:rsidR="00B55564" w:rsidP="00825577" w:rsidRDefault="00B55564" w14:paraId="4F048FB1" w14:textId="77777777">
      <w:pPr>
        <w:rPr>
          <w:rFonts w:ascii="Calibri Light" w:hAnsi="Calibri Light" w:cs="Calibri Light"/>
          <w:sz w:val="24"/>
          <w:szCs w:val="24"/>
        </w:rPr>
      </w:pPr>
    </w:p>
    <w:sectPr w:rsidRPr="00825577" w:rsidR="00B55564" w:rsidSect="00825577">
      <w:headerReference w:type="default" r:id="rId11"/>
      <w:footerReference w:type="default" r:id="rId12"/>
      <w:pgSz w:w="12240" w:h="15840" w:orient="portrait"/>
      <w:pgMar w:top="737" w:right="936" w:bottom="737" w:left="936" w:header="17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55564" w:rsidRDefault="00B55564" w14:paraId="38AF26D8" w14:textId="77777777">
      <w:pPr>
        <w:spacing w:after="0" w:line="240" w:lineRule="auto"/>
      </w:pPr>
      <w:r>
        <w:separator/>
      </w:r>
    </w:p>
  </w:endnote>
  <w:endnote w:type="continuationSeparator" w:id="0">
    <w:p w:rsidR="00B55564" w:rsidRDefault="00B55564" w14:paraId="5C34ED3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A8113C" w:rsidRDefault="00A8113C" w14:paraId="4DBCC673" w14:textId="77777777">
    <w:pPr>
      <w:pStyle w:val="Footer"/>
    </w:pPr>
  </w:p>
  <w:tbl>
    <w:tblPr>
      <w:tblW w:w="0" w:type="auto"/>
      <w:jc w:val="center"/>
      <w:tblLook w:val="04A0" w:firstRow="1" w:lastRow="0" w:firstColumn="1" w:lastColumn="0" w:noHBand="0" w:noVBand="1"/>
    </w:tblPr>
    <w:tblGrid>
      <w:gridCol w:w="3360"/>
      <w:gridCol w:w="3360"/>
      <w:gridCol w:w="3360"/>
    </w:tblGrid>
    <w:tr w:rsidR="00A8113C" w14:paraId="1A74C359" w14:textId="77777777">
      <w:trPr>
        <w:jc w:val="center"/>
      </w:trPr>
      <w:tc>
        <w:tcPr>
          <w:tcW w:w="3360" w:type="dxa"/>
          <w:vAlign w:val="center"/>
        </w:tcPr>
        <w:p w:rsidR="00A8113C" w:rsidRDefault="00000000" w14:paraId="5E15FFCB" w14:textId="77777777">
          <w:r>
            <w:rPr>
              <w:noProof/>
              <w:sz w:val="17"/>
            </w:rPr>
            <w:drawing>
              <wp:inline distT="0" distB="0" distL="0" distR="0" wp14:anchorId="705A94E4" wp14:editId="5E0EEC8E">
                <wp:extent cx="438912" cy="438912"/>
                <wp:effectExtent l="0" t="0" r="0" b="0"/>
                <wp:docPr id="1297108622" name="Picture 1297108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eg"/>
                        <pic:cNvPicPr/>
                      </pic:nvPicPr>
                      <pic:blipFill>
                        <a:blip r:embed="rId1"/>
                        <a:stretch>
                          <a:fillRect/>
                        </a:stretch>
                      </pic:blipFill>
                      <pic:spPr>
                        <a:xfrm>
                          <a:off x="0" y="0"/>
                          <a:ext cx="438912" cy="438912"/>
                        </a:xfrm>
                        <a:prstGeom prst="rect">
                          <a:avLst/>
                        </a:prstGeom>
                      </pic:spPr>
                    </pic:pic>
                  </a:graphicData>
                </a:graphic>
              </wp:inline>
            </w:drawing>
          </w:r>
        </w:p>
      </w:tc>
      <w:tc>
        <w:tcPr>
          <w:tcW w:w="3360" w:type="dxa"/>
          <w:vAlign w:val="center"/>
        </w:tcPr>
        <w:p w:rsidR="00A8113C" w:rsidRDefault="00000000" w14:paraId="0D02FCAB" w14:textId="77777777">
          <w:pPr>
            <w:jc w:val="center"/>
          </w:pPr>
          <w:r>
            <w:rPr>
              <w:sz w:val="17"/>
            </w:rPr>
            <w:t>REGISTERED CHARITY: 1038447</w:t>
          </w:r>
        </w:p>
      </w:tc>
      <w:tc>
        <w:tcPr>
          <w:tcW w:w="3360" w:type="dxa"/>
          <w:vAlign w:val="center"/>
        </w:tcPr>
        <w:p w:rsidR="00A8113C" w:rsidRDefault="00000000" w14:paraId="46A3F181" w14:textId="77777777">
          <w:pPr>
            <w:jc w:val="right"/>
          </w:pPr>
          <w:r>
            <w:rPr>
              <w:sz w:val="17"/>
            </w:rPr>
            <w:t>OFSTED: EY55594</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55564" w:rsidRDefault="00B55564" w14:paraId="15B7BCAE" w14:textId="77777777">
      <w:pPr>
        <w:spacing w:after="0" w:line="240" w:lineRule="auto"/>
      </w:pPr>
      <w:r>
        <w:separator/>
      </w:r>
    </w:p>
  </w:footnote>
  <w:footnote w:type="continuationSeparator" w:id="0">
    <w:p w:rsidR="00B55564" w:rsidRDefault="00B55564" w14:paraId="3256489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8113C" w:rsidRDefault="00A8113C" w14:paraId="48363283" w14:textId="6FA72C4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num w:numId="1" w16cid:durableId="979925038">
    <w:abstractNumId w:val="8"/>
  </w:num>
  <w:num w:numId="2" w16cid:durableId="1160078399">
    <w:abstractNumId w:val="6"/>
  </w:num>
  <w:num w:numId="3" w16cid:durableId="1351450420">
    <w:abstractNumId w:val="5"/>
  </w:num>
  <w:num w:numId="4" w16cid:durableId="799961552">
    <w:abstractNumId w:val="4"/>
  </w:num>
  <w:num w:numId="5" w16cid:durableId="298343462">
    <w:abstractNumId w:val="7"/>
  </w:num>
  <w:num w:numId="6" w16cid:durableId="1052734031">
    <w:abstractNumId w:val="3"/>
  </w:num>
  <w:num w:numId="7" w16cid:durableId="1931234576">
    <w:abstractNumId w:val="2"/>
  </w:num>
  <w:num w:numId="8" w16cid:durableId="667944551">
    <w:abstractNumId w:val="1"/>
  </w:num>
  <w:num w:numId="9" w16cid:durableId="206382330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000"/>
    <w:rsid w:val="00034616"/>
    <w:rsid w:val="0003788B"/>
    <w:rsid w:val="0006063C"/>
    <w:rsid w:val="000F237A"/>
    <w:rsid w:val="0015074B"/>
    <w:rsid w:val="0027709A"/>
    <w:rsid w:val="0029639D"/>
    <w:rsid w:val="00326F90"/>
    <w:rsid w:val="00426B99"/>
    <w:rsid w:val="008024E5"/>
    <w:rsid w:val="00825577"/>
    <w:rsid w:val="00A37D9C"/>
    <w:rsid w:val="00A8113C"/>
    <w:rsid w:val="00AA1D8D"/>
    <w:rsid w:val="00AC5C2C"/>
    <w:rsid w:val="00B47730"/>
    <w:rsid w:val="00B55564"/>
    <w:rsid w:val="00CB0664"/>
    <w:rsid w:val="00F149D4"/>
    <w:rsid w:val="00FC693F"/>
    <w:rsid w:val="15A3FCF8"/>
    <w:rsid w:val="4201587A"/>
    <w:rsid w:val="595E6CE4"/>
    <w:rsid w:val="7FD0BC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8844393"/>
  <w14:defaultImageDpi w14:val="300"/>
  <w15:docId w15:val="{6B8EDB72-58D7-4643-AE25-7BB672C94C3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693F"/>
    <w:pPr>
      <w:spacing w:after="100" w:line="252" w:lineRule="auto"/>
    </w:pPr>
    <w:rPr>
      <w:rFonts w:ascii="Arial" w:hAnsi="Arial"/>
      <w:sz w:val="20"/>
    </w:rPr>
  </w:style>
  <w:style w:type="paragraph" w:styleId="Heading1">
    <w:name w:val="heading 1"/>
    <w:basedOn w:val="Normal"/>
    <w:next w:val="Normal"/>
    <w:link w:val="Heading1Char"/>
    <w:uiPriority w:val="9"/>
    <w:qFormat/>
    <w:rsid w:val="00FC693F"/>
    <w:pPr>
      <w:keepNext/>
      <w:keepLines/>
      <w:spacing w:before="180" w:after="120"/>
      <w:outlineLvl w:val="0"/>
    </w:pPr>
    <w:rPr>
      <w:rFonts w:asciiTheme="majorHAnsi" w:hAnsiTheme="majorHAnsi" w:eastAsiaTheme="majorEastAsia" w:cstheme="majorBid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80" w:after="120"/>
      <w:outlineLvl w:val="1"/>
    </w:pPr>
    <w:rPr>
      <w:rFonts w:asciiTheme="majorHAnsi" w:hAnsiTheme="majorHAnsi" w:eastAsiaTheme="majorEastAsia" w:cstheme="majorBid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keepNext/>
      <w:spacing w:before="180" w:after="120" w:line="240" w:lineRule="auto"/>
      <w:contextualSpacing/>
    </w:pPr>
    <w:rPr>
      <w:rFonts w:asciiTheme="majorHAnsi" w:hAnsiTheme="majorHAnsi" w:eastAsiaTheme="majorEastAsia" w:cstheme="majorBidi"/>
      <w:b/>
      <w:color w:val="000000"/>
      <w:spacing w:val="5"/>
      <w:kern w:val="28"/>
      <w:sz w:val="32"/>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 Type="http://schemas.openxmlformats.org/officeDocument/2006/relationships/image" Target="/media/image.png" Id="rId198119711" /></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7673A27CF5B94B860B71F7F32D2D9E" ma:contentTypeVersion="13" ma:contentTypeDescription="Create a new document." ma:contentTypeScope="" ma:versionID="1905002f065a5602c43ae38a29c135a2">
  <xsd:schema xmlns:xsd="http://www.w3.org/2001/XMLSchema" xmlns:xs="http://www.w3.org/2001/XMLSchema" xmlns:p="http://schemas.microsoft.com/office/2006/metadata/properties" xmlns:ns2="56aacc3b-fdcd-4975-bd9d-b93eeae1882c" xmlns:ns3="c0f86b5b-98b7-49a1-b521-7e2bf0d199e4" targetNamespace="http://schemas.microsoft.com/office/2006/metadata/properties" ma:root="true" ma:fieldsID="874685415edfcee761acda40bf360f65" ns2:_="" ns3:_="">
    <xsd:import namespace="56aacc3b-fdcd-4975-bd9d-b93eeae1882c"/>
    <xsd:import namespace="c0f86b5b-98b7-49a1-b521-7e2bf0d199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aacc3b-fdcd-4975-bd9d-b93eeae188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958759a-ce04-469c-8563-904cef2fa7fa"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0f86b5b-98b7-49a1-b521-7e2bf0d199e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7dc2023-efcf-43aa-be50-f782369d311f}" ma:internalName="TaxCatchAll" ma:showField="CatchAllData" ma:web="c0f86b5b-98b7-49a1-b521-7e2bf0d199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6aacc3b-fdcd-4975-bd9d-b93eeae1882c">
      <Terms xmlns="http://schemas.microsoft.com/office/infopath/2007/PartnerControls"/>
    </lcf76f155ced4ddcb4097134ff3c332f>
    <TaxCatchAll xmlns="c0f86b5b-98b7-49a1-b521-7e2bf0d199e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28E658-3C60-4A75-BF68-E0757FAC91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aacc3b-fdcd-4975-bd9d-b93eeae1882c"/>
    <ds:schemaRef ds:uri="c0f86b5b-98b7-49a1-b521-7e2bf0d199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B7296584-8763-470B-8BA0-1843037F0CAA}">
  <ds:schemaRefs>
    <ds:schemaRef ds:uri="http://schemas.microsoft.com/office/2006/metadata/properties"/>
    <ds:schemaRef ds:uri="http://schemas.microsoft.com/office/infopath/2007/PartnerControls"/>
    <ds:schemaRef ds:uri="56aacc3b-fdcd-4975-bd9d-b93eeae1882c"/>
    <ds:schemaRef ds:uri="c0f86b5b-98b7-49a1-b521-7e2bf0d199e4"/>
  </ds:schemaRefs>
</ds:datastoreItem>
</file>

<file path=customXml/itemProps4.xml><?xml version="1.0" encoding="utf-8"?>
<ds:datastoreItem xmlns:ds="http://schemas.openxmlformats.org/officeDocument/2006/customXml" ds:itemID="{B7F5E0A2-BC30-4D6F-A8C1-87BD2A26E865}">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Lympstone Preschool</dc:creator>
  <keywords/>
  <dc:description>generated by python-docx</dc:description>
  <lastModifiedBy>Lympstone Preschool</lastModifiedBy>
  <revision>10</revision>
  <dcterms:created xsi:type="dcterms:W3CDTF">2026-10-07T15:12:00.0000000Z</dcterms:created>
  <dcterms:modified xsi:type="dcterms:W3CDTF">2026-10-08T08:29:21.5323816Z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0x010100E97673A27CF5B94B860B71F7F32D2D9E</vt:lpwstr>
  </property>
  <property fmtid="{D5CDD505-2E9C-101B-9397-08002B2CF9AE}" pid="3" name="MediaServiceImageTags">
    <vt:lpwstr/>
  </property>
</Properties>
</file>